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5B11B" w14:textId="77777777" w:rsidR="004F2747" w:rsidRDefault="00B25EFB">
      <w:pPr>
        <w:spacing w:before="360" w:after="280"/>
        <w:jc w:val="center"/>
      </w:pPr>
      <w:r>
        <w:rPr>
          <w:noProof/>
          <w:lang w:val="cs-CZ" w:eastAsia="cs-CZ"/>
        </w:rPr>
        <w:drawing>
          <wp:inline distT="0" distB="0" distL="0" distR="0" wp14:anchorId="243935D9" wp14:editId="41D39422">
            <wp:extent cx="1512000" cy="1053680"/>
            <wp:effectExtent l="0" t="0" r="0" b="0"/>
            <wp:docPr id="1" name="Picture 1" descr="Modrá velryba a nápis NEMO" title="Logo NE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nemo_h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105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818E0" w14:textId="77777777" w:rsidR="004F2747" w:rsidRDefault="00B25EFB">
      <w:pPr>
        <w:spacing w:after="160"/>
        <w:jc w:val="center"/>
        <w:rPr>
          <w:rFonts w:eastAsia="Arial"/>
          <w:b/>
          <w:color w:val="C96514"/>
          <w:sz w:val="22"/>
        </w:rPr>
      </w:pPr>
      <w:r>
        <w:rPr>
          <w:rFonts w:eastAsia="Arial"/>
          <w:b/>
          <w:color w:val="C96514"/>
          <w:sz w:val="22"/>
        </w:rPr>
        <w:t>VÝROČNÍ ZPRÁVA O ČINNOSTI ŠKOLY</w:t>
      </w:r>
    </w:p>
    <w:p w14:paraId="0C8F0878" w14:textId="77777777" w:rsidR="00056A56" w:rsidRDefault="00056A56">
      <w:pPr>
        <w:spacing w:after="160"/>
        <w:jc w:val="center"/>
      </w:pPr>
    </w:p>
    <w:p w14:paraId="664494D2" w14:textId="77777777" w:rsidR="004F2747" w:rsidRDefault="00B25EFB">
      <w:pPr>
        <w:pBdr>
          <w:top w:val="single" w:sz="16" w:space="4" w:color="F28C28"/>
          <w:bottom w:val="single" w:sz="16" w:space="4" w:color="F28C28"/>
        </w:pBdr>
        <w:shd w:val="clear" w:color="auto" w:fill="214A7C"/>
        <w:spacing w:after="200" w:line="276" w:lineRule="auto"/>
        <w:ind w:left="142" w:right="142"/>
        <w:jc w:val="center"/>
      </w:pPr>
      <w:r>
        <w:br/>
      </w:r>
      <w:r>
        <w:rPr>
          <w:rFonts w:eastAsia="Arial"/>
          <w:b/>
          <w:color w:val="FFFFFF"/>
          <w:sz w:val="46"/>
        </w:rPr>
        <w:t>MATEŘSKÁ ŠKOLA A ZÁKLADNÍ ŠKOLA NEMO</w:t>
      </w:r>
      <w:r>
        <w:br/>
      </w:r>
    </w:p>
    <w:p w14:paraId="700E2317" w14:textId="77777777" w:rsidR="00056A56" w:rsidRDefault="00056A56">
      <w:pPr>
        <w:spacing w:after="80"/>
        <w:jc w:val="center"/>
        <w:rPr>
          <w:rFonts w:eastAsia="Arial"/>
          <w:b/>
          <w:color w:val="0E536C"/>
          <w:sz w:val="40"/>
        </w:rPr>
      </w:pPr>
    </w:p>
    <w:p w14:paraId="69650B49" w14:textId="77777777" w:rsidR="004F2747" w:rsidRDefault="00B25EFB">
      <w:pPr>
        <w:spacing w:after="80"/>
        <w:jc w:val="center"/>
      </w:pPr>
      <w:r>
        <w:rPr>
          <w:rFonts w:eastAsia="Arial"/>
          <w:b/>
          <w:color w:val="0E536C"/>
          <w:sz w:val="40"/>
        </w:rPr>
        <w:t>ŠKOLNÍ ROK 2025/2026</w:t>
      </w:r>
    </w:p>
    <w:p w14:paraId="646ED8F1" w14:textId="77777777" w:rsidR="004F2747" w:rsidRDefault="00B25EFB">
      <w:pPr>
        <w:spacing w:after="360"/>
        <w:jc w:val="center"/>
        <w:rPr>
          <w:rFonts w:eastAsia="Arial"/>
          <w:i/>
          <w:color w:val="2F6B4F"/>
          <w:sz w:val="24"/>
        </w:rPr>
      </w:pPr>
      <w:r>
        <w:rPr>
          <w:rFonts w:eastAsia="Arial"/>
          <w:i/>
          <w:color w:val="2F6B4F"/>
          <w:sz w:val="24"/>
        </w:rPr>
        <w:t>„</w:t>
      </w:r>
      <w:proofErr w:type="spellStart"/>
      <w:r>
        <w:rPr>
          <w:rFonts w:eastAsia="Arial"/>
          <w:i/>
          <w:color w:val="2F6B4F"/>
          <w:sz w:val="24"/>
        </w:rPr>
        <w:t>Plujte</w:t>
      </w:r>
      <w:proofErr w:type="spellEnd"/>
      <w:r>
        <w:rPr>
          <w:rFonts w:eastAsia="Arial"/>
          <w:i/>
          <w:color w:val="2F6B4F"/>
          <w:sz w:val="24"/>
        </w:rPr>
        <w:t xml:space="preserve"> s </w:t>
      </w:r>
      <w:proofErr w:type="spellStart"/>
      <w:r>
        <w:rPr>
          <w:rFonts w:eastAsia="Arial"/>
          <w:i/>
          <w:color w:val="2F6B4F"/>
          <w:sz w:val="24"/>
        </w:rPr>
        <w:t>námi</w:t>
      </w:r>
      <w:proofErr w:type="spellEnd"/>
      <w:r>
        <w:rPr>
          <w:rFonts w:eastAsia="Arial"/>
          <w:i/>
          <w:color w:val="2F6B4F"/>
          <w:sz w:val="24"/>
        </w:rPr>
        <w:t xml:space="preserve"> za </w:t>
      </w:r>
      <w:proofErr w:type="spellStart"/>
      <w:r>
        <w:rPr>
          <w:rFonts w:eastAsia="Arial"/>
          <w:i/>
          <w:color w:val="2F6B4F"/>
          <w:sz w:val="24"/>
        </w:rPr>
        <w:t>poznáním</w:t>
      </w:r>
      <w:proofErr w:type="spellEnd"/>
      <w:r>
        <w:rPr>
          <w:rFonts w:eastAsia="Arial"/>
          <w:i/>
          <w:color w:val="2F6B4F"/>
          <w:sz w:val="24"/>
        </w:rPr>
        <w:t>“</w:t>
      </w:r>
    </w:p>
    <w:p w14:paraId="0B858533" w14:textId="77777777" w:rsidR="00056A56" w:rsidRDefault="00056A56">
      <w:pPr>
        <w:spacing w:after="360"/>
        <w:jc w:val="center"/>
      </w:pPr>
    </w:p>
    <w:p w14:paraId="1C539B5E" w14:textId="77777777" w:rsidR="004F2747" w:rsidRDefault="00B25EFB">
      <w:pPr>
        <w:spacing w:before="200" w:after="200" w:line="240" w:lineRule="auto"/>
        <w:jc w:val="center"/>
      </w:pPr>
      <w:r>
        <w:rPr>
          <w:noProof/>
          <w:lang w:val="cs-CZ" w:eastAsia="cs-CZ"/>
        </w:rPr>
        <w:drawing>
          <wp:inline distT="0" distB="0" distL="0" distR="0" wp14:anchorId="27D9EC56" wp14:editId="6E4C769B">
            <wp:extent cx="5989320" cy="2295906"/>
            <wp:effectExtent l="0" t="0" r="0" b="0"/>
            <wp:docPr id="2" name="Fotokoláž MŠ a ZŠ NEMO" descr="Koláž šesti fotografií dětí, žáků, zaměstnanců a školních aktivit MŠ a ZŠ NEM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tulni_kolaz_nem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229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C3492" w14:textId="77777777" w:rsidR="004F2747" w:rsidRDefault="00B25EFB">
      <w:pPr>
        <w:spacing w:before="360" w:after="40"/>
        <w:jc w:val="center"/>
      </w:pPr>
      <w:r>
        <w:rPr>
          <w:rFonts w:eastAsia="Arial"/>
          <w:color w:val="607583"/>
          <w:sz w:val="19"/>
        </w:rPr>
        <w:t xml:space="preserve">Nad </w:t>
      </w:r>
      <w:proofErr w:type="spellStart"/>
      <w:r>
        <w:rPr>
          <w:rFonts w:eastAsia="Arial"/>
          <w:color w:val="607583"/>
          <w:sz w:val="19"/>
        </w:rPr>
        <w:t>Bahnivkou</w:t>
      </w:r>
      <w:proofErr w:type="spellEnd"/>
      <w:r>
        <w:rPr>
          <w:rFonts w:eastAsia="Arial"/>
          <w:color w:val="607583"/>
          <w:sz w:val="19"/>
        </w:rPr>
        <w:t xml:space="preserve"> 140, 251 01 </w:t>
      </w:r>
      <w:proofErr w:type="spellStart"/>
      <w:r>
        <w:rPr>
          <w:rFonts w:eastAsia="Arial"/>
          <w:color w:val="607583"/>
          <w:sz w:val="19"/>
        </w:rPr>
        <w:t>Říčany</w:t>
      </w:r>
      <w:proofErr w:type="spellEnd"/>
    </w:p>
    <w:p w14:paraId="0DF9B390" w14:textId="77777777" w:rsidR="004F2747" w:rsidRDefault="00B25EFB">
      <w:pPr>
        <w:spacing w:after="0"/>
        <w:jc w:val="center"/>
      </w:pPr>
      <w:hyperlink r:id="rId10">
        <w:r>
          <w:rPr>
            <w:color w:val="176B87"/>
            <w:u w:val="single"/>
          </w:rPr>
          <w:t>www.nemoricany.cz</w:t>
        </w:r>
      </w:hyperlink>
    </w:p>
    <w:p w14:paraId="3F6A4BB7" w14:textId="77777777" w:rsidR="004F2747" w:rsidRDefault="004F2747">
      <w:pPr>
        <w:sectPr w:rsidR="004F2747">
          <w:pgSz w:w="11906" w:h="16838"/>
          <w:pgMar w:top="992" w:right="1020" w:bottom="935" w:left="1020" w:header="425" w:footer="425" w:gutter="0"/>
          <w:cols w:space="720"/>
          <w:docGrid w:linePitch="360"/>
        </w:sectPr>
      </w:pPr>
    </w:p>
    <w:p w14:paraId="6BE7925B" w14:textId="77777777" w:rsidR="004F2747" w:rsidRDefault="00B25EFB">
      <w:pPr>
        <w:pStyle w:val="Nadpis1"/>
      </w:pPr>
      <w:proofErr w:type="spellStart"/>
      <w:r>
        <w:rPr>
          <w:rFonts w:ascii="Arial" w:eastAsia="Arial" w:hAnsi="Arial"/>
        </w:rPr>
        <w:lastRenderedPageBreak/>
        <w:t>Obsah</w:t>
      </w:r>
      <w:proofErr w:type="spellEnd"/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8164"/>
      </w:tblGrid>
      <w:tr w:rsidR="004F2747" w:rsidRPr="00865ACF" w14:paraId="4A4F697C" w14:textId="77777777">
        <w:trPr>
          <w:cantSplit/>
          <w:tblHeader/>
        </w:trPr>
        <w:tc>
          <w:tcPr>
            <w:tcW w:w="1701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DE695F6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b/>
                <w:color w:val="FFFFFF"/>
                <w:sz w:val="20"/>
                <w:szCs w:val="20"/>
              </w:rPr>
              <w:t>Část</w:t>
            </w:r>
            <w:proofErr w:type="spellEnd"/>
          </w:p>
        </w:tc>
        <w:tc>
          <w:tcPr>
            <w:tcW w:w="8164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213BD3C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b/>
                <w:color w:val="FFFFFF"/>
                <w:sz w:val="20"/>
                <w:szCs w:val="20"/>
              </w:rPr>
              <w:t>Název</w:t>
            </w:r>
            <w:proofErr w:type="spellEnd"/>
          </w:p>
        </w:tc>
      </w:tr>
      <w:tr w:rsidR="004F2747" w:rsidRPr="00865ACF" w14:paraId="18E8C06E" w14:textId="77777777">
        <w:trPr>
          <w:cantSplit/>
        </w:trPr>
        <w:tc>
          <w:tcPr>
            <w:tcW w:w="1701" w:type="dxa"/>
            <w:vAlign w:val="center"/>
          </w:tcPr>
          <w:p w14:paraId="638E86D9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65ACF">
              <w:rPr>
                <w:rFonts w:eastAsia="Arial" w:cs="Arial"/>
                <w:sz w:val="20"/>
                <w:szCs w:val="20"/>
              </w:rPr>
              <w:t>1</w:t>
            </w:r>
          </w:p>
        </w:tc>
        <w:tc>
          <w:tcPr>
            <w:tcW w:w="8164" w:type="dxa"/>
            <w:vAlign w:val="center"/>
          </w:tcPr>
          <w:p w14:paraId="6DD82AA4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Základní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údaje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o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škole</w:t>
            </w:r>
            <w:proofErr w:type="spellEnd"/>
          </w:p>
        </w:tc>
      </w:tr>
      <w:tr w:rsidR="003E5865" w:rsidRPr="00865ACF" w14:paraId="7E2D327F" w14:textId="77777777">
        <w:trPr>
          <w:cantSplit/>
        </w:trPr>
        <w:tc>
          <w:tcPr>
            <w:tcW w:w="1701" w:type="dxa"/>
            <w:vAlign w:val="center"/>
          </w:tcPr>
          <w:p w14:paraId="342AF056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8164" w:type="dxa"/>
            <w:vAlign w:val="center"/>
          </w:tcPr>
          <w:p w14:paraId="6E52EBCE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</w:tr>
      <w:tr w:rsidR="004F2747" w:rsidRPr="00865ACF" w14:paraId="32264C55" w14:textId="77777777">
        <w:trPr>
          <w:cantSplit/>
        </w:trPr>
        <w:tc>
          <w:tcPr>
            <w:tcW w:w="1701" w:type="dxa"/>
            <w:shd w:val="clear" w:color="auto" w:fill="F3F6F8"/>
            <w:vAlign w:val="center"/>
          </w:tcPr>
          <w:p w14:paraId="26F72B4C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65ACF">
              <w:rPr>
                <w:rFonts w:eastAsia="Arial" w:cs="Arial"/>
                <w:sz w:val="20"/>
                <w:szCs w:val="20"/>
              </w:rPr>
              <w:t>2</w:t>
            </w:r>
          </w:p>
        </w:tc>
        <w:tc>
          <w:tcPr>
            <w:tcW w:w="8164" w:type="dxa"/>
            <w:shd w:val="clear" w:color="auto" w:fill="F3F6F8"/>
            <w:vAlign w:val="center"/>
          </w:tcPr>
          <w:p w14:paraId="7344D182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Přehled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oborů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vzdělání</w:t>
            </w:r>
            <w:proofErr w:type="spellEnd"/>
          </w:p>
        </w:tc>
      </w:tr>
      <w:tr w:rsidR="003E5865" w:rsidRPr="00865ACF" w14:paraId="3863B9B7" w14:textId="77777777">
        <w:trPr>
          <w:cantSplit/>
        </w:trPr>
        <w:tc>
          <w:tcPr>
            <w:tcW w:w="1701" w:type="dxa"/>
            <w:shd w:val="clear" w:color="auto" w:fill="F3F6F8"/>
            <w:vAlign w:val="center"/>
          </w:tcPr>
          <w:p w14:paraId="024B2622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8164" w:type="dxa"/>
            <w:shd w:val="clear" w:color="auto" w:fill="F3F6F8"/>
            <w:vAlign w:val="center"/>
          </w:tcPr>
          <w:p w14:paraId="1802A43F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</w:tr>
      <w:tr w:rsidR="004F2747" w:rsidRPr="00865ACF" w14:paraId="229E1D81" w14:textId="77777777">
        <w:trPr>
          <w:cantSplit/>
        </w:trPr>
        <w:tc>
          <w:tcPr>
            <w:tcW w:w="1701" w:type="dxa"/>
            <w:vAlign w:val="center"/>
          </w:tcPr>
          <w:p w14:paraId="64D86E21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65ACF">
              <w:rPr>
                <w:rFonts w:eastAsia="Arial" w:cs="Arial"/>
                <w:sz w:val="20"/>
                <w:szCs w:val="20"/>
              </w:rPr>
              <w:t>3</w:t>
            </w:r>
          </w:p>
        </w:tc>
        <w:tc>
          <w:tcPr>
            <w:tcW w:w="8164" w:type="dxa"/>
            <w:vAlign w:val="center"/>
          </w:tcPr>
          <w:p w14:paraId="5E05E139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Rámcový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popis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personálního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zabezpečení</w:t>
            </w:r>
            <w:proofErr w:type="spellEnd"/>
          </w:p>
        </w:tc>
      </w:tr>
      <w:tr w:rsidR="003E5865" w:rsidRPr="00865ACF" w14:paraId="11C45863" w14:textId="77777777">
        <w:trPr>
          <w:cantSplit/>
        </w:trPr>
        <w:tc>
          <w:tcPr>
            <w:tcW w:w="1701" w:type="dxa"/>
            <w:vAlign w:val="center"/>
          </w:tcPr>
          <w:p w14:paraId="26DE9084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8164" w:type="dxa"/>
            <w:vAlign w:val="center"/>
          </w:tcPr>
          <w:p w14:paraId="435AE9B3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</w:tr>
      <w:tr w:rsidR="004F2747" w:rsidRPr="00865ACF" w14:paraId="0FE18694" w14:textId="77777777">
        <w:trPr>
          <w:cantSplit/>
        </w:trPr>
        <w:tc>
          <w:tcPr>
            <w:tcW w:w="1701" w:type="dxa"/>
            <w:shd w:val="clear" w:color="auto" w:fill="F3F6F8"/>
            <w:vAlign w:val="center"/>
          </w:tcPr>
          <w:p w14:paraId="347F9812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65ACF">
              <w:rPr>
                <w:rFonts w:eastAsia="Arial" w:cs="Arial"/>
                <w:sz w:val="20"/>
                <w:szCs w:val="20"/>
              </w:rPr>
              <w:t>4</w:t>
            </w:r>
          </w:p>
        </w:tc>
        <w:tc>
          <w:tcPr>
            <w:tcW w:w="8164" w:type="dxa"/>
            <w:shd w:val="clear" w:color="auto" w:fill="F3F6F8"/>
            <w:vAlign w:val="center"/>
          </w:tcPr>
          <w:p w14:paraId="1DF9B6AB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Údaje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o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zápisu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a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přijímání</w:t>
            </w:r>
            <w:proofErr w:type="spellEnd"/>
          </w:p>
        </w:tc>
      </w:tr>
      <w:tr w:rsidR="003E5865" w:rsidRPr="00865ACF" w14:paraId="2EE6B45D" w14:textId="77777777">
        <w:trPr>
          <w:cantSplit/>
        </w:trPr>
        <w:tc>
          <w:tcPr>
            <w:tcW w:w="1701" w:type="dxa"/>
            <w:shd w:val="clear" w:color="auto" w:fill="F3F6F8"/>
            <w:vAlign w:val="center"/>
          </w:tcPr>
          <w:p w14:paraId="59F4A80B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8164" w:type="dxa"/>
            <w:shd w:val="clear" w:color="auto" w:fill="F3F6F8"/>
            <w:vAlign w:val="center"/>
          </w:tcPr>
          <w:p w14:paraId="19DF8464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</w:tr>
      <w:tr w:rsidR="004F2747" w:rsidRPr="00865ACF" w14:paraId="74529B6F" w14:textId="77777777">
        <w:trPr>
          <w:cantSplit/>
        </w:trPr>
        <w:tc>
          <w:tcPr>
            <w:tcW w:w="1701" w:type="dxa"/>
            <w:vAlign w:val="center"/>
          </w:tcPr>
          <w:p w14:paraId="63A22AED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65ACF">
              <w:rPr>
                <w:rFonts w:eastAsia="Arial" w:cs="Arial"/>
                <w:sz w:val="20"/>
                <w:szCs w:val="20"/>
              </w:rPr>
              <w:t>5</w:t>
            </w:r>
          </w:p>
        </w:tc>
        <w:tc>
          <w:tcPr>
            <w:tcW w:w="8164" w:type="dxa"/>
            <w:vAlign w:val="center"/>
          </w:tcPr>
          <w:p w14:paraId="5F55A973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Stručné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vyhodnocení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naplňování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cílů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školních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vzdělávacích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programů</w:t>
            </w:r>
            <w:proofErr w:type="spellEnd"/>
          </w:p>
        </w:tc>
      </w:tr>
      <w:tr w:rsidR="003E5865" w:rsidRPr="00865ACF" w14:paraId="28604980" w14:textId="77777777">
        <w:trPr>
          <w:cantSplit/>
        </w:trPr>
        <w:tc>
          <w:tcPr>
            <w:tcW w:w="1701" w:type="dxa"/>
            <w:vAlign w:val="center"/>
          </w:tcPr>
          <w:p w14:paraId="2021D86E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8164" w:type="dxa"/>
            <w:vAlign w:val="center"/>
          </w:tcPr>
          <w:p w14:paraId="4D78A50A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</w:tr>
      <w:tr w:rsidR="004F2747" w:rsidRPr="00865ACF" w14:paraId="3D182554" w14:textId="77777777">
        <w:trPr>
          <w:cantSplit/>
        </w:trPr>
        <w:tc>
          <w:tcPr>
            <w:tcW w:w="1701" w:type="dxa"/>
            <w:shd w:val="clear" w:color="auto" w:fill="F3F6F8"/>
            <w:vAlign w:val="center"/>
          </w:tcPr>
          <w:p w14:paraId="10F07750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65ACF">
              <w:rPr>
                <w:rFonts w:eastAsia="Arial" w:cs="Arial"/>
                <w:sz w:val="20"/>
                <w:szCs w:val="20"/>
              </w:rPr>
              <w:t>6</w:t>
            </w:r>
          </w:p>
        </w:tc>
        <w:tc>
          <w:tcPr>
            <w:tcW w:w="8164" w:type="dxa"/>
            <w:shd w:val="clear" w:color="auto" w:fill="F3F6F8"/>
            <w:vAlign w:val="center"/>
          </w:tcPr>
          <w:p w14:paraId="741DFA4C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Výsledky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vzdělávání</w:t>
            </w:r>
            <w:proofErr w:type="spellEnd"/>
          </w:p>
        </w:tc>
      </w:tr>
      <w:tr w:rsidR="003E5865" w:rsidRPr="00865ACF" w14:paraId="24D245F2" w14:textId="77777777">
        <w:trPr>
          <w:cantSplit/>
        </w:trPr>
        <w:tc>
          <w:tcPr>
            <w:tcW w:w="1701" w:type="dxa"/>
            <w:shd w:val="clear" w:color="auto" w:fill="F3F6F8"/>
            <w:vAlign w:val="center"/>
          </w:tcPr>
          <w:p w14:paraId="625CDAC2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8164" w:type="dxa"/>
            <w:shd w:val="clear" w:color="auto" w:fill="F3F6F8"/>
            <w:vAlign w:val="center"/>
          </w:tcPr>
          <w:p w14:paraId="1F413D1D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</w:tr>
      <w:tr w:rsidR="004F2747" w:rsidRPr="00865ACF" w14:paraId="068A6A7D" w14:textId="77777777">
        <w:trPr>
          <w:cantSplit/>
        </w:trPr>
        <w:tc>
          <w:tcPr>
            <w:tcW w:w="1701" w:type="dxa"/>
            <w:vAlign w:val="center"/>
          </w:tcPr>
          <w:p w14:paraId="31D22889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65ACF">
              <w:rPr>
                <w:rFonts w:eastAsia="Arial" w:cs="Arial"/>
                <w:sz w:val="20"/>
                <w:szCs w:val="20"/>
              </w:rPr>
              <w:t>7</w:t>
            </w:r>
          </w:p>
        </w:tc>
        <w:tc>
          <w:tcPr>
            <w:tcW w:w="8164" w:type="dxa"/>
            <w:vAlign w:val="center"/>
          </w:tcPr>
          <w:p w14:paraId="6669DE84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Prevence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,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přijatá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opatření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a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podpora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dětí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a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žáků</w:t>
            </w:r>
            <w:proofErr w:type="spellEnd"/>
          </w:p>
        </w:tc>
      </w:tr>
      <w:tr w:rsidR="003E5865" w:rsidRPr="00865ACF" w14:paraId="264D4873" w14:textId="77777777">
        <w:trPr>
          <w:cantSplit/>
        </w:trPr>
        <w:tc>
          <w:tcPr>
            <w:tcW w:w="1701" w:type="dxa"/>
            <w:vAlign w:val="center"/>
          </w:tcPr>
          <w:p w14:paraId="0723EC8B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8164" w:type="dxa"/>
            <w:vAlign w:val="center"/>
          </w:tcPr>
          <w:p w14:paraId="08364DA4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</w:tr>
      <w:tr w:rsidR="004F2747" w:rsidRPr="00865ACF" w14:paraId="54A782A8" w14:textId="77777777">
        <w:trPr>
          <w:cantSplit/>
        </w:trPr>
        <w:tc>
          <w:tcPr>
            <w:tcW w:w="1701" w:type="dxa"/>
            <w:shd w:val="clear" w:color="auto" w:fill="F3F6F8"/>
            <w:vAlign w:val="center"/>
          </w:tcPr>
          <w:p w14:paraId="7DE11C45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65ACF">
              <w:rPr>
                <w:rFonts w:eastAsia="Arial" w:cs="Arial"/>
                <w:sz w:val="20"/>
                <w:szCs w:val="20"/>
              </w:rPr>
              <w:t>8</w:t>
            </w:r>
          </w:p>
        </w:tc>
        <w:tc>
          <w:tcPr>
            <w:tcW w:w="8164" w:type="dxa"/>
            <w:shd w:val="clear" w:color="auto" w:fill="F3F6F8"/>
            <w:vAlign w:val="center"/>
          </w:tcPr>
          <w:p w14:paraId="4006819F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Další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vzdělávání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pedagogických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pracovníků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a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odborný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rozvoj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nepedagogických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pracovníků</w:t>
            </w:r>
            <w:proofErr w:type="spellEnd"/>
          </w:p>
        </w:tc>
      </w:tr>
      <w:tr w:rsidR="003E5865" w:rsidRPr="00865ACF" w14:paraId="79100B1D" w14:textId="77777777">
        <w:trPr>
          <w:cantSplit/>
        </w:trPr>
        <w:tc>
          <w:tcPr>
            <w:tcW w:w="1701" w:type="dxa"/>
            <w:shd w:val="clear" w:color="auto" w:fill="F3F6F8"/>
            <w:vAlign w:val="center"/>
          </w:tcPr>
          <w:p w14:paraId="394C5554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8164" w:type="dxa"/>
            <w:shd w:val="clear" w:color="auto" w:fill="F3F6F8"/>
            <w:vAlign w:val="center"/>
          </w:tcPr>
          <w:p w14:paraId="40723961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</w:tr>
      <w:tr w:rsidR="004F2747" w:rsidRPr="00865ACF" w14:paraId="543A00DB" w14:textId="77777777">
        <w:trPr>
          <w:cantSplit/>
        </w:trPr>
        <w:tc>
          <w:tcPr>
            <w:tcW w:w="1701" w:type="dxa"/>
            <w:vAlign w:val="center"/>
          </w:tcPr>
          <w:p w14:paraId="77873F4F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65ACF">
              <w:rPr>
                <w:rFonts w:eastAsia="Arial" w:cs="Arial"/>
                <w:sz w:val="20"/>
                <w:szCs w:val="20"/>
              </w:rPr>
              <w:t>9</w:t>
            </w:r>
          </w:p>
        </w:tc>
        <w:tc>
          <w:tcPr>
            <w:tcW w:w="8164" w:type="dxa"/>
            <w:vAlign w:val="center"/>
          </w:tcPr>
          <w:p w14:paraId="1A94A992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Aktivity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a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prezentace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školy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na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veřejnosti</w:t>
            </w:r>
            <w:proofErr w:type="spellEnd"/>
          </w:p>
        </w:tc>
      </w:tr>
      <w:tr w:rsidR="003E5865" w:rsidRPr="00865ACF" w14:paraId="6140EF0C" w14:textId="77777777">
        <w:trPr>
          <w:cantSplit/>
        </w:trPr>
        <w:tc>
          <w:tcPr>
            <w:tcW w:w="1701" w:type="dxa"/>
            <w:vAlign w:val="center"/>
          </w:tcPr>
          <w:p w14:paraId="503FC1F3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8164" w:type="dxa"/>
            <w:vAlign w:val="center"/>
          </w:tcPr>
          <w:p w14:paraId="390072CD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</w:tr>
      <w:tr w:rsidR="004F2747" w:rsidRPr="00865ACF" w14:paraId="6FBD3545" w14:textId="77777777">
        <w:trPr>
          <w:cantSplit/>
        </w:trPr>
        <w:tc>
          <w:tcPr>
            <w:tcW w:w="1701" w:type="dxa"/>
            <w:shd w:val="clear" w:color="auto" w:fill="F3F6F8"/>
            <w:vAlign w:val="center"/>
          </w:tcPr>
          <w:p w14:paraId="131F91A1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65ACF">
              <w:rPr>
                <w:rFonts w:eastAsia="Arial" w:cs="Arial"/>
                <w:sz w:val="20"/>
                <w:szCs w:val="20"/>
              </w:rPr>
              <w:t>10</w:t>
            </w:r>
          </w:p>
        </w:tc>
        <w:tc>
          <w:tcPr>
            <w:tcW w:w="8164" w:type="dxa"/>
            <w:shd w:val="clear" w:color="auto" w:fill="F3F6F8"/>
            <w:vAlign w:val="center"/>
          </w:tcPr>
          <w:p w14:paraId="3D22810A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Výsledky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inspekční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činnosti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České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školní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inspekce</w:t>
            </w:r>
            <w:proofErr w:type="spellEnd"/>
          </w:p>
        </w:tc>
      </w:tr>
      <w:tr w:rsidR="003E5865" w:rsidRPr="00865ACF" w14:paraId="34699076" w14:textId="77777777">
        <w:trPr>
          <w:cantSplit/>
        </w:trPr>
        <w:tc>
          <w:tcPr>
            <w:tcW w:w="1701" w:type="dxa"/>
            <w:shd w:val="clear" w:color="auto" w:fill="F3F6F8"/>
            <w:vAlign w:val="center"/>
          </w:tcPr>
          <w:p w14:paraId="48B193B3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8164" w:type="dxa"/>
            <w:shd w:val="clear" w:color="auto" w:fill="F3F6F8"/>
            <w:vAlign w:val="center"/>
          </w:tcPr>
          <w:p w14:paraId="5F7C08C6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</w:tr>
      <w:tr w:rsidR="004F2747" w:rsidRPr="00865ACF" w14:paraId="66625654" w14:textId="77777777">
        <w:trPr>
          <w:cantSplit/>
        </w:trPr>
        <w:tc>
          <w:tcPr>
            <w:tcW w:w="1701" w:type="dxa"/>
            <w:vAlign w:val="center"/>
          </w:tcPr>
          <w:p w14:paraId="50D7D45C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65ACF">
              <w:rPr>
                <w:rFonts w:eastAsia="Arial" w:cs="Arial"/>
                <w:sz w:val="20"/>
                <w:szCs w:val="20"/>
              </w:rPr>
              <w:t>11</w:t>
            </w:r>
          </w:p>
        </w:tc>
        <w:tc>
          <w:tcPr>
            <w:tcW w:w="8164" w:type="dxa"/>
            <w:vAlign w:val="center"/>
          </w:tcPr>
          <w:p w14:paraId="02FAB0EE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Základní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údaje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o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hospodaření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školy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za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kalendářní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rok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2025</w:t>
            </w:r>
          </w:p>
        </w:tc>
      </w:tr>
      <w:tr w:rsidR="003E5865" w:rsidRPr="00865ACF" w14:paraId="14A1D04C" w14:textId="77777777">
        <w:trPr>
          <w:cantSplit/>
        </w:trPr>
        <w:tc>
          <w:tcPr>
            <w:tcW w:w="1701" w:type="dxa"/>
            <w:vAlign w:val="center"/>
          </w:tcPr>
          <w:p w14:paraId="6596B360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8164" w:type="dxa"/>
            <w:vAlign w:val="center"/>
          </w:tcPr>
          <w:p w14:paraId="616C5911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</w:tr>
      <w:tr w:rsidR="004F2747" w:rsidRPr="00865ACF" w14:paraId="1465FC44" w14:textId="77777777">
        <w:trPr>
          <w:cantSplit/>
        </w:trPr>
        <w:tc>
          <w:tcPr>
            <w:tcW w:w="1701" w:type="dxa"/>
            <w:shd w:val="clear" w:color="auto" w:fill="F3F6F8"/>
            <w:vAlign w:val="center"/>
          </w:tcPr>
          <w:p w14:paraId="1EC0B566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65ACF">
              <w:rPr>
                <w:rFonts w:eastAsia="Arial" w:cs="Arial"/>
                <w:sz w:val="20"/>
                <w:szCs w:val="20"/>
              </w:rPr>
              <w:t>12</w:t>
            </w:r>
          </w:p>
        </w:tc>
        <w:tc>
          <w:tcPr>
            <w:tcW w:w="8164" w:type="dxa"/>
            <w:shd w:val="clear" w:color="auto" w:fill="F3F6F8"/>
            <w:vAlign w:val="center"/>
          </w:tcPr>
          <w:p w14:paraId="61FBCFF6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Rozvojové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,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dotační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a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mezinárodní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programy</w:t>
            </w:r>
            <w:proofErr w:type="spellEnd"/>
          </w:p>
        </w:tc>
      </w:tr>
      <w:tr w:rsidR="003E5865" w:rsidRPr="00865ACF" w14:paraId="7BAAB780" w14:textId="77777777">
        <w:trPr>
          <w:cantSplit/>
        </w:trPr>
        <w:tc>
          <w:tcPr>
            <w:tcW w:w="1701" w:type="dxa"/>
            <w:shd w:val="clear" w:color="auto" w:fill="F3F6F8"/>
            <w:vAlign w:val="center"/>
          </w:tcPr>
          <w:p w14:paraId="278B85C3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8164" w:type="dxa"/>
            <w:shd w:val="clear" w:color="auto" w:fill="F3F6F8"/>
            <w:vAlign w:val="center"/>
          </w:tcPr>
          <w:p w14:paraId="2E974123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</w:tr>
      <w:tr w:rsidR="004F2747" w:rsidRPr="00865ACF" w14:paraId="4023DCA5" w14:textId="77777777">
        <w:trPr>
          <w:cantSplit/>
        </w:trPr>
        <w:tc>
          <w:tcPr>
            <w:tcW w:w="1701" w:type="dxa"/>
            <w:vAlign w:val="center"/>
          </w:tcPr>
          <w:p w14:paraId="5F4E96E5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65ACF">
              <w:rPr>
                <w:rFonts w:eastAsia="Arial" w:cs="Arial"/>
                <w:sz w:val="20"/>
                <w:szCs w:val="20"/>
              </w:rPr>
              <w:t>13</w:t>
            </w:r>
          </w:p>
        </w:tc>
        <w:tc>
          <w:tcPr>
            <w:tcW w:w="8164" w:type="dxa"/>
            <w:vAlign w:val="center"/>
          </w:tcPr>
          <w:p w14:paraId="64FFB085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Spolupráce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s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partnery</w:t>
            </w:r>
            <w:proofErr w:type="spellEnd"/>
          </w:p>
        </w:tc>
      </w:tr>
      <w:tr w:rsidR="003E5865" w:rsidRPr="00865ACF" w14:paraId="6DE3A720" w14:textId="77777777">
        <w:trPr>
          <w:cantSplit/>
        </w:trPr>
        <w:tc>
          <w:tcPr>
            <w:tcW w:w="1701" w:type="dxa"/>
            <w:vAlign w:val="center"/>
          </w:tcPr>
          <w:p w14:paraId="3AD48939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8164" w:type="dxa"/>
            <w:vAlign w:val="center"/>
          </w:tcPr>
          <w:p w14:paraId="06A11D09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</w:tr>
      <w:tr w:rsidR="004F2747" w:rsidRPr="00865ACF" w14:paraId="2637CF1E" w14:textId="77777777">
        <w:trPr>
          <w:cantSplit/>
        </w:trPr>
        <w:tc>
          <w:tcPr>
            <w:tcW w:w="1701" w:type="dxa"/>
            <w:shd w:val="clear" w:color="auto" w:fill="F3F6F8"/>
            <w:vAlign w:val="center"/>
          </w:tcPr>
          <w:p w14:paraId="518F740E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65ACF">
              <w:rPr>
                <w:rFonts w:eastAsia="Arial" w:cs="Arial"/>
                <w:sz w:val="20"/>
                <w:szCs w:val="20"/>
              </w:rPr>
              <w:t>14</w:t>
            </w:r>
          </w:p>
        </w:tc>
        <w:tc>
          <w:tcPr>
            <w:tcW w:w="8164" w:type="dxa"/>
            <w:shd w:val="clear" w:color="auto" w:fill="F3F6F8"/>
            <w:vAlign w:val="center"/>
          </w:tcPr>
          <w:p w14:paraId="076419A0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Vyhodnocení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rozvojových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cílů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a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plán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dalšího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období</w:t>
            </w:r>
            <w:proofErr w:type="spellEnd"/>
          </w:p>
        </w:tc>
      </w:tr>
      <w:tr w:rsidR="003E5865" w:rsidRPr="00865ACF" w14:paraId="6902AA78" w14:textId="77777777">
        <w:trPr>
          <w:cantSplit/>
        </w:trPr>
        <w:tc>
          <w:tcPr>
            <w:tcW w:w="1701" w:type="dxa"/>
            <w:shd w:val="clear" w:color="auto" w:fill="F3F6F8"/>
            <w:vAlign w:val="center"/>
          </w:tcPr>
          <w:p w14:paraId="46116A05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8164" w:type="dxa"/>
            <w:shd w:val="clear" w:color="auto" w:fill="F3F6F8"/>
            <w:vAlign w:val="center"/>
          </w:tcPr>
          <w:p w14:paraId="251D1D88" w14:textId="77777777" w:rsidR="003E5865" w:rsidRPr="00865ACF" w:rsidRDefault="003E5865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</w:tr>
      <w:tr w:rsidR="004F2747" w:rsidRPr="00865ACF" w14:paraId="51ED8314" w14:textId="77777777">
        <w:trPr>
          <w:cantSplit/>
        </w:trPr>
        <w:tc>
          <w:tcPr>
            <w:tcW w:w="1701" w:type="dxa"/>
            <w:vAlign w:val="center"/>
          </w:tcPr>
          <w:p w14:paraId="2652A30C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65ACF">
              <w:rPr>
                <w:rFonts w:eastAsia="Arial" w:cs="Arial"/>
                <w:sz w:val="20"/>
                <w:szCs w:val="20"/>
              </w:rPr>
              <w:t>15</w:t>
            </w:r>
          </w:p>
        </w:tc>
        <w:tc>
          <w:tcPr>
            <w:tcW w:w="8164" w:type="dxa"/>
            <w:vAlign w:val="center"/>
          </w:tcPr>
          <w:p w14:paraId="4B45DAF3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Závěr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,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schválení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a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zveřejnění</w:t>
            </w:r>
            <w:proofErr w:type="spellEnd"/>
          </w:p>
        </w:tc>
      </w:tr>
      <w:tr w:rsidR="000F67CA" w:rsidRPr="00865ACF" w14:paraId="71642D43" w14:textId="77777777">
        <w:trPr>
          <w:cantSplit/>
        </w:trPr>
        <w:tc>
          <w:tcPr>
            <w:tcW w:w="1701" w:type="dxa"/>
            <w:vAlign w:val="center"/>
          </w:tcPr>
          <w:p w14:paraId="1FCA7833" w14:textId="77777777" w:rsidR="000F67CA" w:rsidRPr="00865ACF" w:rsidRDefault="000F67CA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8164" w:type="dxa"/>
            <w:vAlign w:val="center"/>
          </w:tcPr>
          <w:p w14:paraId="3571FF84" w14:textId="77777777" w:rsidR="000F67CA" w:rsidRPr="00865ACF" w:rsidRDefault="000F67CA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</w:p>
        </w:tc>
      </w:tr>
      <w:tr w:rsidR="004F2747" w:rsidRPr="00865ACF" w14:paraId="0E97CBE6" w14:textId="77777777">
        <w:trPr>
          <w:cantSplit/>
        </w:trPr>
        <w:tc>
          <w:tcPr>
            <w:tcW w:w="1701" w:type="dxa"/>
            <w:shd w:val="clear" w:color="auto" w:fill="F3F6F8"/>
            <w:vAlign w:val="center"/>
          </w:tcPr>
          <w:p w14:paraId="2B295A07" w14:textId="4CA43FF4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Příloha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8164" w:type="dxa"/>
            <w:shd w:val="clear" w:color="auto" w:fill="F3F6F8"/>
            <w:vAlign w:val="center"/>
          </w:tcPr>
          <w:p w14:paraId="6C6F8D97" w14:textId="77777777" w:rsidR="004F2747" w:rsidRPr="00865AC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Seznam</w:t>
            </w:r>
            <w:proofErr w:type="spellEnd"/>
            <w:r w:rsidRPr="00865ACF">
              <w:rPr>
                <w:rFonts w:eastAsia="Arial" w:cs="Arial"/>
                <w:sz w:val="20"/>
                <w:szCs w:val="20"/>
              </w:rPr>
              <w:t xml:space="preserve"> příloh výroční </w:t>
            </w:r>
            <w:proofErr w:type="spellStart"/>
            <w:r w:rsidRPr="00865ACF">
              <w:rPr>
                <w:rFonts w:eastAsia="Arial" w:cs="Arial"/>
                <w:sz w:val="20"/>
                <w:szCs w:val="20"/>
              </w:rPr>
              <w:t>zprávy</w:t>
            </w:r>
            <w:proofErr w:type="spellEnd"/>
          </w:p>
        </w:tc>
      </w:tr>
      <w:tr w:rsidR="004F2747" w:rsidRPr="00865ACF" w14:paraId="1D12D381" w14:textId="77777777">
        <w:trPr>
          <w:cantSplit/>
        </w:trPr>
        <w:tc>
          <w:tcPr>
            <w:tcW w:w="1701" w:type="dxa"/>
            <w:vAlign w:val="center"/>
          </w:tcPr>
          <w:p w14:paraId="7075FBB6" w14:textId="77777777" w:rsidR="004F2747" w:rsidRPr="00865ACF" w:rsidRDefault="004F274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8164" w:type="dxa"/>
            <w:vAlign w:val="center"/>
          </w:tcPr>
          <w:p w14:paraId="7946680E" w14:textId="77777777" w:rsidR="004F2747" w:rsidRPr="00865ACF" w:rsidRDefault="004F274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</w:p>
        </w:tc>
      </w:tr>
      <w:tr w:rsidR="004F2747" w:rsidRPr="00865ACF" w14:paraId="5EF836C6" w14:textId="77777777">
        <w:trPr>
          <w:cantSplit/>
        </w:trPr>
        <w:tc>
          <w:tcPr>
            <w:tcW w:w="1701" w:type="dxa"/>
            <w:shd w:val="clear" w:color="auto" w:fill="F3F6F8"/>
            <w:vAlign w:val="center"/>
          </w:tcPr>
          <w:p w14:paraId="7648BD6C" w14:textId="77777777" w:rsidR="004F2747" w:rsidRPr="00865ACF" w:rsidRDefault="004F274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8164" w:type="dxa"/>
            <w:shd w:val="clear" w:color="auto" w:fill="F3F6F8"/>
            <w:vAlign w:val="center"/>
          </w:tcPr>
          <w:p w14:paraId="5F97D5F6" w14:textId="77777777" w:rsidR="004F2747" w:rsidRPr="00865ACF" w:rsidRDefault="004F274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735A4628" w14:textId="77777777" w:rsidR="004F2747" w:rsidRPr="00865ACF" w:rsidRDefault="004F2747">
      <w:pPr>
        <w:spacing w:after="20"/>
        <w:rPr>
          <w:rFonts w:cs="Arial"/>
          <w:sz w:val="20"/>
          <w:szCs w:val="20"/>
        </w:rPr>
      </w:pPr>
    </w:p>
    <w:p w14:paraId="694272E0" w14:textId="77777777" w:rsidR="002A6F9E" w:rsidRPr="00865ACF" w:rsidRDefault="002A6F9E">
      <w:pPr>
        <w:spacing w:after="20"/>
        <w:rPr>
          <w:rFonts w:cs="Arial"/>
          <w:sz w:val="20"/>
          <w:szCs w:val="20"/>
        </w:rPr>
      </w:pPr>
    </w:p>
    <w:p w14:paraId="353DEF71" w14:textId="77777777" w:rsidR="002A6F9E" w:rsidRPr="00865ACF" w:rsidRDefault="002A6F9E">
      <w:pPr>
        <w:spacing w:after="20"/>
        <w:rPr>
          <w:rFonts w:cs="Arial"/>
          <w:sz w:val="20"/>
          <w:szCs w:val="20"/>
        </w:rPr>
      </w:pPr>
    </w:p>
    <w:p w14:paraId="24178364" w14:textId="77777777" w:rsidR="002A6F9E" w:rsidRPr="00865ACF" w:rsidRDefault="002A6F9E">
      <w:pPr>
        <w:spacing w:after="20"/>
        <w:rPr>
          <w:rFonts w:cs="Arial"/>
          <w:sz w:val="20"/>
          <w:szCs w:val="20"/>
        </w:rPr>
      </w:pPr>
    </w:p>
    <w:p w14:paraId="351855CA" w14:textId="77777777" w:rsidR="002A6F9E" w:rsidRPr="00865ACF" w:rsidRDefault="002A6F9E">
      <w:pPr>
        <w:spacing w:after="20"/>
        <w:rPr>
          <w:rFonts w:cs="Arial"/>
          <w:sz w:val="20"/>
          <w:szCs w:val="20"/>
        </w:rPr>
      </w:pPr>
    </w:p>
    <w:p w14:paraId="01A004A6" w14:textId="77777777" w:rsidR="002A6F9E" w:rsidRDefault="002A6F9E">
      <w:pPr>
        <w:spacing w:after="20"/>
      </w:pPr>
    </w:p>
    <w:p w14:paraId="72DEF4BF" w14:textId="77777777" w:rsidR="002A6F9E" w:rsidRDefault="002A6F9E">
      <w:pPr>
        <w:spacing w:after="20"/>
      </w:pPr>
    </w:p>
    <w:p w14:paraId="6E60362D" w14:textId="77777777" w:rsidR="002A6F9E" w:rsidRDefault="002A6F9E">
      <w:pPr>
        <w:spacing w:after="20"/>
      </w:pPr>
    </w:p>
    <w:p w14:paraId="7C0B4C36" w14:textId="77777777" w:rsidR="002A6F9E" w:rsidRDefault="002A6F9E">
      <w:pPr>
        <w:spacing w:after="20"/>
      </w:pPr>
    </w:p>
    <w:p w14:paraId="5877BB29" w14:textId="77777777" w:rsidR="002A6F9E" w:rsidRDefault="002A6F9E">
      <w:pPr>
        <w:spacing w:after="20"/>
      </w:pPr>
    </w:p>
    <w:p w14:paraId="0454045E" w14:textId="77777777" w:rsidR="002A6F9E" w:rsidRDefault="002A6F9E">
      <w:pPr>
        <w:spacing w:after="20"/>
      </w:pPr>
    </w:p>
    <w:p w14:paraId="26382FEA" w14:textId="77777777" w:rsidR="002A6F9E" w:rsidRDefault="002A6F9E">
      <w:pPr>
        <w:spacing w:after="20"/>
      </w:pPr>
    </w:p>
    <w:p w14:paraId="5492EC76" w14:textId="77777777" w:rsidR="002A6F9E" w:rsidRDefault="002A6F9E">
      <w:pPr>
        <w:spacing w:after="20"/>
      </w:pPr>
    </w:p>
    <w:p w14:paraId="23865D82" w14:textId="77777777" w:rsidR="002A6F9E" w:rsidRDefault="002A6F9E">
      <w:pPr>
        <w:spacing w:after="20"/>
      </w:pPr>
    </w:p>
    <w:p w14:paraId="74BE1A9E" w14:textId="77777777" w:rsidR="002A6F9E" w:rsidRDefault="002A6F9E">
      <w:pPr>
        <w:spacing w:after="20"/>
      </w:pPr>
    </w:p>
    <w:p w14:paraId="3C1009CC" w14:textId="77777777" w:rsidR="002A6F9E" w:rsidRDefault="002A6F9E">
      <w:pPr>
        <w:spacing w:after="20"/>
      </w:pPr>
    </w:p>
    <w:p w14:paraId="4E54AE40" w14:textId="77777777" w:rsidR="004F2747" w:rsidRDefault="0054397A" w:rsidP="0054397A">
      <w:pPr>
        <w:pStyle w:val="Nadpis1"/>
      </w:pPr>
      <w:r>
        <w:lastRenderedPageBreak/>
        <w:t>1</w:t>
      </w:r>
      <w:r w:rsidR="00DB5CA6">
        <w:t xml:space="preserve">. </w:t>
      </w:r>
      <w:proofErr w:type="spellStart"/>
      <w:r w:rsidR="00B25EFB" w:rsidRPr="0054397A">
        <w:t>Základní</w:t>
      </w:r>
      <w:proofErr w:type="spellEnd"/>
      <w:r w:rsidR="00B25EFB" w:rsidRPr="0054397A">
        <w:t xml:space="preserve"> </w:t>
      </w:r>
      <w:proofErr w:type="spellStart"/>
      <w:r w:rsidR="00B25EFB" w:rsidRPr="0054397A">
        <w:t>údaje</w:t>
      </w:r>
      <w:proofErr w:type="spellEnd"/>
      <w:r w:rsidR="00B25EFB" w:rsidRPr="0054397A">
        <w:t xml:space="preserve"> o </w:t>
      </w:r>
      <w:proofErr w:type="spellStart"/>
      <w:r w:rsidR="00B25EFB" w:rsidRPr="0054397A">
        <w:t>škole</w:t>
      </w:r>
      <w:proofErr w:type="spellEnd"/>
    </w:p>
    <w:p w14:paraId="21ADB09B" w14:textId="77777777" w:rsidR="004F2747" w:rsidRPr="0054397A" w:rsidRDefault="00CC5014" w:rsidP="0054397A">
      <w:pPr>
        <w:pStyle w:val="Nadpis2"/>
      </w:pPr>
      <w:r>
        <w:t xml:space="preserve"> </w:t>
      </w:r>
      <w:r w:rsidR="0054397A">
        <w:t xml:space="preserve">1.1 </w:t>
      </w:r>
      <w:proofErr w:type="spellStart"/>
      <w:r w:rsidR="00B25EFB" w:rsidRPr="0054397A">
        <w:t>Identifikace</w:t>
      </w:r>
      <w:proofErr w:type="spellEnd"/>
      <w:r w:rsidR="00B25EFB" w:rsidRPr="0054397A">
        <w:t xml:space="preserve"> a </w:t>
      </w:r>
      <w:proofErr w:type="spellStart"/>
      <w:r w:rsidR="00B25EFB" w:rsidRPr="0054397A">
        <w:t>charakteristika</w:t>
      </w:r>
      <w:proofErr w:type="spellEnd"/>
    </w:p>
    <w:p w14:paraId="1F5CFE9B" w14:textId="77777777" w:rsidR="004F2747" w:rsidRPr="002C0058" w:rsidRDefault="00B25EFB">
      <w:pPr>
        <w:rPr>
          <w:rFonts w:eastAsia="Arial" w:cs="Arial"/>
          <w:sz w:val="20"/>
          <w:szCs w:val="20"/>
        </w:rPr>
      </w:pPr>
      <w:r w:rsidRPr="002C0058">
        <w:rPr>
          <w:rFonts w:eastAsia="Arial" w:cs="Arial"/>
          <w:sz w:val="20"/>
          <w:szCs w:val="20"/>
        </w:rPr>
        <w:t xml:space="preserve">Baby club NEMO </w:t>
      </w:r>
      <w:proofErr w:type="spellStart"/>
      <w:r w:rsidRPr="002C0058">
        <w:rPr>
          <w:rFonts w:eastAsia="Arial" w:cs="Arial"/>
          <w:sz w:val="20"/>
          <w:szCs w:val="20"/>
        </w:rPr>
        <w:t>vznikl</w:t>
      </w:r>
      <w:proofErr w:type="spellEnd"/>
      <w:r w:rsidRPr="002C0058">
        <w:rPr>
          <w:rFonts w:eastAsia="Arial" w:cs="Arial"/>
          <w:sz w:val="20"/>
          <w:szCs w:val="20"/>
        </w:rPr>
        <w:t xml:space="preserve"> v </w:t>
      </w:r>
      <w:proofErr w:type="spellStart"/>
      <w:r w:rsidRPr="002C0058">
        <w:rPr>
          <w:rFonts w:eastAsia="Arial" w:cs="Arial"/>
          <w:sz w:val="20"/>
          <w:szCs w:val="20"/>
        </w:rPr>
        <w:t>roce</w:t>
      </w:r>
      <w:proofErr w:type="spellEnd"/>
      <w:r w:rsidRPr="002C0058">
        <w:rPr>
          <w:rFonts w:eastAsia="Arial" w:cs="Arial"/>
          <w:sz w:val="20"/>
          <w:szCs w:val="20"/>
        </w:rPr>
        <w:t xml:space="preserve"> 2006 a </w:t>
      </w:r>
      <w:proofErr w:type="spellStart"/>
      <w:r w:rsidRPr="002C0058">
        <w:rPr>
          <w:rFonts w:eastAsia="Arial" w:cs="Arial"/>
          <w:sz w:val="20"/>
          <w:szCs w:val="20"/>
        </w:rPr>
        <w:t>zaměřoval</w:t>
      </w:r>
      <w:proofErr w:type="spellEnd"/>
      <w:r w:rsidRPr="002C0058">
        <w:rPr>
          <w:rFonts w:eastAsia="Arial" w:cs="Arial"/>
          <w:sz w:val="20"/>
          <w:szCs w:val="20"/>
        </w:rPr>
        <w:t xml:space="preserve"> se </w:t>
      </w:r>
      <w:proofErr w:type="spellStart"/>
      <w:r w:rsidRPr="002C0058">
        <w:rPr>
          <w:rFonts w:eastAsia="Arial" w:cs="Arial"/>
          <w:sz w:val="20"/>
          <w:szCs w:val="20"/>
        </w:rPr>
        <w:t>na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péči</w:t>
      </w:r>
      <w:proofErr w:type="spellEnd"/>
      <w:r w:rsidRPr="002C0058">
        <w:rPr>
          <w:rFonts w:eastAsia="Arial" w:cs="Arial"/>
          <w:sz w:val="20"/>
          <w:szCs w:val="20"/>
        </w:rPr>
        <w:t xml:space="preserve"> o </w:t>
      </w:r>
      <w:proofErr w:type="spellStart"/>
      <w:r w:rsidRPr="002C0058">
        <w:rPr>
          <w:rFonts w:eastAsia="Arial" w:cs="Arial"/>
          <w:sz w:val="20"/>
          <w:szCs w:val="20"/>
        </w:rPr>
        <w:t>předškolní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děti</w:t>
      </w:r>
      <w:proofErr w:type="spellEnd"/>
      <w:r w:rsidRPr="002C0058">
        <w:rPr>
          <w:rFonts w:eastAsia="Arial" w:cs="Arial"/>
          <w:sz w:val="20"/>
          <w:szCs w:val="20"/>
        </w:rPr>
        <w:t xml:space="preserve">. V </w:t>
      </w:r>
      <w:proofErr w:type="spellStart"/>
      <w:r w:rsidRPr="002C0058">
        <w:rPr>
          <w:rFonts w:eastAsia="Arial" w:cs="Arial"/>
          <w:sz w:val="20"/>
          <w:szCs w:val="20"/>
        </w:rPr>
        <w:t>roce</w:t>
      </w:r>
      <w:proofErr w:type="spellEnd"/>
      <w:r w:rsidRPr="002C0058">
        <w:rPr>
          <w:rFonts w:eastAsia="Arial" w:cs="Arial"/>
          <w:sz w:val="20"/>
          <w:szCs w:val="20"/>
        </w:rPr>
        <w:t xml:space="preserve"> 2012 </w:t>
      </w:r>
      <w:proofErr w:type="spellStart"/>
      <w:r w:rsidRPr="002C0058">
        <w:rPr>
          <w:rFonts w:eastAsia="Arial" w:cs="Arial"/>
          <w:sz w:val="20"/>
          <w:szCs w:val="20"/>
        </w:rPr>
        <w:t>byla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založena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školská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právnická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osoba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Mateřská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škola</w:t>
      </w:r>
      <w:proofErr w:type="spellEnd"/>
      <w:r w:rsidRPr="002C0058">
        <w:rPr>
          <w:rFonts w:eastAsia="Arial" w:cs="Arial"/>
          <w:sz w:val="20"/>
          <w:szCs w:val="20"/>
        </w:rPr>
        <w:t xml:space="preserve"> NEMO s </w:t>
      </w:r>
      <w:proofErr w:type="spellStart"/>
      <w:r w:rsidRPr="002C0058">
        <w:rPr>
          <w:rFonts w:eastAsia="Arial" w:cs="Arial"/>
          <w:sz w:val="20"/>
          <w:szCs w:val="20"/>
        </w:rPr>
        <w:t>kapacitou</w:t>
      </w:r>
      <w:proofErr w:type="spellEnd"/>
      <w:r w:rsidRPr="002C0058">
        <w:rPr>
          <w:rFonts w:eastAsia="Arial" w:cs="Arial"/>
          <w:sz w:val="20"/>
          <w:szCs w:val="20"/>
        </w:rPr>
        <w:t xml:space="preserve"> 36 </w:t>
      </w:r>
      <w:proofErr w:type="spellStart"/>
      <w:r w:rsidRPr="002C0058">
        <w:rPr>
          <w:rFonts w:eastAsia="Arial" w:cs="Arial"/>
          <w:sz w:val="20"/>
          <w:szCs w:val="20"/>
        </w:rPr>
        <w:t>dětí</w:t>
      </w:r>
      <w:proofErr w:type="spellEnd"/>
      <w:r w:rsidRPr="002C0058">
        <w:rPr>
          <w:rFonts w:eastAsia="Arial" w:cs="Arial"/>
          <w:sz w:val="20"/>
          <w:szCs w:val="20"/>
        </w:rPr>
        <w:t xml:space="preserve">. Od </w:t>
      </w:r>
      <w:proofErr w:type="spellStart"/>
      <w:r w:rsidRPr="002C0058">
        <w:rPr>
          <w:rFonts w:eastAsia="Arial" w:cs="Arial"/>
          <w:sz w:val="20"/>
          <w:szCs w:val="20"/>
        </w:rPr>
        <w:t>září</w:t>
      </w:r>
      <w:proofErr w:type="spellEnd"/>
      <w:r w:rsidRPr="002C0058">
        <w:rPr>
          <w:rFonts w:eastAsia="Arial" w:cs="Arial"/>
          <w:sz w:val="20"/>
          <w:szCs w:val="20"/>
        </w:rPr>
        <w:t xml:space="preserve"> 2015 </w:t>
      </w:r>
      <w:proofErr w:type="spellStart"/>
      <w:r w:rsidRPr="002C0058">
        <w:rPr>
          <w:rFonts w:eastAsia="Arial" w:cs="Arial"/>
          <w:sz w:val="20"/>
          <w:szCs w:val="20"/>
        </w:rPr>
        <w:t>její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činnost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zahrnuje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také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Základní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školu</w:t>
      </w:r>
      <w:proofErr w:type="spellEnd"/>
      <w:r w:rsidRPr="002C0058">
        <w:rPr>
          <w:rFonts w:eastAsia="Arial" w:cs="Arial"/>
          <w:sz w:val="20"/>
          <w:szCs w:val="20"/>
        </w:rPr>
        <w:t xml:space="preserve"> NEMO. </w:t>
      </w:r>
      <w:proofErr w:type="spellStart"/>
      <w:r w:rsidRPr="002C0058">
        <w:rPr>
          <w:rFonts w:eastAsia="Arial" w:cs="Arial"/>
          <w:sz w:val="20"/>
          <w:szCs w:val="20"/>
        </w:rPr>
        <w:t>Škola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staví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na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individuálním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přístupu</w:t>
      </w:r>
      <w:proofErr w:type="spellEnd"/>
      <w:r w:rsidRPr="002C0058">
        <w:rPr>
          <w:rFonts w:eastAsia="Arial" w:cs="Arial"/>
          <w:sz w:val="20"/>
          <w:szCs w:val="20"/>
        </w:rPr>
        <w:t xml:space="preserve">, </w:t>
      </w:r>
      <w:proofErr w:type="spellStart"/>
      <w:r w:rsidRPr="002C0058">
        <w:rPr>
          <w:rFonts w:eastAsia="Arial" w:cs="Arial"/>
          <w:sz w:val="20"/>
          <w:szCs w:val="20"/>
        </w:rPr>
        <w:t>bezpečném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prostředí</w:t>
      </w:r>
      <w:proofErr w:type="spellEnd"/>
      <w:r w:rsidRPr="002C0058">
        <w:rPr>
          <w:rFonts w:eastAsia="Arial" w:cs="Arial"/>
          <w:sz w:val="20"/>
          <w:szCs w:val="20"/>
        </w:rPr>
        <w:t xml:space="preserve">, </w:t>
      </w:r>
      <w:proofErr w:type="spellStart"/>
      <w:r w:rsidRPr="002C0058">
        <w:rPr>
          <w:rFonts w:eastAsia="Arial" w:cs="Arial"/>
          <w:sz w:val="20"/>
          <w:szCs w:val="20"/>
        </w:rPr>
        <w:t>spolupráci</w:t>
      </w:r>
      <w:proofErr w:type="spellEnd"/>
      <w:r w:rsidRPr="002C0058">
        <w:rPr>
          <w:rFonts w:eastAsia="Arial" w:cs="Arial"/>
          <w:sz w:val="20"/>
          <w:szCs w:val="20"/>
        </w:rPr>
        <w:t xml:space="preserve"> MŠ a ZŠ a </w:t>
      </w:r>
      <w:proofErr w:type="spellStart"/>
      <w:r w:rsidRPr="002C0058">
        <w:rPr>
          <w:rFonts w:eastAsia="Arial" w:cs="Arial"/>
          <w:sz w:val="20"/>
          <w:szCs w:val="20"/>
        </w:rPr>
        <w:t>rozvoji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jazykových</w:t>
      </w:r>
      <w:proofErr w:type="spellEnd"/>
      <w:r w:rsidRPr="002C0058">
        <w:rPr>
          <w:rFonts w:eastAsia="Arial" w:cs="Arial"/>
          <w:sz w:val="20"/>
          <w:szCs w:val="20"/>
        </w:rPr>
        <w:t xml:space="preserve">, </w:t>
      </w:r>
      <w:proofErr w:type="spellStart"/>
      <w:r w:rsidRPr="002C0058">
        <w:rPr>
          <w:rFonts w:eastAsia="Arial" w:cs="Arial"/>
          <w:sz w:val="20"/>
          <w:szCs w:val="20"/>
        </w:rPr>
        <w:t>osobnostních</w:t>
      </w:r>
      <w:proofErr w:type="spellEnd"/>
      <w:r w:rsidRPr="002C0058">
        <w:rPr>
          <w:rFonts w:eastAsia="Arial" w:cs="Arial"/>
          <w:sz w:val="20"/>
          <w:szCs w:val="20"/>
        </w:rPr>
        <w:t xml:space="preserve"> a </w:t>
      </w:r>
      <w:proofErr w:type="spellStart"/>
      <w:r w:rsidRPr="002C0058">
        <w:rPr>
          <w:rFonts w:eastAsia="Arial" w:cs="Arial"/>
          <w:sz w:val="20"/>
          <w:szCs w:val="20"/>
        </w:rPr>
        <w:t>sociálních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kompetencí</w:t>
      </w:r>
      <w:proofErr w:type="spellEnd"/>
      <w:r w:rsidRPr="002C0058">
        <w:rPr>
          <w:rFonts w:eastAsia="Arial" w:cs="Arial"/>
          <w:sz w:val="20"/>
          <w:szCs w:val="20"/>
        </w:rPr>
        <w:t>.</w:t>
      </w:r>
    </w:p>
    <w:p w14:paraId="4DA0410C" w14:textId="411032F7" w:rsidR="00041D78" w:rsidRPr="002C0058" w:rsidRDefault="00041D78">
      <w:pPr>
        <w:rPr>
          <w:rFonts w:eastAsia="Arial" w:cs="Arial"/>
          <w:sz w:val="20"/>
          <w:szCs w:val="20"/>
        </w:rPr>
      </w:pPr>
      <w:r w:rsidRPr="002C0058">
        <w:rPr>
          <w:rFonts w:eastAsia="Arial" w:cs="Arial"/>
          <w:sz w:val="20"/>
          <w:szCs w:val="20"/>
        </w:rPr>
        <w:t xml:space="preserve">V </w:t>
      </w:r>
      <w:proofErr w:type="spellStart"/>
      <w:r w:rsidRPr="002C0058">
        <w:rPr>
          <w:rFonts w:eastAsia="Arial" w:cs="Arial"/>
          <w:sz w:val="20"/>
          <w:szCs w:val="20"/>
        </w:rPr>
        <w:t>roce</w:t>
      </w:r>
      <w:proofErr w:type="spellEnd"/>
      <w:r w:rsidRPr="002C0058">
        <w:rPr>
          <w:rFonts w:eastAsia="Arial" w:cs="Arial"/>
          <w:sz w:val="20"/>
          <w:szCs w:val="20"/>
        </w:rPr>
        <w:t xml:space="preserve"> 2023 </w:t>
      </w:r>
      <w:proofErr w:type="spellStart"/>
      <w:r w:rsidRPr="002C0058">
        <w:rPr>
          <w:rFonts w:eastAsia="Arial" w:cs="Arial"/>
          <w:sz w:val="20"/>
          <w:szCs w:val="20"/>
        </w:rPr>
        <w:t>škola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navázala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spolupráci</w:t>
      </w:r>
      <w:proofErr w:type="spellEnd"/>
      <w:r w:rsidRPr="002C0058">
        <w:rPr>
          <w:rFonts w:eastAsia="Arial" w:cs="Arial"/>
          <w:sz w:val="20"/>
          <w:szCs w:val="20"/>
        </w:rPr>
        <w:t xml:space="preserve"> s </w:t>
      </w:r>
      <w:proofErr w:type="spellStart"/>
      <w:r w:rsidRPr="002C0058">
        <w:rPr>
          <w:rFonts w:eastAsia="Arial" w:cs="Arial"/>
          <w:sz w:val="20"/>
          <w:szCs w:val="20"/>
        </w:rPr>
        <w:t>druhým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stupněm</w:t>
      </w:r>
      <w:proofErr w:type="spellEnd"/>
      <w:r w:rsidRPr="002C0058">
        <w:rPr>
          <w:rFonts w:eastAsia="Arial" w:cs="Arial"/>
          <w:sz w:val="20"/>
          <w:szCs w:val="20"/>
        </w:rPr>
        <w:t xml:space="preserve"> Nemo Next </w:t>
      </w:r>
      <w:proofErr w:type="spellStart"/>
      <w:r w:rsidRPr="002C0058">
        <w:rPr>
          <w:rFonts w:eastAsia="Arial" w:cs="Arial"/>
          <w:sz w:val="20"/>
          <w:szCs w:val="20"/>
        </w:rPr>
        <w:t>s.r.o.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Naši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žáci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tak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mohou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přejít</w:t>
      </w:r>
      <w:proofErr w:type="spellEnd"/>
      <w:r w:rsidRPr="002C0058">
        <w:rPr>
          <w:rFonts w:eastAsia="Arial" w:cs="Arial"/>
          <w:sz w:val="20"/>
          <w:szCs w:val="20"/>
        </w:rPr>
        <w:t xml:space="preserve"> z </w:t>
      </w:r>
      <w:proofErr w:type="spellStart"/>
      <w:r w:rsidRPr="002C0058">
        <w:rPr>
          <w:rFonts w:eastAsia="Arial" w:cs="Arial"/>
          <w:sz w:val="20"/>
          <w:szCs w:val="20"/>
        </w:rPr>
        <w:t>pátého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ročníku</w:t>
      </w:r>
      <w:proofErr w:type="spellEnd"/>
      <w:r w:rsidRPr="002C0058">
        <w:rPr>
          <w:rFonts w:eastAsia="Arial" w:cs="Arial"/>
          <w:sz w:val="20"/>
          <w:szCs w:val="20"/>
        </w:rPr>
        <w:t xml:space="preserve"> do </w:t>
      </w:r>
      <w:proofErr w:type="spellStart"/>
      <w:r w:rsidRPr="002C0058">
        <w:rPr>
          <w:rFonts w:eastAsia="Arial" w:cs="Arial"/>
          <w:sz w:val="20"/>
          <w:szCs w:val="20"/>
        </w:rPr>
        <w:t>školy</w:t>
      </w:r>
      <w:proofErr w:type="spellEnd"/>
      <w:r w:rsidRPr="002C0058">
        <w:rPr>
          <w:rFonts w:eastAsia="Arial" w:cs="Arial"/>
          <w:sz w:val="20"/>
          <w:szCs w:val="20"/>
        </w:rPr>
        <w:t xml:space="preserve">, </w:t>
      </w:r>
      <w:proofErr w:type="spellStart"/>
      <w:r w:rsidRPr="002C0058">
        <w:rPr>
          <w:rFonts w:eastAsia="Arial" w:cs="Arial"/>
          <w:sz w:val="20"/>
          <w:szCs w:val="20"/>
        </w:rPr>
        <w:t>která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svým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zaměřením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nava</w:t>
      </w:r>
      <w:r w:rsidR="006F01DE">
        <w:rPr>
          <w:rFonts w:eastAsia="Arial" w:cs="Arial"/>
          <w:sz w:val="20"/>
          <w:szCs w:val="20"/>
        </w:rPr>
        <w:t>z</w:t>
      </w:r>
      <w:r w:rsidRPr="002C0058">
        <w:rPr>
          <w:rFonts w:eastAsia="Arial" w:cs="Arial"/>
          <w:sz w:val="20"/>
          <w:szCs w:val="20"/>
        </w:rPr>
        <w:t>uje</w:t>
      </w:r>
      <w:proofErr w:type="spellEnd"/>
      <w:r w:rsidRPr="002C0058">
        <w:rPr>
          <w:rFonts w:eastAsia="Arial" w:cs="Arial"/>
          <w:sz w:val="20"/>
          <w:szCs w:val="20"/>
        </w:rPr>
        <w:t xml:space="preserve"> </w:t>
      </w:r>
      <w:proofErr w:type="spellStart"/>
      <w:r w:rsidRPr="002C0058">
        <w:rPr>
          <w:rFonts w:eastAsia="Arial" w:cs="Arial"/>
          <w:sz w:val="20"/>
          <w:szCs w:val="20"/>
        </w:rPr>
        <w:t>na</w:t>
      </w:r>
      <w:proofErr w:type="spellEnd"/>
      <w:r w:rsidRPr="002C0058">
        <w:rPr>
          <w:rFonts w:eastAsia="Arial" w:cs="Arial"/>
          <w:sz w:val="20"/>
          <w:szCs w:val="20"/>
        </w:rPr>
        <w:t xml:space="preserve"> MŠ a ZŠ NEMO.</w:t>
      </w:r>
    </w:p>
    <w:p w14:paraId="17EC40CE" w14:textId="77777777" w:rsidR="00041D78" w:rsidRPr="002C0058" w:rsidRDefault="00041D78">
      <w:pPr>
        <w:rPr>
          <w:rFonts w:cs="Arial"/>
          <w:sz w:val="20"/>
          <w:szCs w:val="20"/>
        </w:rPr>
      </w:pPr>
    </w:p>
    <w:tbl>
      <w:tblPr>
        <w:tblW w:w="9864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2686"/>
        <w:gridCol w:w="7178"/>
      </w:tblGrid>
      <w:tr w:rsidR="004F2747" w:rsidRPr="002C0058" w14:paraId="3FC95D1C" w14:textId="77777777" w:rsidTr="00EF3475">
        <w:trPr>
          <w:cantSplit/>
        </w:trPr>
        <w:tc>
          <w:tcPr>
            <w:tcW w:w="2686" w:type="dxa"/>
            <w:vAlign w:val="center"/>
          </w:tcPr>
          <w:p w14:paraId="5D7ED156" w14:textId="4D2900DE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Název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právnické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osoby</w:t>
            </w:r>
            <w:proofErr w:type="spellEnd"/>
          </w:p>
        </w:tc>
        <w:tc>
          <w:tcPr>
            <w:tcW w:w="7178" w:type="dxa"/>
            <w:vAlign w:val="center"/>
          </w:tcPr>
          <w:p w14:paraId="6531BA6A" w14:textId="77777777" w:rsidR="004F2747" w:rsidRPr="002C005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sz w:val="20"/>
                <w:szCs w:val="20"/>
              </w:rPr>
              <w:t>Mateřská</w:t>
            </w:r>
            <w:proofErr w:type="spellEnd"/>
            <w:r w:rsidRPr="002C005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sz w:val="20"/>
                <w:szCs w:val="20"/>
              </w:rPr>
              <w:t>škola</w:t>
            </w:r>
            <w:proofErr w:type="spellEnd"/>
            <w:r w:rsidRPr="002C0058">
              <w:rPr>
                <w:rFonts w:eastAsia="Arial" w:cs="Arial"/>
                <w:sz w:val="20"/>
                <w:szCs w:val="20"/>
              </w:rPr>
              <w:t xml:space="preserve"> a </w:t>
            </w:r>
            <w:proofErr w:type="spellStart"/>
            <w:r w:rsidRPr="002C0058">
              <w:rPr>
                <w:rFonts w:eastAsia="Arial" w:cs="Arial"/>
                <w:sz w:val="20"/>
                <w:szCs w:val="20"/>
              </w:rPr>
              <w:t>Základní</w:t>
            </w:r>
            <w:proofErr w:type="spellEnd"/>
            <w:r w:rsidRPr="002C005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sz w:val="20"/>
                <w:szCs w:val="20"/>
              </w:rPr>
              <w:t>škola</w:t>
            </w:r>
            <w:proofErr w:type="spellEnd"/>
            <w:r w:rsidRPr="002C0058">
              <w:rPr>
                <w:rFonts w:eastAsia="Arial" w:cs="Arial"/>
                <w:sz w:val="20"/>
                <w:szCs w:val="20"/>
              </w:rPr>
              <w:t xml:space="preserve"> NEMO</w:t>
            </w:r>
          </w:p>
        </w:tc>
      </w:tr>
      <w:tr w:rsidR="004F2747" w:rsidRPr="002C0058" w14:paraId="23660349" w14:textId="77777777" w:rsidTr="00EF3475">
        <w:trPr>
          <w:cantSplit/>
        </w:trPr>
        <w:tc>
          <w:tcPr>
            <w:tcW w:w="2686" w:type="dxa"/>
            <w:shd w:val="clear" w:color="auto" w:fill="F3F6F8"/>
            <w:vAlign w:val="center"/>
          </w:tcPr>
          <w:p w14:paraId="2B05C487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Sídlo</w:t>
            </w:r>
            <w:proofErr w:type="spellEnd"/>
          </w:p>
        </w:tc>
        <w:tc>
          <w:tcPr>
            <w:tcW w:w="7178" w:type="dxa"/>
            <w:shd w:val="clear" w:color="auto" w:fill="F3F6F8"/>
            <w:vAlign w:val="center"/>
          </w:tcPr>
          <w:p w14:paraId="17514237" w14:textId="77777777" w:rsidR="004F2747" w:rsidRPr="002C005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sz w:val="20"/>
                <w:szCs w:val="20"/>
              </w:rPr>
              <w:t xml:space="preserve">Nad </w:t>
            </w:r>
            <w:proofErr w:type="spellStart"/>
            <w:r w:rsidRPr="002C0058">
              <w:rPr>
                <w:rFonts w:eastAsia="Arial" w:cs="Arial"/>
                <w:sz w:val="20"/>
                <w:szCs w:val="20"/>
              </w:rPr>
              <w:t>Bahnivkou</w:t>
            </w:r>
            <w:proofErr w:type="spellEnd"/>
            <w:r w:rsidRPr="002C0058">
              <w:rPr>
                <w:rFonts w:eastAsia="Arial" w:cs="Arial"/>
                <w:sz w:val="20"/>
                <w:szCs w:val="20"/>
              </w:rPr>
              <w:t xml:space="preserve"> 140, 251 01 </w:t>
            </w:r>
            <w:proofErr w:type="spellStart"/>
            <w:r w:rsidRPr="002C0058">
              <w:rPr>
                <w:rFonts w:eastAsia="Arial" w:cs="Arial"/>
                <w:sz w:val="20"/>
                <w:szCs w:val="20"/>
              </w:rPr>
              <w:t>Říčany</w:t>
            </w:r>
            <w:proofErr w:type="spellEnd"/>
          </w:p>
        </w:tc>
      </w:tr>
      <w:tr w:rsidR="004F2747" w:rsidRPr="002C0058" w14:paraId="4D58DD5D" w14:textId="77777777" w:rsidTr="00EF3475">
        <w:trPr>
          <w:cantSplit/>
        </w:trPr>
        <w:tc>
          <w:tcPr>
            <w:tcW w:w="2686" w:type="dxa"/>
            <w:vAlign w:val="center"/>
          </w:tcPr>
          <w:p w14:paraId="1B98D00D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IČO</w:t>
            </w:r>
          </w:p>
        </w:tc>
        <w:tc>
          <w:tcPr>
            <w:tcW w:w="7178" w:type="dxa"/>
            <w:vAlign w:val="center"/>
          </w:tcPr>
          <w:p w14:paraId="507255F8" w14:textId="77777777" w:rsidR="004F2747" w:rsidRPr="002C005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sz w:val="20"/>
                <w:szCs w:val="20"/>
              </w:rPr>
              <w:t>71342281</w:t>
            </w:r>
          </w:p>
        </w:tc>
      </w:tr>
      <w:tr w:rsidR="004F2747" w:rsidRPr="002C0058" w14:paraId="63A5C7C9" w14:textId="77777777" w:rsidTr="00EF3475">
        <w:trPr>
          <w:cantSplit/>
        </w:trPr>
        <w:tc>
          <w:tcPr>
            <w:tcW w:w="2686" w:type="dxa"/>
            <w:shd w:val="clear" w:color="auto" w:fill="F3F6F8"/>
            <w:vAlign w:val="center"/>
          </w:tcPr>
          <w:p w14:paraId="6531238E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Právní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forma</w:t>
            </w:r>
          </w:p>
        </w:tc>
        <w:tc>
          <w:tcPr>
            <w:tcW w:w="7178" w:type="dxa"/>
            <w:shd w:val="clear" w:color="auto" w:fill="F3F6F8"/>
            <w:vAlign w:val="center"/>
          </w:tcPr>
          <w:p w14:paraId="292DF892" w14:textId="77777777" w:rsidR="004F2747" w:rsidRPr="002C005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sz w:val="20"/>
                <w:szCs w:val="20"/>
              </w:rPr>
              <w:t>školská</w:t>
            </w:r>
            <w:proofErr w:type="spellEnd"/>
            <w:r w:rsidRPr="002C005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sz w:val="20"/>
                <w:szCs w:val="20"/>
              </w:rPr>
              <w:t>právnická</w:t>
            </w:r>
            <w:proofErr w:type="spellEnd"/>
            <w:r w:rsidRPr="002C005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sz w:val="20"/>
                <w:szCs w:val="20"/>
              </w:rPr>
              <w:t>osoba</w:t>
            </w:r>
            <w:proofErr w:type="spellEnd"/>
          </w:p>
        </w:tc>
      </w:tr>
      <w:tr w:rsidR="004F2747" w:rsidRPr="002C0058" w14:paraId="487EC3FC" w14:textId="77777777" w:rsidTr="00EF3475">
        <w:trPr>
          <w:cantSplit/>
        </w:trPr>
        <w:tc>
          <w:tcPr>
            <w:tcW w:w="2686" w:type="dxa"/>
            <w:vAlign w:val="center"/>
          </w:tcPr>
          <w:p w14:paraId="69EE668C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RED-IZO</w:t>
            </w:r>
          </w:p>
        </w:tc>
        <w:tc>
          <w:tcPr>
            <w:tcW w:w="7178" w:type="dxa"/>
            <w:vAlign w:val="center"/>
          </w:tcPr>
          <w:p w14:paraId="79E104B6" w14:textId="77777777" w:rsidR="004F2747" w:rsidRPr="002C005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sz w:val="20"/>
                <w:szCs w:val="20"/>
              </w:rPr>
              <w:t>691004293</w:t>
            </w:r>
          </w:p>
        </w:tc>
      </w:tr>
      <w:tr w:rsidR="004F2747" w:rsidRPr="002C0058" w14:paraId="5541595C" w14:textId="77777777" w:rsidTr="00EF3475">
        <w:trPr>
          <w:cantSplit/>
        </w:trPr>
        <w:tc>
          <w:tcPr>
            <w:tcW w:w="2686" w:type="dxa"/>
            <w:shd w:val="clear" w:color="auto" w:fill="F3F6F8"/>
            <w:vAlign w:val="center"/>
          </w:tcPr>
          <w:p w14:paraId="42317CC7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Ředitelka</w:t>
            </w:r>
          </w:p>
        </w:tc>
        <w:tc>
          <w:tcPr>
            <w:tcW w:w="7178" w:type="dxa"/>
            <w:shd w:val="clear" w:color="auto" w:fill="F3F6F8"/>
            <w:vAlign w:val="center"/>
          </w:tcPr>
          <w:p w14:paraId="7F8CBD26" w14:textId="77777777" w:rsidR="004F2747" w:rsidRPr="002C005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sz w:val="20"/>
                <w:szCs w:val="20"/>
              </w:rPr>
              <w:t>Mgr. Lenka Sosnovcová</w:t>
            </w:r>
          </w:p>
        </w:tc>
      </w:tr>
      <w:tr w:rsidR="004F2747" w:rsidRPr="002C0058" w14:paraId="4FEB1812" w14:textId="77777777" w:rsidTr="00EF3475">
        <w:trPr>
          <w:cantSplit/>
        </w:trPr>
        <w:tc>
          <w:tcPr>
            <w:tcW w:w="2686" w:type="dxa"/>
            <w:vAlign w:val="center"/>
          </w:tcPr>
          <w:p w14:paraId="470DF052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Telefon</w:t>
            </w:r>
            <w:proofErr w:type="spellEnd"/>
          </w:p>
        </w:tc>
        <w:tc>
          <w:tcPr>
            <w:tcW w:w="7178" w:type="dxa"/>
            <w:vAlign w:val="center"/>
          </w:tcPr>
          <w:p w14:paraId="7CC941B8" w14:textId="77777777" w:rsidR="004F2747" w:rsidRPr="002C0058" w:rsidRDefault="00041D78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>777 727 334</w:t>
            </w:r>
          </w:p>
        </w:tc>
      </w:tr>
      <w:tr w:rsidR="004F2747" w:rsidRPr="002C0058" w14:paraId="1C14B4D8" w14:textId="77777777" w:rsidTr="00EF3475">
        <w:trPr>
          <w:cantSplit/>
        </w:trPr>
        <w:tc>
          <w:tcPr>
            <w:tcW w:w="2686" w:type="dxa"/>
            <w:shd w:val="clear" w:color="auto" w:fill="F3F6F8"/>
            <w:vAlign w:val="center"/>
          </w:tcPr>
          <w:p w14:paraId="0907377E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7178" w:type="dxa"/>
            <w:shd w:val="clear" w:color="auto" w:fill="F3F6F8"/>
            <w:vAlign w:val="center"/>
          </w:tcPr>
          <w:p w14:paraId="74E8A527" w14:textId="77777777" w:rsidR="004F2747" w:rsidRPr="002C005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sz w:val="20"/>
                <w:szCs w:val="20"/>
              </w:rPr>
              <w:t>info@nemoricany.cz</w:t>
            </w:r>
          </w:p>
        </w:tc>
      </w:tr>
      <w:tr w:rsidR="004F2747" w:rsidRPr="002C0058" w14:paraId="73CCF4C9" w14:textId="77777777" w:rsidTr="00EF3475">
        <w:trPr>
          <w:cantSplit/>
        </w:trPr>
        <w:tc>
          <w:tcPr>
            <w:tcW w:w="2686" w:type="dxa"/>
            <w:vAlign w:val="center"/>
          </w:tcPr>
          <w:p w14:paraId="616A76B1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Adresa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pro </w:t>
            </w: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dálkový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přístup</w:t>
            </w:r>
            <w:proofErr w:type="spellEnd"/>
          </w:p>
        </w:tc>
        <w:tc>
          <w:tcPr>
            <w:tcW w:w="7178" w:type="dxa"/>
            <w:vAlign w:val="center"/>
          </w:tcPr>
          <w:p w14:paraId="4C58554B" w14:textId="77777777" w:rsidR="004F2747" w:rsidRPr="002C005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sz w:val="20"/>
                <w:szCs w:val="20"/>
              </w:rPr>
              <w:t>https://www.nemoricany.cz/</w:t>
            </w:r>
          </w:p>
        </w:tc>
      </w:tr>
      <w:tr w:rsidR="004F2747" w:rsidRPr="002C0058" w14:paraId="2C093ADA" w14:textId="77777777" w:rsidTr="00EF3475">
        <w:trPr>
          <w:cantSplit/>
        </w:trPr>
        <w:tc>
          <w:tcPr>
            <w:tcW w:w="2686" w:type="dxa"/>
            <w:shd w:val="clear" w:color="auto" w:fill="F3F6F8"/>
            <w:vAlign w:val="center"/>
          </w:tcPr>
          <w:p w14:paraId="18D7BB5B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Datová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schránka</w:t>
            </w:r>
            <w:proofErr w:type="spellEnd"/>
          </w:p>
        </w:tc>
        <w:tc>
          <w:tcPr>
            <w:tcW w:w="7178" w:type="dxa"/>
            <w:shd w:val="clear" w:color="auto" w:fill="F3F6F8"/>
            <w:vAlign w:val="center"/>
          </w:tcPr>
          <w:p w14:paraId="273B611C" w14:textId="77777777" w:rsidR="004F2747" w:rsidRPr="002C0058" w:rsidRDefault="00041D78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>Rq7qxte</w:t>
            </w:r>
          </w:p>
        </w:tc>
      </w:tr>
    </w:tbl>
    <w:p w14:paraId="79238233" w14:textId="77777777" w:rsidR="004F2747" w:rsidRPr="002C0058" w:rsidRDefault="004F2747">
      <w:pPr>
        <w:spacing w:after="20"/>
        <w:rPr>
          <w:rFonts w:cs="Arial"/>
          <w:sz w:val="20"/>
          <w:szCs w:val="20"/>
        </w:rPr>
      </w:pPr>
    </w:p>
    <w:p w14:paraId="6246E9E4" w14:textId="77777777" w:rsidR="004F2747" w:rsidRPr="002C0058" w:rsidRDefault="001B0274" w:rsidP="0054397A">
      <w:pPr>
        <w:pStyle w:val="Nadpis2"/>
        <w:rPr>
          <w:rFonts w:ascii="Arial" w:hAnsi="Arial" w:cs="Arial"/>
          <w:sz w:val="20"/>
          <w:szCs w:val="20"/>
        </w:rPr>
      </w:pPr>
      <w:r w:rsidRPr="002C005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2C0058">
        <w:rPr>
          <w:rFonts w:ascii="Arial" w:hAnsi="Arial" w:cs="Arial"/>
          <w:sz w:val="20"/>
          <w:szCs w:val="20"/>
        </w:rPr>
        <w:t>Zřizovatel</w:t>
      </w:r>
      <w:proofErr w:type="spellEnd"/>
    </w:p>
    <w:tbl>
      <w:tblPr>
        <w:tblW w:w="9864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7370"/>
      </w:tblGrid>
      <w:tr w:rsidR="004F2747" w:rsidRPr="002C0058" w14:paraId="631D5B76" w14:textId="77777777" w:rsidTr="00EF3475">
        <w:trPr>
          <w:cantSplit/>
          <w:trHeight w:val="311"/>
        </w:trPr>
        <w:tc>
          <w:tcPr>
            <w:tcW w:w="2494" w:type="dxa"/>
            <w:vAlign w:val="center"/>
          </w:tcPr>
          <w:p w14:paraId="5587CA56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Název</w:t>
            </w:r>
            <w:proofErr w:type="spellEnd"/>
          </w:p>
        </w:tc>
        <w:tc>
          <w:tcPr>
            <w:tcW w:w="7370" w:type="dxa"/>
            <w:vAlign w:val="center"/>
          </w:tcPr>
          <w:p w14:paraId="556A1E68" w14:textId="77777777" w:rsidR="004F2747" w:rsidRPr="002C005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sz w:val="20"/>
                <w:szCs w:val="20"/>
              </w:rPr>
              <w:t>Baby club NEMO, z. s.</w:t>
            </w:r>
          </w:p>
        </w:tc>
      </w:tr>
      <w:tr w:rsidR="004F2747" w:rsidRPr="002C0058" w14:paraId="37F18F99" w14:textId="77777777">
        <w:trPr>
          <w:cantSplit/>
        </w:trPr>
        <w:tc>
          <w:tcPr>
            <w:tcW w:w="2494" w:type="dxa"/>
            <w:shd w:val="clear" w:color="auto" w:fill="F3F6F8"/>
            <w:vAlign w:val="center"/>
          </w:tcPr>
          <w:p w14:paraId="784ABC58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Sídlo</w:t>
            </w:r>
            <w:proofErr w:type="spellEnd"/>
          </w:p>
        </w:tc>
        <w:tc>
          <w:tcPr>
            <w:tcW w:w="7370" w:type="dxa"/>
            <w:shd w:val="clear" w:color="auto" w:fill="F3F6F8"/>
            <w:vAlign w:val="center"/>
          </w:tcPr>
          <w:p w14:paraId="66286D2F" w14:textId="77777777" w:rsidR="004F2747" w:rsidRPr="002C005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sz w:val="20"/>
                <w:szCs w:val="20"/>
              </w:rPr>
              <w:t xml:space="preserve">Nad </w:t>
            </w:r>
            <w:proofErr w:type="spellStart"/>
            <w:r w:rsidRPr="002C0058">
              <w:rPr>
                <w:rFonts w:eastAsia="Arial" w:cs="Arial"/>
                <w:sz w:val="20"/>
                <w:szCs w:val="20"/>
              </w:rPr>
              <w:t>Bahnivkou</w:t>
            </w:r>
            <w:proofErr w:type="spellEnd"/>
            <w:r w:rsidRPr="002C0058">
              <w:rPr>
                <w:rFonts w:eastAsia="Arial" w:cs="Arial"/>
                <w:sz w:val="20"/>
                <w:szCs w:val="20"/>
              </w:rPr>
              <w:t xml:space="preserve"> 140, 251 01 </w:t>
            </w:r>
            <w:proofErr w:type="spellStart"/>
            <w:r w:rsidRPr="002C0058">
              <w:rPr>
                <w:rFonts w:eastAsia="Arial" w:cs="Arial"/>
                <w:sz w:val="20"/>
                <w:szCs w:val="20"/>
              </w:rPr>
              <w:t>Říčany</w:t>
            </w:r>
            <w:proofErr w:type="spellEnd"/>
          </w:p>
        </w:tc>
      </w:tr>
      <w:tr w:rsidR="004F2747" w:rsidRPr="002C0058" w14:paraId="627B7106" w14:textId="77777777">
        <w:trPr>
          <w:cantSplit/>
        </w:trPr>
        <w:tc>
          <w:tcPr>
            <w:tcW w:w="2494" w:type="dxa"/>
            <w:vAlign w:val="center"/>
          </w:tcPr>
          <w:p w14:paraId="491EAD29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IČO</w:t>
            </w:r>
          </w:p>
        </w:tc>
        <w:tc>
          <w:tcPr>
            <w:tcW w:w="7370" w:type="dxa"/>
            <w:vAlign w:val="center"/>
          </w:tcPr>
          <w:p w14:paraId="38E5C9CC" w14:textId="77777777" w:rsidR="004F2747" w:rsidRPr="002C005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sz w:val="20"/>
                <w:szCs w:val="20"/>
              </w:rPr>
              <w:t>22857877</w:t>
            </w:r>
          </w:p>
        </w:tc>
      </w:tr>
      <w:tr w:rsidR="004F2747" w:rsidRPr="002C0058" w14:paraId="3269988D" w14:textId="77777777">
        <w:trPr>
          <w:cantSplit/>
        </w:trPr>
        <w:tc>
          <w:tcPr>
            <w:tcW w:w="2494" w:type="dxa"/>
            <w:shd w:val="clear" w:color="auto" w:fill="F3F6F8"/>
            <w:vAlign w:val="center"/>
          </w:tcPr>
          <w:p w14:paraId="34ABCBD2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Právní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forma</w:t>
            </w:r>
          </w:p>
        </w:tc>
        <w:tc>
          <w:tcPr>
            <w:tcW w:w="7370" w:type="dxa"/>
            <w:shd w:val="clear" w:color="auto" w:fill="F3F6F8"/>
            <w:vAlign w:val="center"/>
          </w:tcPr>
          <w:p w14:paraId="3DB70C8F" w14:textId="77777777" w:rsidR="004F2747" w:rsidRPr="002C005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sz w:val="20"/>
                <w:szCs w:val="20"/>
              </w:rPr>
              <w:t>zapsaný</w:t>
            </w:r>
            <w:proofErr w:type="spellEnd"/>
            <w:r w:rsidRPr="002C005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sz w:val="20"/>
                <w:szCs w:val="20"/>
              </w:rPr>
              <w:t>spolek</w:t>
            </w:r>
            <w:proofErr w:type="spellEnd"/>
          </w:p>
        </w:tc>
      </w:tr>
      <w:tr w:rsidR="004F2747" w:rsidRPr="002C0058" w14:paraId="62FA4021" w14:textId="77777777">
        <w:trPr>
          <w:cantSplit/>
        </w:trPr>
        <w:tc>
          <w:tcPr>
            <w:tcW w:w="2494" w:type="dxa"/>
            <w:vAlign w:val="center"/>
          </w:tcPr>
          <w:p w14:paraId="180E2175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Statutární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zástupce</w:t>
            </w:r>
            <w:proofErr w:type="spellEnd"/>
          </w:p>
        </w:tc>
        <w:tc>
          <w:tcPr>
            <w:tcW w:w="7370" w:type="dxa"/>
            <w:vAlign w:val="center"/>
          </w:tcPr>
          <w:p w14:paraId="71263CE0" w14:textId="77777777" w:rsidR="004F2747" w:rsidRPr="002C0058" w:rsidRDefault="00EF3475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 xml:space="preserve">Pavla </w:t>
            </w:r>
            <w:proofErr w:type="spellStart"/>
            <w:r w:rsidRPr="002C0058">
              <w:rPr>
                <w:rFonts w:cs="Arial"/>
                <w:sz w:val="20"/>
                <w:szCs w:val="20"/>
              </w:rPr>
              <w:t>Betkowská</w:t>
            </w:r>
            <w:proofErr w:type="spellEnd"/>
          </w:p>
        </w:tc>
      </w:tr>
    </w:tbl>
    <w:p w14:paraId="357B1B6A" w14:textId="77777777" w:rsidR="004F2747" w:rsidRPr="002C0058" w:rsidRDefault="004F2747">
      <w:pPr>
        <w:spacing w:after="20"/>
        <w:rPr>
          <w:rFonts w:cs="Arial"/>
          <w:sz w:val="20"/>
          <w:szCs w:val="20"/>
        </w:rPr>
      </w:pPr>
    </w:p>
    <w:p w14:paraId="4ED77AC9" w14:textId="77777777" w:rsidR="004F2747" w:rsidRPr="002C0058" w:rsidRDefault="00B25EFB" w:rsidP="0054397A">
      <w:pPr>
        <w:pStyle w:val="Nadpis2"/>
        <w:rPr>
          <w:rFonts w:ascii="Arial" w:hAnsi="Arial" w:cs="Arial"/>
          <w:sz w:val="20"/>
          <w:szCs w:val="20"/>
        </w:rPr>
      </w:pPr>
      <w:proofErr w:type="spellStart"/>
      <w:r w:rsidRPr="002C0058">
        <w:rPr>
          <w:rFonts w:ascii="Arial" w:hAnsi="Arial" w:cs="Arial"/>
          <w:sz w:val="20"/>
          <w:szCs w:val="20"/>
        </w:rPr>
        <w:t>Součásti</w:t>
      </w:r>
      <w:proofErr w:type="spellEnd"/>
      <w:r w:rsidRPr="002C005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0058">
        <w:rPr>
          <w:rFonts w:ascii="Arial" w:hAnsi="Arial" w:cs="Arial"/>
          <w:sz w:val="20"/>
          <w:szCs w:val="20"/>
        </w:rPr>
        <w:t>školy</w:t>
      </w:r>
      <w:proofErr w:type="spellEnd"/>
      <w:r w:rsidRPr="002C0058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2C0058">
        <w:rPr>
          <w:rFonts w:ascii="Arial" w:hAnsi="Arial" w:cs="Arial"/>
          <w:sz w:val="20"/>
          <w:szCs w:val="20"/>
        </w:rPr>
        <w:t>kapacity</w:t>
      </w:r>
      <w:proofErr w:type="spellEnd"/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1474"/>
        <w:gridCol w:w="1134"/>
        <w:gridCol w:w="2353"/>
        <w:gridCol w:w="2353"/>
      </w:tblGrid>
      <w:tr w:rsidR="004F2747" w:rsidRPr="002C0058" w14:paraId="1070D19F" w14:textId="77777777">
        <w:trPr>
          <w:cantSplit/>
          <w:tblHeader/>
        </w:trPr>
        <w:tc>
          <w:tcPr>
            <w:tcW w:w="255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B8E6396" w14:textId="77777777" w:rsidR="004F2747" w:rsidRPr="002C005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color w:val="FFFFFF"/>
                <w:sz w:val="20"/>
                <w:szCs w:val="20"/>
              </w:rPr>
              <w:t>Součást</w:t>
            </w:r>
            <w:proofErr w:type="spellEnd"/>
          </w:p>
        </w:tc>
        <w:tc>
          <w:tcPr>
            <w:tcW w:w="147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08F40EA" w14:textId="77777777" w:rsidR="004F2747" w:rsidRPr="002C0058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b/>
                <w:color w:val="FFFFFF"/>
                <w:sz w:val="20"/>
                <w:szCs w:val="20"/>
              </w:rPr>
              <w:t>IZO</w:t>
            </w:r>
          </w:p>
        </w:tc>
        <w:tc>
          <w:tcPr>
            <w:tcW w:w="113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2BA3F86" w14:textId="77777777" w:rsidR="004F2747" w:rsidRPr="002C0058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color w:val="FFFFFF"/>
                <w:sz w:val="20"/>
                <w:szCs w:val="20"/>
              </w:rPr>
              <w:t>Kapacita</w:t>
            </w:r>
            <w:proofErr w:type="spellEnd"/>
          </w:p>
        </w:tc>
        <w:tc>
          <w:tcPr>
            <w:tcW w:w="2353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E23F4CF" w14:textId="77777777" w:rsidR="004F2747" w:rsidRPr="002C0058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b/>
                <w:color w:val="FFFFFF"/>
                <w:sz w:val="20"/>
                <w:szCs w:val="20"/>
              </w:rPr>
              <w:t>Stav 30. 9. 2025</w:t>
            </w:r>
          </w:p>
        </w:tc>
        <w:tc>
          <w:tcPr>
            <w:tcW w:w="2353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4739039" w14:textId="77777777" w:rsidR="004F2747" w:rsidRPr="002C0058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b/>
                <w:color w:val="FFFFFF"/>
                <w:sz w:val="20"/>
                <w:szCs w:val="20"/>
              </w:rPr>
              <w:t>Stav 30. 6. 2026</w:t>
            </w:r>
          </w:p>
        </w:tc>
      </w:tr>
      <w:tr w:rsidR="004F2747" w:rsidRPr="002C0058" w14:paraId="0A1BFFC3" w14:textId="77777777">
        <w:trPr>
          <w:cantSplit/>
        </w:trPr>
        <w:tc>
          <w:tcPr>
            <w:tcW w:w="2551" w:type="dxa"/>
            <w:vAlign w:val="center"/>
          </w:tcPr>
          <w:p w14:paraId="53267E6D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Mateřská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škola</w:t>
            </w:r>
            <w:proofErr w:type="spellEnd"/>
          </w:p>
        </w:tc>
        <w:tc>
          <w:tcPr>
            <w:tcW w:w="1474" w:type="dxa"/>
            <w:vAlign w:val="center"/>
          </w:tcPr>
          <w:p w14:paraId="06CD083F" w14:textId="77777777" w:rsidR="004F2747" w:rsidRPr="002C0058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sz w:val="20"/>
                <w:szCs w:val="20"/>
              </w:rPr>
              <w:t>181037483</w:t>
            </w:r>
          </w:p>
        </w:tc>
        <w:tc>
          <w:tcPr>
            <w:tcW w:w="1134" w:type="dxa"/>
            <w:vAlign w:val="center"/>
          </w:tcPr>
          <w:p w14:paraId="02C21AE7" w14:textId="77777777" w:rsidR="004F2747" w:rsidRPr="002C0058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sz w:val="20"/>
                <w:szCs w:val="20"/>
              </w:rPr>
              <w:t>36</w:t>
            </w:r>
          </w:p>
        </w:tc>
        <w:tc>
          <w:tcPr>
            <w:tcW w:w="2353" w:type="dxa"/>
            <w:vAlign w:val="center"/>
          </w:tcPr>
          <w:p w14:paraId="6B8EC45E" w14:textId="77777777" w:rsidR="004F2747" w:rsidRPr="002C0058" w:rsidRDefault="00D41CD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>36</w:t>
            </w:r>
          </w:p>
        </w:tc>
        <w:tc>
          <w:tcPr>
            <w:tcW w:w="2353" w:type="dxa"/>
            <w:vAlign w:val="center"/>
          </w:tcPr>
          <w:p w14:paraId="5F1029AF" w14:textId="77777777" w:rsidR="004F2747" w:rsidRPr="002C0058" w:rsidRDefault="00D41CD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>36</w:t>
            </w:r>
          </w:p>
        </w:tc>
      </w:tr>
      <w:tr w:rsidR="004F2747" w:rsidRPr="002C0058" w14:paraId="0AB449F1" w14:textId="77777777">
        <w:trPr>
          <w:cantSplit/>
        </w:trPr>
        <w:tc>
          <w:tcPr>
            <w:tcW w:w="2551" w:type="dxa"/>
            <w:shd w:val="clear" w:color="auto" w:fill="F3F6F8"/>
            <w:vAlign w:val="center"/>
          </w:tcPr>
          <w:p w14:paraId="6F2F7F81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Základní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škola</w:t>
            </w:r>
            <w:proofErr w:type="spellEnd"/>
          </w:p>
        </w:tc>
        <w:tc>
          <w:tcPr>
            <w:tcW w:w="1474" w:type="dxa"/>
            <w:shd w:val="clear" w:color="auto" w:fill="F3F6F8"/>
            <w:vAlign w:val="center"/>
          </w:tcPr>
          <w:p w14:paraId="0C3B6364" w14:textId="77777777" w:rsidR="004F2747" w:rsidRPr="002C0058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sz w:val="20"/>
                <w:szCs w:val="20"/>
              </w:rPr>
              <w:t>181069750</w:t>
            </w:r>
          </w:p>
        </w:tc>
        <w:tc>
          <w:tcPr>
            <w:tcW w:w="1134" w:type="dxa"/>
            <w:shd w:val="clear" w:color="auto" w:fill="F3F6F8"/>
            <w:vAlign w:val="center"/>
          </w:tcPr>
          <w:p w14:paraId="5D60999D" w14:textId="77777777" w:rsidR="004F2747" w:rsidRPr="002C0058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sz w:val="20"/>
                <w:szCs w:val="20"/>
              </w:rPr>
              <w:t>61</w:t>
            </w:r>
          </w:p>
        </w:tc>
        <w:tc>
          <w:tcPr>
            <w:tcW w:w="2353" w:type="dxa"/>
            <w:shd w:val="clear" w:color="auto" w:fill="F3F6F8"/>
            <w:vAlign w:val="center"/>
          </w:tcPr>
          <w:p w14:paraId="5DF21545" w14:textId="77777777" w:rsidR="004F2747" w:rsidRPr="002C0058" w:rsidRDefault="00D41CD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>61</w:t>
            </w:r>
          </w:p>
        </w:tc>
        <w:tc>
          <w:tcPr>
            <w:tcW w:w="2353" w:type="dxa"/>
            <w:shd w:val="clear" w:color="auto" w:fill="F3F6F8"/>
            <w:vAlign w:val="center"/>
          </w:tcPr>
          <w:p w14:paraId="2B26CDDC" w14:textId="77777777" w:rsidR="004F2747" w:rsidRPr="002C0058" w:rsidRDefault="00D41CD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>61</w:t>
            </w:r>
          </w:p>
        </w:tc>
      </w:tr>
      <w:tr w:rsidR="004F2747" w:rsidRPr="002C0058" w14:paraId="25978397" w14:textId="77777777">
        <w:trPr>
          <w:cantSplit/>
        </w:trPr>
        <w:tc>
          <w:tcPr>
            <w:tcW w:w="2551" w:type="dxa"/>
            <w:vAlign w:val="center"/>
          </w:tcPr>
          <w:p w14:paraId="41854DEF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Školní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družina</w:t>
            </w:r>
            <w:proofErr w:type="spellEnd"/>
          </w:p>
        </w:tc>
        <w:tc>
          <w:tcPr>
            <w:tcW w:w="1474" w:type="dxa"/>
            <w:vAlign w:val="center"/>
          </w:tcPr>
          <w:p w14:paraId="320BAA2F" w14:textId="77777777" w:rsidR="004F2747" w:rsidRPr="002C0058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sz w:val="20"/>
                <w:szCs w:val="20"/>
              </w:rPr>
              <w:t>181068818</w:t>
            </w:r>
          </w:p>
        </w:tc>
        <w:tc>
          <w:tcPr>
            <w:tcW w:w="1134" w:type="dxa"/>
            <w:vAlign w:val="center"/>
          </w:tcPr>
          <w:p w14:paraId="048C972F" w14:textId="77777777" w:rsidR="004F2747" w:rsidRPr="002C0058" w:rsidRDefault="00D41CD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>61</w:t>
            </w:r>
          </w:p>
        </w:tc>
        <w:tc>
          <w:tcPr>
            <w:tcW w:w="2353" w:type="dxa"/>
            <w:vAlign w:val="center"/>
          </w:tcPr>
          <w:p w14:paraId="20908BD7" w14:textId="77777777" w:rsidR="004F2747" w:rsidRPr="002C0058" w:rsidRDefault="00D41CD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>61</w:t>
            </w:r>
          </w:p>
        </w:tc>
        <w:tc>
          <w:tcPr>
            <w:tcW w:w="2353" w:type="dxa"/>
            <w:vAlign w:val="center"/>
          </w:tcPr>
          <w:p w14:paraId="64517F8F" w14:textId="77777777" w:rsidR="004F2747" w:rsidRPr="002C0058" w:rsidRDefault="00D41CD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>61</w:t>
            </w:r>
          </w:p>
        </w:tc>
      </w:tr>
      <w:tr w:rsidR="004F2747" w:rsidRPr="002C0058" w14:paraId="7527092B" w14:textId="77777777">
        <w:trPr>
          <w:cantSplit/>
        </w:trPr>
        <w:tc>
          <w:tcPr>
            <w:tcW w:w="2551" w:type="dxa"/>
            <w:shd w:val="clear" w:color="auto" w:fill="F3F6F8"/>
            <w:vAlign w:val="center"/>
          </w:tcPr>
          <w:p w14:paraId="40A00E40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Školní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jídelna-výdejna</w:t>
            </w:r>
            <w:proofErr w:type="spellEnd"/>
          </w:p>
        </w:tc>
        <w:tc>
          <w:tcPr>
            <w:tcW w:w="1474" w:type="dxa"/>
            <w:shd w:val="clear" w:color="auto" w:fill="F3F6F8"/>
            <w:vAlign w:val="center"/>
          </w:tcPr>
          <w:p w14:paraId="574F7149" w14:textId="77777777" w:rsidR="004F2747" w:rsidRPr="002C0058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sz w:val="20"/>
                <w:szCs w:val="20"/>
              </w:rPr>
              <w:t>181037491</w:t>
            </w:r>
          </w:p>
        </w:tc>
        <w:tc>
          <w:tcPr>
            <w:tcW w:w="1134" w:type="dxa"/>
            <w:shd w:val="clear" w:color="auto" w:fill="F3F6F8"/>
            <w:vAlign w:val="center"/>
          </w:tcPr>
          <w:p w14:paraId="1DB9D4AA" w14:textId="77777777" w:rsidR="004F2747" w:rsidRPr="002C0058" w:rsidRDefault="00D41CD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>97</w:t>
            </w:r>
          </w:p>
        </w:tc>
        <w:tc>
          <w:tcPr>
            <w:tcW w:w="2353" w:type="dxa"/>
            <w:shd w:val="clear" w:color="auto" w:fill="F3F6F8"/>
            <w:vAlign w:val="center"/>
          </w:tcPr>
          <w:p w14:paraId="7D203ABF" w14:textId="77777777" w:rsidR="004F2747" w:rsidRPr="002C0058" w:rsidRDefault="00D41CD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>97</w:t>
            </w:r>
          </w:p>
        </w:tc>
        <w:tc>
          <w:tcPr>
            <w:tcW w:w="2353" w:type="dxa"/>
            <w:shd w:val="clear" w:color="auto" w:fill="F3F6F8"/>
            <w:vAlign w:val="center"/>
          </w:tcPr>
          <w:p w14:paraId="587AAC0B" w14:textId="77777777" w:rsidR="004F2747" w:rsidRPr="002C0058" w:rsidRDefault="00D41CD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>97</w:t>
            </w:r>
          </w:p>
        </w:tc>
      </w:tr>
    </w:tbl>
    <w:p w14:paraId="7597BB64" w14:textId="77777777" w:rsidR="004F2747" w:rsidRPr="002C0058" w:rsidRDefault="004F2747">
      <w:pPr>
        <w:spacing w:after="20"/>
        <w:rPr>
          <w:rFonts w:cs="Arial"/>
          <w:sz w:val="20"/>
          <w:szCs w:val="20"/>
        </w:rPr>
      </w:pPr>
    </w:p>
    <w:p w14:paraId="58FCE66F" w14:textId="77777777" w:rsidR="004F2747" w:rsidRPr="002C0058" w:rsidRDefault="00B25EFB" w:rsidP="0054397A">
      <w:pPr>
        <w:pStyle w:val="Nadpis2"/>
        <w:rPr>
          <w:rFonts w:ascii="Arial" w:hAnsi="Arial" w:cs="Arial"/>
          <w:sz w:val="20"/>
          <w:szCs w:val="20"/>
        </w:rPr>
      </w:pPr>
      <w:proofErr w:type="spellStart"/>
      <w:r w:rsidRPr="002C0058">
        <w:rPr>
          <w:rFonts w:ascii="Arial" w:hAnsi="Arial" w:cs="Arial"/>
          <w:sz w:val="20"/>
          <w:szCs w:val="20"/>
        </w:rPr>
        <w:t>Vedení</w:t>
      </w:r>
      <w:proofErr w:type="spellEnd"/>
      <w:r w:rsidRPr="002C005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0058">
        <w:rPr>
          <w:rFonts w:ascii="Arial" w:hAnsi="Arial" w:cs="Arial"/>
          <w:sz w:val="20"/>
          <w:szCs w:val="20"/>
        </w:rPr>
        <w:t>školy</w:t>
      </w:r>
      <w:proofErr w:type="spellEnd"/>
      <w:r w:rsidRPr="002C0058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2C0058">
        <w:rPr>
          <w:rFonts w:ascii="Arial" w:hAnsi="Arial" w:cs="Arial"/>
          <w:sz w:val="20"/>
          <w:szCs w:val="20"/>
        </w:rPr>
        <w:t>poradenské</w:t>
      </w:r>
      <w:proofErr w:type="spellEnd"/>
      <w:r w:rsidRPr="002C0058">
        <w:rPr>
          <w:rFonts w:ascii="Arial" w:hAnsi="Arial" w:cs="Arial"/>
          <w:sz w:val="20"/>
          <w:szCs w:val="20"/>
        </w:rPr>
        <w:t>/</w:t>
      </w:r>
      <w:proofErr w:type="spellStart"/>
      <w:r w:rsidRPr="002C0058">
        <w:rPr>
          <w:rFonts w:ascii="Arial" w:hAnsi="Arial" w:cs="Arial"/>
          <w:sz w:val="20"/>
          <w:szCs w:val="20"/>
        </w:rPr>
        <w:t>specializované</w:t>
      </w:r>
      <w:proofErr w:type="spellEnd"/>
      <w:r w:rsidRPr="002C005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0058">
        <w:rPr>
          <w:rFonts w:ascii="Arial" w:hAnsi="Arial" w:cs="Arial"/>
          <w:sz w:val="20"/>
          <w:szCs w:val="20"/>
        </w:rPr>
        <w:t>funkce</w:t>
      </w:r>
      <w:proofErr w:type="spellEnd"/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835"/>
        <w:gridCol w:w="4195"/>
      </w:tblGrid>
      <w:tr w:rsidR="004F2747" w:rsidRPr="002C0058" w14:paraId="3F2D2B95" w14:textId="77777777">
        <w:trPr>
          <w:cantSplit/>
          <w:tblHeader/>
        </w:trPr>
        <w:tc>
          <w:tcPr>
            <w:tcW w:w="283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9211AF2" w14:textId="77777777" w:rsidR="004F2747" w:rsidRPr="002C005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color w:val="FFFFFF"/>
                <w:sz w:val="20"/>
                <w:szCs w:val="20"/>
              </w:rPr>
              <w:t>Funkce</w:t>
            </w:r>
            <w:proofErr w:type="spellEnd"/>
          </w:p>
        </w:tc>
        <w:tc>
          <w:tcPr>
            <w:tcW w:w="283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613A1F7" w14:textId="77777777" w:rsidR="004F2747" w:rsidRPr="002C005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color w:val="FFFFFF"/>
                <w:sz w:val="20"/>
                <w:szCs w:val="20"/>
              </w:rPr>
              <w:t>Jméno</w:t>
            </w:r>
            <w:proofErr w:type="spellEnd"/>
          </w:p>
        </w:tc>
        <w:tc>
          <w:tcPr>
            <w:tcW w:w="419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A393182" w14:textId="77777777" w:rsidR="004F2747" w:rsidRPr="002C005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color w:val="FFFFFF"/>
                <w:sz w:val="20"/>
                <w:szCs w:val="20"/>
              </w:rPr>
              <w:t>Poznámka</w:t>
            </w:r>
            <w:proofErr w:type="spellEnd"/>
          </w:p>
        </w:tc>
      </w:tr>
      <w:tr w:rsidR="004F2747" w:rsidRPr="002C0058" w14:paraId="094CCD71" w14:textId="77777777">
        <w:trPr>
          <w:cantSplit/>
        </w:trPr>
        <w:tc>
          <w:tcPr>
            <w:tcW w:w="2835" w:type="dxa"/>
            <w:vAlign w:val="center"/>
          </w:tcPr>
          <w:p w14:paraId="42EDC76C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Ředitelka </w:t>
            </w: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školy</w:t>
            </w:r>
            <w:proofErr w:type="spellEnd"/>
          </w:p>
        </w:tc>
        <w:tc>
          <w:tcPr>
            <w:tcW w:w="2835" w:type="dxa"/>
            <w:vAlign w:val="center"/>
          </w:tcPr>
          <w:p w14:paraId="37086156" w14:textId="77777777" w:rsidR="004F2747" w:rsidRPr="002C005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eastAsia="Arial" w:cs="Arial"/>
                <w:sz w:val="20"/>
                <w:szCs w:val="20"/>
              </w:rPr>
              <w:t>Mgr. Lenka Sosnovcová</w:t>
            </w:r>
          </w:p>
        </w:tc>
        <w:tc>
          <w:tcPr>
            <w:tcW w:w="4195" w:type="dxa"/>
            <w:vAlign w:val="center"/>
          </w:tcPr>
          <w:p w14:paraId="578AF7AF" w14:textId="77777777" w:rsidR="004F2747" w:rsidRPr="002C0058" w:rsidRDefault="004F274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</w:p>
        </w:tc>
      </w:tr>
      <w:tr w:rsidR="004F2747" w:rsidRPr="002C0058" w14:paraId="3B2A8971" w14:textId="77777777">
        <w:trPr>
          <w:cantSplit/>
        </w:trPr>
        <w:tc>
          <w:tcPr>
            <w:tcW w:w="2835" w:type="dxa"/>
            <w:shd w:val="clear" w:color="auto" w:fill="F3F6F8"/>
            <w:vAlign w:val="center"/>
          </w:tcPr>
          <w:p w14:paraId="62722BDC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Zástupce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ředitelky</w:t>
            </w:r>
            <w:proofErr w:type="spellEnd"/>
          </w:p>
        </w:tc>
        <w:tc>
          <w:tcPr>
            <w:tcW w:w="2835" w:type="dxa"/>
            <w:shd w:val="clear" w:color="auto" w:fill="F3F6F8"/>
            <w:vAlign w:val="center"/>
          </w:tcPr>
          <w:p w14:paraId="51097F85" w14:textId="77777777" w:rsidR="004F2747" w:rsidRPr="002C0058" w:rsidRDefault="000A2E04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>Mgr. Jan Kučera</w:t>
            </w:r>
          </w:p>
        </w:tc>
        <w:tc>
          <w:tcPr>
            <w:tcW w:w="4195" w:type="dxa"/>
            <w:shd w:val="clear" w:color="auto" w:fill="F3F6F8"/>
            <w:vAlign w:val="center"/>
          </w:tcPr>
          <w:p w14:paraId="746E0108" w14:textId="77777777" w:rsidR="004F2747" w:rsidRPr="002C0058" w:rsidRDefault="000A2E04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2C0058">
              <w:rPr>
                <w:rFonts w:cs="Arial"/>
                <w:sz w:val="20"/>
                <w:szCs w:val="20"/>
              </w:rPr>
              <w:t>Zástpce</w:t>
            </w:r>
            <w:proofErr w:type="spellEnd"/>
            <w:r w:rsidRPr="002C0058">
              <w:rPr>
                <w:rFonts w:cs="Arial"/>
                <w:sz w:val="20"/>
                <w:szCs w:val="20"/>
              </w:rPr>
              <w:t xml:space="preserve"> pro ZŠ</w:t>
            </w:r>
          </w:p>
        </w:tc>
      </w:tr>
      <w:tr w:rsidR="000A2E04" w:rsidRPr="002C0058" w14:paraId="783CFA32" w14:textId="77777777">
        <w:trPr>
          <w:cantSplit/>
        </w:trPr>
        <w:tc>
          <w:tcPr>
            <w:tcW w:w="2835" w:type="dxa"/>
            <w:shd w:val="clear" w:color="auto" w:fill="F3F6F8"/>
            <w:vAlign w:val="center"/>
          </w:tcPr>
          <w:p w14:paraId="69E77F80" w14:textId="77777777" w:rsidR="000A2E04" w:rsidRPr="002C0058" w:rsidRDefault="000A2E04">
            <w:pPr>
              <w:spacing w:after="0" w:line="252" w:lineRule="auto"/>
              <w:rPr>
                <w:rFonts w:eastAsia="Arial"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Zástupkyně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ředitelky</w:t>
            </w:r>
            <w:proofErr w:type="spellEnd"/>
          </w:p>
        </w:tc>
        <w:tc>
          <w:tcPr>
            <w:tcW w:w="2835" w:type="dxa"/>
            <w:shd w:val="clear" w:color="auto" w:fill="F3F6F8"/>
            <w:vAlign w:val="center"/>
          </w:tcPr>
          <w:p w14:paraId="71134E54" w14:textId="77777777" w:rsidR="000A2E04" w:rsidRPr="002C0058" w:rsidRDefault="000A2E04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 xml:space="preserve">Pavla </w:t>
            </w:r>
            <w:proofErr w:type="spellStart"/>
            <w:r w:rsidRPr="002C0058">
              <w:rPr>
                <w:rFonts w:cs="Arial"/>
                <w:sz w:val="20"/>
                <w:szCs w:val="20"/>
              </w:rPr>
              <w:t>Betkowská</w:t>
            </w:r>
            <w:proofErr w:type="spellEnd"/>
          </w:p>
        </w:tc>
        <w:tc>
          <w:tcPr>
            <w:tcW w:w="4195" w:type="dxa"/>
            <w:shd w:val="clear" w:color="auto" w:fill="F3F6F8"/>
            <w:vAlign w:val="center"/>
          </w:tcPr>
          <w:p w14:paraId="0CB0DDE3" w14:textId="77777777" w:rsidR="000A2E04" w:rsidRPr="002C0058" w:rsidRDefault="000A2E04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2C0058">
              <w:rPr>
                <w:rFonts w:cs="Arial"/>
                <w:sz w:val="20"/>
                <w:szCs w:val="20"/>
              </w:rPr>
              <w:t>Zástupkyně</w:t>
            </w:r>
            <w:proofErr w:type="spellEnd"/>
            <w:r w:rsidRPr="002C0058">
              <w:rPr>
                <w:rFonts w:cs="Arial"/>
                <w:sz w:val="20"/>
                <w:szCs w:val="20"/>
              </w:rPr>
              <w:t xml:space="preserve"> pro MŠ</w:t>
            </w:r>
          </w:p>
        </w:tc>
      </w:tr>
      <w:tr w:rsidR="004F2747" w:rsidRPr="002C0058" w14:paraId="2F975365" w14:textId="77777777">
        <w:trPr>
          <w:cantSplit/>
        </w:trPr>
        <w:tc>
          <w:tcPr>
            <w:tcW w:w="2835" w:type="dxa"/>
            <w:vAlign w:val="center"/>
          </w:tcPr>
          <w:p w14:paraId="56573ADC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Vedoucí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učitelka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MŠ</w:t>
            </w:r>
          </w:p>
        </w:tc>
        <w:tc>
          <w:tcPr>
            <w:tcW w:w="2835" w:type="dxa"/>
            <w:vAlign w:val="center"/>
          </w:tcPr>
          <w:p w14:paraId="6B79FCEF" w14:textId="77777777" w:rsidR="004F2747" w:rsidRPr="002C0058" w:rsidRDefault="000A2E04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>Barbora Andrlová</w:t>
            </w:r>
          </w:p>
        </w:tc>
        <w:tc>
          <w:tcPr>
            <w:tcW w:w="4195" w:type="dxa"/>
            <w:vAlign w:val="center"/>
          </w:tcPr>
          <w:p w14:paraId="41E9560F" w14:textId="77777777" w:rsidR="004F2747" w:rsidRPr="002C0058" w:rsidRDefault="004F274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</w:p>
        </w:tc>
      </w:tr>
      <w:tr w:rsidR="004F2747" w:rsidRPr="002C0058" w14:paraId="049598EE" w14:textId="77777777">
        <w:trPr>
          <w:cantSplit/>
        </w:trPr>
        <w:tc>
          <w:tcPr>
            <w:tcW w:w="2835" w:type="dxa"/>
            <w:shd w:val="clear" w:color="auto" w:fill="F3F6F8"/>
            <w:vAlign w:val="center"/>
          </w:tcPr>
          <w:p w14:paraId="5B670A47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Vedoucí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vychovatelka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ŠD</w:t>
            </w:r>
          </w:p>
        </w:tc>
        <w:tc>
          <w:tcPr>
            <w:tcW w:w="2835" w:type="dxa"/>
            <w:shd w:val="clear" w:color="auto" w:fill="F3F6F8"/>
            <w:vAlign w:val="center"/>
          </w:tcPr>
          <w:p w14:paraId="1B0235AA" w14:textId="77777777" w:rsidR="004F2747" w:rsidRPr="002C0058" w:rsidRDefault="000A2E04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>Helena Šrámková</w:t>
            </w:r>
          </w:p>
        </w:tc>
        <w:tc>
          <w:tcPr>
            <w:tcW w:w="4195" w:type="dxa"/>
            <w:shd w:val="clear" w:color="auto" w:fill="F3F6F8"/>
            <w:vAlign w:val="center"/>
          </w:tcPr>
          <w:p w14:paraId="3ED17581" w14:textId="77777777" w:rsidR="004F2747" w:rsidRPr="002C0058" w:rsidRDefault="004F274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</w:p>
        </w:tc>
      </w:tr>
      <w:tr w:rsidR="004F2747" w:rsidRPr="002C0058" w14:paraId="69BD4C58" w14:textId="77777777">
        <w:trPr>
          <w:cantSplit/>
        </w:trPr>
        <w:tc>
          <w:tcPr>
            <w:tcW w:w="2835" w:type="dxa"/>
            <w:vAlign w:val="center"/>
          </w:tcPr>
          <w:p w14:paraId="7A188560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Výchovná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poradkyně</w:t>
            </w:r>
            <w:proofErr w:type="spellEnd"/>
          </w:p>
        </w:tc>
        <w:tc>
          <w:tcPr>
            <w:tcW w:w="2835" w:type="dxa"/>
            <w:vAlign w:val="center"/>
          </w:tcPr>
          <w:p w14:paraId="19C1A671" w14:textId="77777777" w:rsidR="004F2747" w:rsidRPr="002C0058" w:rsidRDefault="000A2E04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>Mgr. Lenka Sosnovcová</w:t>
            </w:r>
          </w:p>
        </w:tc>
        <w:tc>
          <w:tcPr>
            <w:tcW w:w="4195" w:type="dxa"/>
            <w:vAlign w:val="center"/>
          </w:tcPr>
          <w:p w14:paraId="351B0C8D" w14:textId="77777777" w:rsidR="004F2747" w:rsidRPr="002C0058" w:rsidRDefault="004F274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</w:p>
        </w:tc>
      </w:tr>
      <w:tr w:rsidR="004F2747" w:rsidRPr="002C0058" w14:paraId="581784FE" w14:textId="77777777">
        <w:trPr>
          <w:cantSplit/>
        </w:trPr>
        <w:tc>
          <w:tcPr>
            <w:tcW w:w="2835" w:type="dxa"/>
            <w:shd w:val="clear" w:color="auto" w:fill="F3F6F8"/>
            <w:vAlign w:val="center"/>
          </w:tcPr>
          <w:p w14:paraId="1E26C4FB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Školní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metodik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prevence</w:t>
            </w:r>
            <w:proofErr w:type="spellEnd"/>
          </w:p>
        </w:tc>
        <w:tc>
          <w:tcPr>
            <w:tcW w:w="2835" w:type="dxa"/>
            <w:shd w:val="clear" w:color="auto" w:fill="F3F6F8"/>
            <w:vAlign w:val="center"/>
          </w:tcPr>
          <w:p w14:paraId="505F9212" w14:textId="77777777" w:rsidR="004F2747" w:rsidRPr="002C0058" w:rsidRDefault="000A2E04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>Mgr. Lenka Sosnovcová</w:t>
            </w:r>
          </w:p>
        </w:tc>
        <w:tc>
          <w:tcPr>
            <w:tcW w:w="4195" w:type="dxa"/>
            <w:shd w:val="clear" w:color="auto" w:fill="F3F6F8"/>
            <w:vAlign w:val="center"/>
          </w:tcPr>
          <w:p w14:paraId="7D73A1EA" w14:textId="77777777" w:rsidR="004F2747" w:rsidRPr="002C0058" w:rsidRDefault="004F274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</w:p>
        </w:tc>
      </w:tr>
      <w:tr w:rsidR="004F2747" w:rsidRPr="002C0058" w14:paraId="483FA866" w14:textId="77777777">
        <w:trPr>
          <w:cantSplit/>
        </w:trPr>
        <w:tc>
          <w:tcPr>
            <w:tcW w:w="2835" w:type="dxa"/>
            <w:vAlign w:val="center"/>
          </w:tcPr>
          <w:p w14:paraId="1955EF33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Koordinátor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EVVO</w:t>
            </w:r>
          </w:p>
        </w:tc>
        <w:tc>
          <w:tcPr>
            <w:tcW w:w="2835" w:type="dxa"/>
            <w:vAlign w:val="center"/>
          </w:tcPr>
          <w:p w14:paraId="10C632B9" w14:textId="77777777" w:rsidR="004F2747" w:rsidRPr="002C0058" w:rsidRDefault="000A2E04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2C0058">
              <w:rPr>
                <w:rFonts w:cs="Arial"/>
                <w:sz w:val="20"/>
                <w:szCs w:val="20"/>
              </w:rPr>
              <w:t>Bc</w:t>
            </w:r>
            <w:proofErr w:type="spellEnd"/>
            <w:r w:rsidRPr="002C0058">
              <w:rPr>
                <w:rFonts w:cs="Arial"/>
                <w:sz w:val="20"/>
                <w:szCs w:val="20"/>
              </w:rPr>
              <w:t>. Tereza Andrlová</w:t>
            </w:r>
          </w:p>
        </w:tc>
        <w:tc>
          <w:tcPr>
            <w:tcW w:w="4195" w:type="dxa"/>
            <w:vAlign w:val="center"/>
          </w:tcPr>
          <w:p w14:paraId="1E94A9B8" w14:textId="77777777" w:rsidR="004F2747" w:rsidRPr="002C0058" w:rsidRDefault="004F274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</w:p>
        </w:tc>
      </w:tr>
      <w:tr w:rsidR="004F2747" w:rsidRPr="002C0058" w14:paraId="7AFC5B40" w14:textId="77777777">
        <w:trPr>
          <w:cantSplit/>
        </w:trPr>
        <w:tc>
          <w:tcPr>
            <w:tcW w:w="2835" w:type="dxa"/>
            <w:shd w:val="clear" w:color="auto" w:fill="F3F6F8"/>
            <w:vAlign w:val="center"/>
          </w:tcPr>
          <w:p w14:paraId="4D2C1F81" w14:textId="77777777" w:rsidR="004F2747" w:rsidRPr="002C0058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>Koordinátor</w:t>
            </w:r>
            <w:proofErr w:type="spellEnd"/>
            <w:r w:rsidRPr="002C0058">
              <w:rPr>
                <w:rFonts w:eastAsia="Arial" w:cs="Arial"/>
                <w:b/>
                <w:bCs/>
                <w:sz w:val="20"/>
                <w:szCs w:val="20"/>
              </w:rPr>
              <w:t xml:space="preserve"> ICT</w:t>
            </w:r>
          </w:p>
        </w:tc>
        <w:tc>
          <w:tcPr>
            <w:tcW w:w="2835" w:type="dxa"/>
            <w:shd w:val="clear" w:color="auto" w:fill="F3F6F8"/>
            <w:vAlign w:val="center"/>
          </w:tcPr>
          <w:p w14:paraId="30C17886" w14:textId="77777777" w:rsidR="004F2747" w:rsidRPr="002C0058" w:rsidRDefault="000A2E04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2C0058">
              <w:rPr>
                <w:rFonts w:cs="Arial"/>
                <w:sz w:val="20"/>
                <w:szCs w:val="20"/>
              </w:rPr>
              <w:t>Michal Špringel</w:t>
            </w:r>
          </w:p>
        </w:tc>
        <w:tc>
          <w:tcPr>
            <w:tcW w:w="4195" w:type="dxa"/>
            <w:shd w:val="clear" w:color="auto" w:fill="F3F6F8"/>
            <w:vAlign w:val="center"/>
          </w:tcPr>
          <w:p w14:paraId="09396C4C" w14:textId="77777777" w:rsidR="004F2747" w:rsidRPr="002C0058" w:rsidRDefault="004F274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E459691" w14:textId="77777777" w:rsidR="004F2747" w:rsidRPr="002C0058" w:rsidRDefault="004F2747">
      <w:pPr>
        <w:spacing w:after="20"/>
        <w:rPr>
          <w:rFonts w:cs="Arial"/>
          <w:sz w:val="20"/>
          <w:szCs w:val="20"/>
        </w:rPr>
      </w:pPr>
    </w:p>
    <w:p w14:paraId="0EAE1D4F" w14:textId="77777777" w:rsidR="004F2747" w:rsidRPr="0082231F" w:rsidRDefault="00B25EFB" w:rsidP="0054397A">
      <w:pPr>
        <w:pStyle w:val="Nadpis2"/>
        <w:rPr>
          <w:rFonts w:ascii="Arial" w:hAnsi="Arial" w:cs="Arial"/>
          <w:sz w:val="20"/>
          <w:szCs w:val="20"/>
        </w:rPr>
      </w:pPr>
      <w:proofErr w:type="spellStart"/>
      <w:r w:rsidRPr="0082231F">
        <w:rPr>
          <w:rFonts w:ascii="Arial" w:hAnsi="Arial" w:cs="Arial"/>
          <w:sz w:val="20"/>
          <w:szCs w:val="20"/>
        </w:rPr>
        <w:lastRenderedPageBreak/>
        <w:t>Školská</w:t>
      </w:r>
      <w:proofErr w:type="spellEnd"/>
      <w:r w:rsidRPr="0082231F">
        <w:rPr>
          <w:rFonts w:ascii="Arial" w:hAnsi="Arial" w:cs="Arial"/>
          <w:sz w:val="20"/>
          <w:szCs w:val="20"/>
        </w:rPr>
        <w:t xml:space="preserve"> rada </w:t>
      </w:r>
      <w:proofErr w:type="spellStart"/>
      <w:r w:rsidRPr="0082231F">
        <w:rPr>
          <w:rFonts w:ascii="Arial" w:hAnsi="Arial" w:cs="Arial"/>
          <w:sz w:val="20"/>
          <w:szCs w:val="20"/>
        </w:rPr>
        <w:t>při</w:t>
      </w:r>
      <w:proofErr w:type="spellEnd"/>
      <w:r w:rsidRPr="0082231F">
        <w:rPr>
          <w:rFonts w:ascii="Arial" w:hAnsi="Arial" w:cs="Arial"/>
          <w:sz w:val="20"/>
          <w:szCs w:val="20"/>
        </w:rPr>
        <w:t xml:space="preserve"> ZŠ NEMO</w:t>
      </w:r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835"/>
        <w:gridCol w:w="3061"/>
      </w:tblGrid>
      <w:tr w:rsidR="004F2747" w:rsidRPr="0082231F" w14:paraId="52DDAD99" w14:textId="77777777">
        <w:trPr>
          <w:cantSplit/>
          <w:tblHeader/>
        </w:trPr>
        <w:tc>
          <w:tcPr>
            <w:tcW w:w="3969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8A71100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Zastoupení</w:t>
            </w:r>
            <w:proofErr w:type="spellEnd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/</w:t>
            </w: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funkce</w:t>
            </w:r>
            <w:proofErr w:type="spellEnd"/>
          </w:p>
        </w:tc>
        <w:tc>
          <w:tcPr>
            <w:tcW w:w="283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C441AC5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Jméno</w:t>
            </w:r>
            <w:proofErr w:type="spellEnd"/>
          </w:p>
        </w:tc>
        <w:tc>
          <w:tcPr>
            <w:tcW w:w="306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BC3D560" w14:textId="77777777" w:rsidR="004F2747" w:rsidRPr="0082231F" w:rsidRDefault="0042670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Funkční</w:t>
            </w:r>
            <w:proofErr w:type="spellEnd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období</w:t>
            </w:r>
            <w:proofErr w:type="spellEnd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je 3 </w:t>
            </w: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roky</w:t>
            </w:r>
            <w:proofErr w:type="spellEnd"/>
          </w:p>
        </w:tc>
      </w:tr>
      <w:tr w:rsidR="004F2747" w:rsidRPr="0082231F" w14:paraId="2C955C88" w14:textId="77777777">
        <w:trPr>
          <w:cantSplit/>
        </w:trPr>
        <w:tc>
          <w:tcPr>
            <w:tcW w:w="3969" w:type="dxa"/>
            <w:vAlign w:val="center"/>
          </w:tcPr>
          <w:p w14:paraId="1D59ABD0" w14:textId="77777777" w:rsidR="004F2747" w:rsidRPr="0082231F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Zástupce</w:t>
            </w:r>
            <w:proofErr w:type="spellEnd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pedagogických</w:t>
            </w:r>
            <w:proofErr w:type="spellEnd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pracovníků</w:t>
            </w:r>
            <w:proofErr w:type="spellEnd"/>
          </w:p>
        </w:tc>
        <w:tc>
          <w:tcPr>
            <w:tcW w:w="2835" w:type="dxa"/>
            <w:vAlign w:val="center"/>
          </w:tcPr>
          <w:p w14:paraId="14210D40" w14:textId="77777777" w:rsidR="004F2747" w:rsidRPr="0082231F" w:rsidRDefault="0042670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Jan Kučera</w:t>
            </w:r>
          </w:p>
        </w:tc>
        <w:tc>
          <w:tcPr>
            <w:tcW w:w="3061" w:type="dxa"/>
            <w:vAlign w:val="center"/>
          </w:tcPr>
          <w:p w14:paraId="53061D0D" w14:textId="77777777" w:rsidR="004F2747" w:rsidRPr="0082231F" w:rsidRDefault="0042670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Od 2.9.2024</w:t>
            </w:r>
          </w:p>
        </w:tc>
      </w:tr>
      <w:tr w:rsidR="004F2747" w:rsidRPr="0082231F" w14:paraId="7E201651" w14:textId="77777777">
        <w:trPr>
          <w:cantSplit/>
        </w:trPr>
        <w:tc>
          <w:tcPr>
            <w:tcW w:w="3969" w:type="dxa"/>
            <w:shd w:val="clear" w:color="auto" w:fill="F3F6F8"/>
            <w:vAlign w:val="center"/>
          </w:tcPr>
          <w:p w14:paraId="790B9AF4" w14:textId="77777777" w:rsidR="004F2747" w:rsidRPr="0082231F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Zástupce</w:t>
            </w:r>
            <w:proofErr w:type="spellEnd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zřizovatele</w:t>
            </w:r>
            <w:proofErr w:type="spellEnd"/>
          </w:p>
        </w:tc>
        <w:tc>
          <w:tcPr>
            <w:tcW w:w="2835" w:type="dxa"/>
            <w:shd w:val="clear" w:color="auto" w:fill="F3F6F8"/>
            <w:vAlign w:val="center"/>
          </w:tcPr>
          <w:p w14:paraId="4D4482C4" w14:textId="77777777" w:rsidR="004F2747" w:rsidRPr="0082231F" w:rsidRDefault="0042670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 xml:space="preserve">Pavla </w:t>
            </w:r>
            <w:proofErr w:type="spellStart"/>
            <w:r w:rsidRPr="0082231F">
              <w:rPr>
                <w:rFonts w:cs="Arial"/>
                <w:sz w:val="20"/>
                <w:szCs w:val="20"/>
              </w:rPr>
              <w:t>Betkowská</w:t>
            </w:r>
            <w:proofErr w:type="spellEnd"/>
          </w:p>
        </w:tc>
        <w:tc>
          <w:tcPr>
            <w:tcW w:w="3061" w:type="dxa"/>
            <w:shd w:val="clear" w:color="auto" w:fill="F3F6F8"/>
            <w:vAlign w:val="center"/>
          </w:tcPr>
          <w:p w14:paraId="58598A6B" w14:textId="77777777" w:rsidR="004F2747" w:rsidRPr="0082231F" w:rsidRDefault="0042670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Od 2.9.2024</w:t>
            </w:r>
          </w:p>
        </w:tc>
      </w:tr>
      <w:tr w:rsidR="004F2747" w:rsidRPr="0082231F" w14:paraId="00097EE5" w14:textId="77777777">
        <w:trPr>
          <w:cantSplit/>
        </w:trPr>
        <w:tc>
          <w:tcPr>
            <w:tcW w:w="3969" w:type="dxa"/>
            <w:vAlign w:val="center"/>
          </w:tcPr>
          <w:p w14:paraId="30050D66" w14:textId="77777777" w:rsidR="004F2747" w:rsidRPr="0082231F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Zástupce</w:t>
            </w:r>
            <w:proofErr w:type="spellEnd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zákonných</w:t>
            </w:r>
            <w:proofErr w:type="spellEnd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zástupců</w:t>
            </w:r>
            <w:proofErr w:type="spellEnd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žáků</w:t>
            </w:r>
            <w:proofErr w:type="spellEnd"/>
          </w:p>
        </w:tc>
        <w:tc>
          <w:tcPr>
            <w:tcW w:w="2835" w:type="dxa"/>
            <w:vAlign w:val="center"/>
          </w:tcPr>
          <w:p w14:paraId="4CDFD227" w14:textId="77777777" w:rsidR="004F2747" w:rsidRPr="0082231F" w:rsidRDefault="0042670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Hana Rubášová</w:t>
            </w:r>
          </w:p>
        </w:tc>
        <w:tc>
          <w:tcPr>
            <w:tcW w:w="3061" w:type="dxa"/>
            <w:vAlign w:val="center"/>
          </w:tcPr>
          <w:p w14:paraId="418E02AD" w14:textId="77777777" w:rsidR="004F2747" w:rsidRPr="0082231F" w:rsidRDefault="0042670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Od 2.9.2024</w:t>
            </w:r>
          </w:p>
        </w:tc>
      </w:tr>
      <w:tr w:rsidR="004F2747" w:rsidRPr="0082231F" w14:paraId="4BD4DE04" w14:textId="77777777">
        <w:trPr>
          <w:cantSplit/>
        </w:trPr>
        <w:tc>
          <w:tcPr>
            <w:tcW w:w="3969" w:type="dxa"/>
            <w:shd w:val="clear" w:color="auto" w:fill="F3F6F8"/>
            <w:vAlign w:val="center"/>
          </w:tcPr>
          <w:p w14:paraId="0755B4B8" w14:textId="77777777" w:rsidR="004F2747" w:rsidRPr="0082231F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Předseda</w:t>
            </w:r>
            <w:proofErr w:type="spellEnd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/</w:t>
            </w: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předsedkyně</w:t>
            </w:r>
            <w:proofErr w:type="spellEnd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školské</w:t>
            </w:r>
            <w:proofErr w:type="spellEnd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rady</w:t>
            </w:r>
            <w:proofErr w:type="spellEnd"/>
          </w:p>
        </w:tc>
        <w:tc>
          <w:tcPr>
            <w:tcW w:w="2835" w:type="dxa"/>
            <w:shd w:val="clear" w:color="auto" w:fill="F3F6F8"/>
            <w:vAlign w:val="center"/>
          </w:tcPr>
          <w:p w14:paraId="7E0299AF" w14:textId="77777777" w:rsidR="004F2747" w:rsidRPr="0082231F" w:rsidRDefault="0042670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Jan Kučera</w:t>
            </w:r>
          </w:p>
        </w:tc>
        <w:tc>
          <w:tcPr>
            <w:tcW w:w="3061" w:type="dxa"/>
            <w:shd w:val="clear" w:color="auto" w:fill="F3F6F8"/>
            <w:vAlign w:val="center"/>
          </w:tcPr>
          <w:p w14:paraId="44CEC7D4" w14:textId="77777777" w:rsidR="004F2747" w:rsidRPr="0082231F" w:rsidRDefault="0042670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Od 2.9.2024</w:t>
            </w:r>
          </w:p>
        </w:tc>
      </w:tr>
    </w:tbl>
    <w:p w14:paraId="40561CAA" w14:textId="77777777" w:rsidR="004F2747" w:rsidRPr="0082231F" w:rsidRDefault="004F2747">
      <w:pPr>
        <w:spacing w:after="20"/>
        <w:rPr>
          <w:rFonts w:cs="Arial"/>
          <w:sz w:val="20"/>
          <w:szCs w:val="20"/>
        </w:rPr>
      </w:pPr>
    </w:p>
    <w:p w14:paraId="42967E19" w14:textId="77777777" w:rsidR="004F2747" w:rsidRPr="0082231F" w:rsidRDefault="00B25EFB" w:rsidP="00DB5CA6">
      <w:pPr>
        <w:pStyle w:val="Nadpis2"/>
        <w:rPr>
          <w:rFonts w:ascii="Arial" w:hAnsi="Arial" w:cs="Arial"/>
          <w:sz w:val="20"/>
          <w:szCs w:val="20"/>
        </w:rPr>
      </w:pPr>
      <w:r w:rsidRPr="0082231F">
        <w:rPr>
          <w:rFonts w:ascii="Arial" w:hAnsi="Arial" w:cs="Arial"/>
          <w:sz w:val="20"/>
          <w:szCs w:val="20"/>
        </w:rPr>
        <w:t xml:space="preserve">Rada </w:t>
      </w:r>
      <w:proofErr w:type="spellStart"/>
      <w:r w:rsidRPr="0082231F">
        <w:rPr>
          <w:rFonts w:ascii="Arial" w:hAnsi="Arial" w:cs="Arial"/>
          <w:sz w:val="20"/>
          <w:szCs w:val="20"/>
        </w:rPr>
        <w:t>školské</w:t>
      </w:r>
      <w:proofErr w:type="spellEnd"/>
      <w:r w:rsidRPr="0082231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2231F">
        <w:rPr>
          <w:rFonts w:ascii="Arial" w:hAnsi="Arial" w:cs="Arial"/>
          <w:sz w:val="20"/>
          <w:szCs w:val="20"/>
        </w:rPr>
        <w:t>právnické</w:t>
      </w:r>
      <w:proofErr w:type="spellEnd"/>
      <w:r w:rsidRPr="0082231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2231F">
        <w:rPr>
          <w:rFonts w:ascii="Arial" w:hAnsi="Arial" w:cs="Arial"/>
          <w:sz w:val="20"/>
          <w:szCs w:val="20"/>
        </w:rPr>
        <w:t>osoby</w:t>
      </w:r>
      <w:proofErr w:type="spellEnd"/>
      <w:r w:rsidRPr="0082231F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82231F">
        <w:rPr>
          <w:rFonts w:ascii="Arial" w:hAnsi="Arial" w:cs="Arial"/>
          <w:sz w:val="20"/>
          <w:szCs w:val="20"/>
        </w:rPr>
        <w:t>informativně</w:t>
      </w:r>
      <w:proofErr w:type="spellEnd"/>
      <w:r w:rsidRPr="0082231F">
        <w:rPr>
          <w:rFonts w:ascii="Arial" w:hAnsi="Arial" w:cs="Arial"/>
          <w:sz w:val="20"/>
          <w:szCs w:val="20"/>
        </w:rPr>
        <w:t>)</w:t>
      </w:r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835"/>
        <w:gridCol w:w="4195"/>
      </w:tblGrid>
      <w:tr w:rsidR="004F2747" w:rsidRPr="0082231F" w14:paraId="1D98363B" w14:textId="77777777">
        <w:trPr>
          <w:cantSplit/>
          <w:tblHeader/>
        </w:trPr>
        <w:tc>
          <w:tcPr>
            <w:tcW w:w="283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27064D8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Funkce</w:t>
            </w:r>
            <w:proofErr w:type="spellEnd"/>
          </w:p>
        </w:tc>
        <w:tc>
          <w:tcPr>
            <w:tcW w:w="283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CD96B30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Jméno</w:t>
            </w:r>
            <w:proofErr w:type="spellEnd"/>
          </w:p>
        </w:tc>
        <w:tc>
          <w:tcPr>
            <w:tcW w:w="419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BF1FD88" w14:textId="77777777" w:rsidR="004F2747" w:rsidRPr="0082231F" w:rsidRDefault="0042670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cs="Arial"/>
                <w:color w:val="FFFFFF" w:themeColor="background1"/>
                <w:sz w:val="20"/>
                <w:szCs w:val="20"/>
              </w:rPr>
              <w:t>Funkční</w:t>
            </w:r>
            <w:proofErr w:type="spellEnd"/>
            <w:r w:rsidRPr="0082231F">
              <w:rPr>
                <w:rFonts w:cs="Arial"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cs="Arial"/>
                <w:color w:val="FFFFFF" w:themeColor="background1"/>
                <w:sz w:val="20"/>
                <w:szCs w:val="20"/>
              </w:rPr>
              <w:t>období</w:t>
            </w:r>
            <w:proofErr w:type="spellEnd"/>
            <w:r w:rsidRPr="0082231F">
              <w:rPr>
                <w:rFonts w:cs="Arial"/>
                <w:color w:val="FFFFFF" w:themeColor="background1"/>
                <w:sz w:val="20"/>
                <w:szCs w:val="20"/>
              </w:rPr>
              <w:t xml:space="preserve"> je 5 let</w:t>
            </w:r>
          </w:p>
        </w:tc>
      </w:tr>
      <w:tr w:rsidR="004F2747" w:rsidRPr="0082231F" w14:paraId="464C0790" w14:textId="77777777">
        <w:trPr>
          <w:cantSplit/>
        </w:trPr>
        <w:tc>
          <w:tcPr>
            <w:tcW w:w="2835" w:type="dxa"/>
            <w:vAlign w:val="center"/>
          </w:tcPr>
          <w:p w14:paraId="73653784" w14:textId="77777777" w:rsidR="004F2747" w:rsidRPr="0082231F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Předseda</w:t>
            </w:r>
            <w:proofErr w:type="spellEnd"/>
          </w:p>
        </w:tc>
        <w:tc>
          <w:tcPr>
            <w:tcW w:w="2835" w:type="dxa"/>
            <w:vAlign w:val="center"/>
          </w:tcPr>
          <w:p w14:paraId="0D0FCB1A" w14:textId="77777777" w:rsidR="004F2747" w:rsidRPr="0082231F" w:rsidRDefault="0042670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Michal Nešuta</w:t>
            </w:r>
          </w:p>
        </w:tc>
        <w:tc>
          <w:tcPr>
            <w:tcW w:w="4195" w:type="dxa"/>
            <w:vAlign w:val="center"/>
          </w:tcPr>
          <w:p w14:paraId="31EF5992" w14:textId="77777777" w:rsidR="004F2747" w:rsidRPr="0082231F" w:rsidRDefault="0042670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 xml:space="preserve">Od </w:t>
            </w:r>
            <w:r w:rsidR="003E3CBB" w:rsidRPr="0082231F">
              <w:rPr>
                <w:rFonts w:cs="Arial"/>
                <w:sz w:val="20"/>
                <w:szCs w:val="20"/>
              </w:rPr>
              <w:t>10.10.2022</w:t>
            </w:r>
          </w:p>
        </w:tc>
      </w:tr>
      <w:tr w:rsidR="004F2747" w:rsidRPr="0082231F" w14:paraId="43B92A2C" w14:textId="77777777">
        <w:trPr>
          <w:cantSplit/>
        </w:trPr>
        <w:tc>
          <w:tcPr>
            <w:tcW w:w="2835" w:type="dxa"/>
            <w:shd w:val="clear" w:color="auto" w:fill="F3F6F8"/>
            <w:vAlign w:val="center"/>
          </w:tcPr>
          <w:p w14:paraId="6DCAEAC3" w14:textId="77777777" w:rsidR="004F2747" w:rsidRPr="0082231F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Člen</w:t>
            </w:r>
            <w:proofErr w:type="spellEnd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/</w:t>
            </w: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členka</w:t>
            </w:r>
            <w:proofErr w:type="spellEnd"/>
          </w:p>
        </w:tc>
        <w:tc>
          <w:tcPr>
            <w:tcW w:w="2835" w:type="dxa"/>
            <w:shd w:val="clear" w:color="auto" w:fill="F3F6F8"/>
            <w:vAlign w:val="center"/>
          </w:tcPr>
          <w:p w14:paraId="1C9D37AC" w14:textId="77777777" w:rsidR="004F2747" w:rsidRPr="0082231F" w:rsidRDefault="0042670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cs="Arial"/>
                <w:sz w:val="20"/>
                <w:szCs w:val="20"/>
              </w:rPr>
              <w:t>Bc</w:t>
            </w:r>
            <w:proofErr w:type="spellEnd"/>
            <w:r w:rsidRPr="0082231F">
              <w:rPr>
                <w:rFonts w:cs="Arial"/>
                <w:sz w:val="20"/>
                <w:szCs w:val="20"/>
              </w:rPr>
              <w:t xml:space="preserve">. Barbora </w:t>
            </w:r>
            <w:proofErr w:type="spellStart"/>
            <w:r w:rsidRPr="0082231F">
              <w:rPr>
                <w:rFonts w:cs="Arial"/>
                <w:sz w:val="20"/>
                <w:szCs w:val="20"/>
              </w:rPr>
              <w:t>Benediktová</w:t>
            </w:r>
            <w:proofErr w:type="spellEnd"/>
          </w:p>
        </w:tc>
        <w:tc>
          <w:tcPr>
            <w:tcW w:w="4195" w:type="dxa"/>
            <w:shd w:val="clear" w:color="auto" w:fill="F3F6F8"/>
            <w:vAlign w:val="center"/>
          </w:tcPr>
          <w:p w14:paraId="566D8CA3" w14:textId="77777777" w:rsidR="004F2747" w:rsidRPr="0082231F" w:rsidRDefault="0042670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Od 1.1.2025</w:t>
            </w:r>
          </w:p>
        </w:tc>
      </w:tr>
      <w:tr w:rsidR="004F2747" w:rsidRPr="0082231F" w14:paraId="16047B2F" w14:textId="77777777">
        <w:trPr>
          <w:cantSplit/>
        </w:trPr>
        <w:tc>
          <w:tcPr>
            <w:tcW w:w="2835" w:type="dxa"/>
            <w:vAlign w:val="center"/>
          </w:tcPr>
          <w:p w14:paraId="3193B579" w14:textId="77777777" w:rsidR="004F2747" w:rsidRPr="0082231F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Člen</w:t>
            </w:r>
            <w:proofErr w:type="spellEnd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/</w:t>
            </w: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členka</w:t>
            </w:r>
            <w:proofErr w:type="spellEnd"/>
          </w:p>
        </w:tc>
        <w:tc>
          <w:tcPr>
            <w:tcW w:w="2835" w:type="dxa"/>
            <w:vAlign w:val="center"/>
          </w:tcPr>
          <w:p w14:paraId="0AA5B47C" w14:textId="77777777" w:rsidR="004F2747" w:rsidRPr="0082231F" w:rsidRDefault="0042670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Olina Molnárová</w:t>
            </w:r>
          </w:p>
        </w:tc>
        <w:tc>
          <w:tcPr>
            <w:tcW w:w="4195" w:type="dxa"/>
            <w:vAlign w:val="center"/>
          </w:tcPr>
          <w:p w14:paraId="12099E24" w14:textId="77777777" w:rsidR="004F2747" w:rsidRPr="0082231F" w:rsidRDefault="003E3CB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Od 10.10.2022</w:t>
            </w:r>
          </w:p>
        </w:tc>
      </w:tr>
    </w:tbl>
    <w:p w14:paraId="44F68514" w14:textId="77777777" w:rsidR="004F2747" w:rsidRPr="0082231F" w:rsidRDefault="004F2747">
      <w:pPr>
        <w:spacing w:after="20"/>
        <w:rPr>
          <w:rFonts w:cs="Arial"/>
          <w:sz w:val="20"/>
          <w:szCs w:val="20"/>
        </w:rPr>
      </w:pPr>
    </w:p>
    <w:p w14:paraId="405C2349" w14:textId="77777777" w:rsidR="004F2747" w:rsidRPr="0082231F" w:rsidRDefault="00DB5CA6" w:rsidP="00DB5CA6">
      <w:pPr>
        <w:pStyle w:val="Nadpis1"/>
        <w:rPr>
          <w:rFonts w:ascii="Arial" w:hAnsi="Arial" w:cs="Arial"/>
          <w:sz w:val="20"/>
          <w:szCs w:val="20"/>
        </w:rPr>
      </w:pPr>
      <w:r w:rsidRPr="0082231F">
        <w:rPr>
          <w:rFonts w:ascii="Arial" w:hAnsi="Arial" w:cs="Arial"/>
          <w:sz w:val="20"/>
          <w:szCs w:val="20"/>
        </w:rPr>
        <w:t xml:space="preserve">2.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Přehled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oborů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vzdělání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vzdělávacích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programů</w:t>
      </w:r>
      <w:proofErr w:type="spellEnd"/>
    </w:p>
    <w:p w14:paraId="29C28B40" w14:textId="77777777" w:rsidR="004F2747" w:rsidRPr="0082231F" w:rsidRDefault="00B25EFB">
      <w:pPr>
        <w:rPr>
          <w:rFonts w:cs="Arial"/>
          <w:sz w:val="20"/>
          <w:szCs w:val="20"/>
        </w:rPr>
      </w:pPr>
      <w:proofErr w:type="spellStart"/>
      <w:r w:rsidRPr="0082231F">
        <w:rPr>
          <w:rFonts w:eastAsia="Arial" w:cs="Arial"/>
          <w:sz w:val="20"/>
          <w:szCs w:val="20"/>
        </w:rPr>
        <w:t>Povinný</w:t>
      </w:r>
      <w:proofErr w:type="spellEnd"/>
      <w:r w:rsidRPr="0082231F">
        <w:rPr>
          <w:rFonts w:eastAsia="Arial" w:cs="Arial"/>
          <w:sz w:val="20"/>
          <w:szCs w:val="20"/>
        </w:rPr>
        <w:t xml:space="preserve"> </w:t>
      </w:r>
      <w:proofErr w:type="spellStart"/>
      <w:r w:rsidRPr="0082231F">
        <w:rPr>
          <w:rFonts w:eastAsia="Arial" w:cs="Arial"/>
          <w:sz w:val="20"/>
          <w:szCs w:val="20"/>
        </w:rPr>
        <w:t>přehled</w:t>
      </w:r>
      <w:proofErr w:type="spellEnd"/>
      <w:r w:rsidRPr="0082231F">
        <w:rPr>
          <w:rFonts w:eastAsia="Arial" w:cs="Arial"/>
          <w:sz w:val="20"/>
          <w:szCs w:val="20"/>
        </w:rPr>
        <w:t xml:space="preserve"> </w:t>
      </w:r>
      <w:proofErr w:type="spellStart"/>
      <w:r w:rsidRPr="0082231F">
        <w:rPr>
          <w:rFonts w:eastAsia="Arial" w:cs="Arial"/>
          <w:sz w:val="20"/>
          <w:szCs w:val="20"/>
        </w:rPr>
        <w:t>oborů</w:t>
      </w:r>
      <w:proofErr w:type="spellEnd"/>
      <w:r w:rsidRPr="0082231F">
        <w:rPr>
          <w:rFonts w:eastAsia="Arial" w:cs="Arial"/>
          <w:sz w:val="20"/>
          <w:szCs w:val="20"/>
        </w:rPr>
        <w:t xml:space="preserve"> </w:t>
      </w:r>
      <w:proofErr w:type="spellStart"/>
      <w:r w:rsidRPr="0082231F">
        <w:rPr>
          <w:rFonts w:eastAsia="Arial" w:cs="Arial"/>
          <w:sz w:val="20"/>
          <w:szCs w:val="20"/>
        </w:rPr>
        <w:t>vzdělání</w:t>
      </w:r>
      <w:proofErr w:type="spellEnd"/>
      <w:r w:rsidRPr="0082231F">
        <w:rPr>
          <w:rFonts w:eastAsia="Arial" w:cs="Arial"/>
          <w:sz w:val="20"/>
          <w:szCs w:val="20"/>
        </w:rPr>
        <w:t xml:space="preserve"> se </w:t>
      </w:r>
      <w:proofErr w:type="spellStart"/>
      <w:r w:rsidRPr="0082231F">
        <w:rPr>
          <w:rFonts w:eastAsia="Arial" w:cs="Arial"/>
          <w:sz w:val="20"/>
          <w:szCs w:val="20"/>
        </w:rPr>
        <w:t>týká</w:t>
      </w:r>
      <w:proofErr w:type="spellEnd"/>
      <w:r w:rsidRPr="0082231F">
        <w:rPr>
          <w:rFonts w:eastAsia="Arial" w:cs="Arial"/>
          <w:sz w:val="20"/>
          <w:szCs w:val="20"/>
        </w:rPr>
        <w:t xml:space="preserve"> </w:t>
      </w:r>
      <w:proofErr w:type="spellStart"/>
      <w:r w:rsidRPr="0082231F">
        <w:rPr>
          <w:rFonts w:eastAsia="Arial" w:cs="Arial"/>
          <w:sz w:val="20"/>
          <w:szCs w:val="20"/>
        </w:rPr>
        <w:t>základní</w:t>
      </w:r>
      <w:proofErr w:type="spellEnd"/>
      <w:r w:rsidRPr="0082231F">
        <w:rPr>
          <w:rFonts w:eastAsia="Arial" w:cs="Arial"/>
          <w:sz w:val="20"/>
          <w:szCs w:val="20"/>
        </w:rPr>
        <w:t xml:space="preserve"> </w:t>
      </w:r>
      <w:proofErr w:type="spellStart"/>
      <w:r w:rsidRPr="0082231F">
        <w:rPr>
          <w:rFonts w:eastAsia="Arial" w:cs="Arial"/>
          <w:sz w:val="20"/>
          <w:szCs w:val="20"/>
        </w:rPr>
        <w:t>školy</w:t>
      </w:r>
      <w:proofErr w:type="spellEnd"/>
      <w:r w:rsidRPr="0082231F">
        <w:rPr>
          <w:rFonts w:eastAsia="Arial" w:cs="Arial"/>
          <w:sz w:val="20"/>
          <w:szCs w:val="20"/>
        </w:rPr>
        <w:t xml:space="preserve"> a </w:t>
      </w:r>
      <w:proofErr w:type="spellStart"/>
      <w:r w:rsidRPr="0082231F">
        <w:rPr>
          <w:rFonts w:eastAsia="Arial" w:cs="Arial"/>
          <w:sz w:val="20"/>
          <w:szCs w:val="20"/>
        </w:rPr>
        <w:t>musí</w:t>
      </w:r>
      <w:proofErr w:type="spellEnd"/>
      <w:r w:rsidRPr="0082231F">
        <w:rPr>
          <w:rFonts w:eastAsia="Arial" w:cs="Arial"/>
          <w:sz w:val="20"/>
          <w:szCs w:val="20"/>
        </w:rPr>
        <w:t xml:space="preserve"> </w:t>
      </w:r>
      <w:proofErr w:type="spellStart"/>
      <w:r w:rsidRPr="0082231F">
        <w:rPr>
          <w:rFonts w:eastAsia="Arial" w:cs="Arial"/>
          <w:sz w:val="20"/>
          <w:szCs w:val="20"/>
        </w:rPr>
        <w:t>odpovídat</w:t>
      </w:r>
      <w:proofErr w:type="spellEnd"/>
      <w:r w:rsidRPr="0082231F">
        <w:rPr>
          <w:rFonts w:eastAsia="Arial" w:cs="Arial"/>
          <w:sz w:val="20"/>
          <w:szCs w:val="20"/>
        </w:rPr>
        <w:t xml:space="preserve"> </w:t>
      </w:r>
      <w:proofErr w:type="spellStart"/>
      <w:r w:rsidRPr="0082231F">
        <w:rPr>
          <w:rFonts w:eastAsia="Arial" w:cs="Arial"/>
          <w:sz w:val="20"/>
          <w:szCs w:val="20"/>
        </w:rPr>
        <w:t>zápisu</w:t>
      </w:r>
      <w:proofErr w:type="spellEnd"/>
      <w:r w:rsidRPr="0082231F">
        <w:rPr>
          <w:rFonts w:eastAsia="Arial" w:cs="Arial"/>
          <w:sz w:val="20"/>
          <w:szCs w:val="20"/>
        </w:rPr>
        <w:t xml:space="preserve"> </w:t>
      </w:r>
      <w:proofErr w:type="spellStart"/>
      <w:r w:rsidRPr="0082231F">
        <w:rPr>
          <w:rFonts w:eastAsia="Arial" w:cs="Arial"/>
          <w:sz w:val="20"/>
          <w:szCs w:val="20"/>
        </w:rPr>
        <w:t>ve</w:t>
      </w:r>
      <w:proofErr w:type="spellEnd"/>
      <w:r w:rsidRPr="0082231F">
        <w:rPr>
          <w:rFonts w:eastAsia="Arial" w:cs="Arial"/>
          <w:sz w:val="20"/>
          <w:szCs w:val="20"/>
        </w:rPr>
        <w:t xml:space="preserve"> </w:t>
      </w:r>
      <w:proofErr w:type="spellStart"/>
      <w:r w:rsidRPr="0082231F">
        <w:rPr>
          <w:rFonts w:eastAsia="Arial" w:cs="Arial"/>
          <w:sz w:val="20"/>
          <w:szCs w:val="20"/>
        </w:rPr>
        <w:t>školském</w:t>
      </w:r>
      <w:proofErr w:type="spellEnd"/>
      <w:r w:rsidRPr="0082231F">
        <w:rPr>
          <w:rFonts w:eastAsia="Arial" w:cs="Arial"/>
          <w:sz w:val="20"/>
          <w:szCs w:val="20"/>
        </w:rPr>
        <w:t xml:space="preserve"> </w:t>
      </w:r>
      <w:proofErr w:type="spellStart"/>
      <w:r w:rsidRPr="0082231F">
        <w:rPr>
          <w:rFonts w:eastAsia="Arial" w:cs="Arial"/>
          <w:sz w:val="20"/>
          <w:szCs w:val="20"/>
        </w:rPr>
        <w:t>rejstříku</w:t>
      </w:r>
      <w:proofErr w:type="spellEnd"/>
      <w:r w:rsidRPr="0082231F">
        <w:rPr>
          <w:rFonts w:eastAsia="Arial" w:cs="Arial"/>
          <w:sz w:val="20"/>
          <w:szCs w:val="20"/>
        </w:rPr>
        <w:t xml:space="preserve">. </w:t>
      </w:r>
      <w:proofErr w:type="spellStart"/>
      <w:r w:rsidRPr="0082231F">
        <w:rPr>
          <w:rFonts w:eastAsia="Arial" w:cs="Arial"/>
          <w:sz w:val="20"/>
          <w:szCs w:val="20"/>
        </w:rPr>
        <w:t>Vzdělávací</w:t>
      </w:r>
      <w:proofErr w:type="spellEnd"/>
      <w:r w:rsidRPr="0082231F">
        <w:rPr>
          <w:rFonts w:eastAsia="Arial" w:cs="Arial"/>
          <w:sz w:val="20"/>
          <w:szCs w:val="20"/>
        </w:rPr>
        <w:t xml:space="preserve"> </w:t>
      </w:r>
      <w:proofErr w:type="spellStart"/>
      <w:r w:rsidRPr="0082231F">
        <w:rPr>
          <w:rFonts w:eastAsia="Arial" w:cs="Arial"/>
          <w:sz w:val="20"/>
          <w:szCs w:val="20"/>
        </w:rPr>
        <w:t>programy</w:t>
      </w:r>
      <w:proofErr w:type="spellEnd"/>
      <w:r w:rsidRPr="0082231F">
        <w:rPr>
          <w:rFonts w:eastAsia="Arial" w:cs="Arial"/>
          <w:sz w:val="20"/>
          <w:szCs w:val="20"/>
        </w:rPr>
        <w:t xml:space="preserve"> MŠ, ZŠ a </w:t>
      </w:r>
      <w:proofErr w:type="spellStart"/>
      <w:r w:rsidRPr="0082231F">
        <w:rPr>
          <w:rFonts w:eastAsia="Arial" w:cs="Arial"/>
          <w:sz w:val="20"/>
          <w:szCs w:val="20"/>
        </w:rPr>
        <w:t>školní</w:t>
      </w:r>
      <w:proofErr w:type="spellEnd"/>
      <w:r w:rsidRPr="0082231F">
        <w:rPr>
          <w:rFonts w:eastAsia="Arial" w:cs="Arial"/>
          <w:sz w:val="20"/>
          <w:szCs w:val="20"/>
        </w:rPr>
        <w:t xml:space="preserve"> </w:t>
      </w:r>
      <w:proofErr w:type="spellStart"/>
      <w:r w:rsidRPr="0082231F">
        <w:rPr>
          <w:rFonts w:eastAsia="Arial" w:cs="Arial"/>
          <w:sz w:val="20"/>
          <w:szCs w:val="20"/>
        </w:rPr>
        <w:t>družiny</w:t>
      </w:r>
      <w:proofErr w:type="spellEnd"/>
      <w:r w:rsidRPr="0082231F">
        <w:rPr>
          <w:rFonts w:eastAsia="Arial" w:cs="Arial"/>
          <w:sz w:val="20"/>
          <w:szCs w:val="20"/>
        </w:rPr>
        <w:t xml:space="preserve"> </w:t>
      </w:r>
      <w:proofErr w:type="spellStart"/>
      <w:r w:rsidRPr="0082231F">
        <w:rPr>
          <w:rFonts w:eastAsia="Arial" w:cs="Arial"/>
          <w:sz w:val="20"/>
          <w:szCs w:val="20"/>
        </w:rPr>
        <w:t>jsou</w:t>
      </w:r>
      <w:proofErr w:type="spellEnd"/>
      <w:r w:rsidRPr="0082231F">
        <w:rPr>
          <w:rFonts w:eastAsia="Arial" w:cs="Arial"/>
          <w:sz w:val="20"/>
          <w:szCs w:val="20"/>
        </w:rPr>
        <w:t xml:space="preserve"> </w:t>
      </w:r>
      <w:proofErr w:type="spellStart"/>
      <w:r w:rsidRPr="0082231F">
        <w:rPr>
          <w:rFonts w:eastAsia="Arial" w:cs="Arial"/>
          <w:sz w:val="20"/>
          <w:szCs w:val="20"/>
        </w:rPr>
        <w:t>uvedeny</w:t>
      </w:r>
      <w:proofErr w:type="spellEnd"/>
      <w:r w:rsidRPr="0082231F">
        <w:rPr>
          <w:rFonts w:eastAsia="Arial" w:cs="Arial"/>
          <w:sz w:val="20"/>
          <w:szCs w:val="20"/>
        </w:rPr>
        <w:t xml:space="preserve"> </w:t>
      </w:r>
      <w:proofErr w:type="spellStart"/>
      <w:r w:rsidRPr="0082231F">
        <w:rPr>
          <w:rFonts w:eastAsia="Arial" w:cs="Arial"/>
          <w:sz w:val="20"/>
          <w:szCs w:val="20"/>
        </w:rPr>
        <w:t>samostatně</w:t>
      </w:r>
      <w:proofErr w:type="spellEnd"/>
      <w:r w:rsidRPr="0082231F">
        <w:rPr>
          <w:rFonts w:eastAsia="Arial" w:cs="Arial"/>
          <w:sz w:val="20"/>
          <w:szCs w:val="20"/>
        </w:rPr>
        <w:t>.</w:t>
      </w:r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31"/>
        <w:gridCol w:w="1814"/>
        <w:gridCol w:w="1134"/>
        <w:gridCol w:w="3685"/>
      </w:tblGrid>
      <w:tr w:rsidR="004F2747" w:rsidRPr="0082231F" w14:paraId="446B7E9E" w14:textId="77777777">
        <w:trPr>
          <w:cantSplit/>
          <w:tblHeader/>
        </w:trPr>
        <w:tc>
          <w:tcPr>
            <w:tcW w:w="170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764E706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Druh</w:t>
            </w:r>
            <w:proofErr w:type="spellEnd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školy</w:t>
            </w:r>
            <w:proofErr w:type="spellEnd"/>
          </w:p>
        </w:tc>
        <w:tc>
          <w:tcPr>
            <w:tcW w:w="153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4FFA3AC" w14:textId="77777777" w:rsidR="004F2747" w:rsidRPr="0082231F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Kód</w:t>
            </w:r>
            <w:proofErr w:type="spellEnd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oboru</w:t>
            </w:r>
            <w:proofErr w:type="spellEnd"/>
          </w:p>
        </w:tc>
        <w:tc>
          <w:tcPr>
            <w:tcW w:w="181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E36FD2A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Název</w:t>
            </w:r>
            <w:proofErr w:type="spellEnd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oboru</w:t>
            </w:r>
            <w:proofErr w:type="spellEnd"/>
          </w:p>
        </w:tc>
        <w:tc>
          <w:tcPr>
            <w:tcW w:w="113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E9AFB83" w14:textId="77777777" w:rsidR="004F2747" w:rsidRPr="0082231F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Forma</w:t>
            </w:r>
          </w:p>
        </w:tc>
        <w:tc>
          <w:tcPr>
            <w:tcW w:w="368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AAFC6D3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Školní</w:t>
            </w:r>
            <w:proofErr w:type="spellEnd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vzdělávací</w:t>
            </w:r>
            <w:proofErr w:type="spellEnd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program</w:t>
            </w:r>
          </w:p>
        </w:tc>
      </w:tr>
      <w:tr w:rsidR="004F2747" w:rsidRPr="0082231F" w14:paraId="4BD2C915" w14:textId="77777777">
        <w:trPr>
          <w:cantSplit/>
        </w:trPr>
        <w:tc>
          <w:tcPr>
            <w:tcW w:w="1701" w:type="dxa"/>
            <w:vAlign w:val="center"/>
          </w:tcPr>
          <w:p w14:paraId="6AE557E0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Základní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škola</w:t>
            </w:r>
            <w:proofErr w:type="spellEnd"/>
          </w:p>
        </w:tc>
        <w:tc>
          <w:tcPr>
            <w:tcW w:w="1531" w:type="dxa"/>
            <w:vAlign w:val="center"/>
          </w:tcPr>
          <w:p w14:paraId="7B691C77" w14:textId="77777777" w:rsidR="004F2747" w:rsidRPr="0082231F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eastAsia="Arial" w:cs="Arial"/>
                <w:sz w:val="20"/>
                <w:szCs w:val="20"/>
              </w:rPr>
              <w:t>79-01-C/01</w:t>
            </w:r>
          </w:p>
        </w:tc>
        <w:tc>
          <w:tcPr>
            <w:tcW w:w="1814" w:type="dxa"/>
            <w:vAlign w:val="center"/>
          </w:tcPr>
          <w:p w14:paraId="0A75F73F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Základní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škola</w:t>
            </w:r>
            <w:proofErr w:type="spellEnd"/>
          </w:p>
        </w:tc>
        <w:tc>
          <w:tcPr>
            <w:tcW w:w="1134" w:type="dxa"/>
            <w:vAlign w:val="center"/>
          </w:tcPr>
          <w:p w14:paraId="6A9AE2A8" w14:textId="77777777" w:rsidR="004F2747" w:rsidRPr="0082231F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denní</w:t>
            </w:r>
            <w:proofErr w:type="spellEnd"/>
          </w:p>
        </w:tc>
        <w:tc>
          <w:tcPr>
            <w:tcW w:w="3685" w:type="dxa"/>
            <w:vAlign w:val="center"/>
          </w:tcPr>
          <w:p w14:paraId="52F63EC4" w14:textId="77777777" w:rsidR="004F2747" w:rsidRPr="0082231F" w:rsidRDefault="0010726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cs="Arial"/>
                <w:sz w:val="20"/>
                <w:szCs w:val="20"/>
              </w:rPr>
              <w:t>Vyplouváme</w:t>
            </w:r>
            <w:proofErr w:type="spellEnd"/>
            <w:r w:rsidRPr="0082231F">
              <w:rPr>
                <w:rFonts w:cs="Arial"/>
                <w:sz w:val="20"/>
                <w:szCs w:val="20"/>
              </w:rPr>
              <w:t xml:space="preserve"> za </w:t>
            </w:r>
            <w:proofErr w:type="spellStart"/>
            <w:r w:rsidRPr="0082231F">
              <w:rPr>
                <w:rFonts w:cs="Arial"/>
                <w:sz w:val="20"/>
                <w:szCs w:val="20"/>
              </w:rPr>
              <w:t>poznáním</w:t>
            </w:r>
            <w:proofErr w:type="spellEnd"/>
            <w:r w:rsidRPr="0082231F">
              <w:rPr>
                <w:rFonts w:cs="Arial"/>
                <w:sz w:val="20"/>
                <w:szCs w:val="20"/>
              </w:rPr>
              <w:t xml:space="preserve"> v ZŠ NEMO</w:t>
            </w:r>
          </w:p>
        </w:tc>
      </w:tr>
    </w:tbl>
    <w:p w14:paraId="70790956" w14:textId="77777777" w:rsidR="004F2747" w:rsidRPr="0082231F" w:rsidRDefault="004F2747">
      <w:pPr>
        <w:spacing w:after="20"/>
        <w:rPr>
          <w:rFonts w:cs="Arial"/>
          <w:sz w:val="20"/>
          <w:szCs w:val="20"/>
        </w:rPr>
      </w:pPr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3969"/>
        <w:gridCol w:w="1984"/>
        <w:gridCol w:w="1984"/>
      </w:tblGrid>
      <w:tr w:rsidR="004F2747" w:rsidRPr="0082231F" w14:paraId="31C6EF1D" w14:textId="77777777">
        <w:trPr>
          <w:cantSplit/>
          <w:tblHeader/>
        </w:trPr>
        <w:tc>
          <w:tcPr>
            <w:tcW w:w="1928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E6818DB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Součást</w:t>
            </w:r>
            <w:proofErr w:type="spellEnd"/>
          </w:p>
        </w:tc>
        <w:tc>
          <w:tcPr>
            <w:tcW w:w="3969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A8E8A10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Název</w:t>
            </w:r>
            <w:proofErr w:type="spellEnd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programu</w:t>
            </w:r>
            <w:proofErr w:type="spellEnd"/>
          </w:p>
        </w:tc>
        <w:tc>
          <w:tcPr>
            <w:tcW w:w="198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9534F12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Platnost</w:t>
            </w:r>
            <w:proofErr w:type="spellEnd"/>
          </w:p>
        </w:tc>
        <w:tc>
          <w:tcPr>
            <w:tcW w:w="198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C0D356A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Rámec</w:t>
            </w:r>
            <w:proofErr w:type="spellEnd"/>
          </w:p>
        </w:tc>
      </w:tr>
      <w:tr w:rsidR="004F2747" w:rsidRPr="0082231F" w14:paraId="243A342D" w14:textId="77777777">
        <w:trPr>
          <w:cantSplit/>
        </w:trPr>
        <w:tc>
          <w:tcPr>
            <w:tcW w:w="1928" w:type="dxa"/>
            <w:vAlign w:val="center"/>
          </w:tcPr>
          <w:p w14:paraId="37CFE994" w14:textId="77777777" w:rsidR="004F2747" w:rsidRPr="0082231F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Mateřská</w:t>
            </w:r>
            <w:proofErr w:type="spellEnd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škola</w:t>
            </w:r>
            <w:proofErr w:type="spellEnd"/>
          </w:p>
        </w:tc>
        <w:tc>
          <w:tcPr>
            <w:tcW w:w="3969" w:type="dxa"/>
            <w:vAlign w:val="center"/>
          </w:tcPr>
          <w:p w14:paraId="3E409587" w14:textId="77777777" w:rsidR="004F2747" w:rsidRPr="0082231F" w:rsidRDefault="0010726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cs="Arial"/>
                <w:sz w:val="20"/>
                <w:szCs w:val="20"/>
              </w:rPr>
              <w:t>Vyplouváme</w:t>
            </w:r>
            <w:proofErr w:type="spellEnd"/>
            <w:r w:rsidRPr="0082231F">
              <w:rPr>
                <w:rFonts w:cs="Arial"/>
                <w:sz w:val="20"/>
                <w:szCs w:val="20"/>
              </w:rPr>
              <w:t xml:space="preserve"> za </w:t>
            </w:r>
            <w:proofErr w:type="spellStart"/>
            <w:r w:rsidRPr="0082231F">
              <w:rPr>
                <w:rFonts w:cs="Arial"/>
                <w:sz w:val="20"/>
                <w:szCs w:val="20"/>
              </w:rPr>
              <w:t>poznáním</w:t>
            </w:r>
            <w:proofErr w:type="spellEnd"/>
            <w:r w:rsidRPr="0082231F">
              <w:rPr>
                <w:rFonts w:cs="Arial"/>
                <w:sz w:val="20"/>
                <w:szCs w:val="20"/>
              </w:rPr>
              <w:t xml:space="preserve"> v MŠ NEMO</w:t>
            </w:r>
          </w:p>
        </w:tc>
        <w:tc>
          <w:tcPr>
            <w:tcW w:w="1984" w:type="dxa"/>
            <w:vAlign w:val="center"/>
          </w:tcPr>
          <w:p w14:paraId="4EB52FD0" w14:textId="77777777" w:rsidR="004F2747" w:rsidRPr="0082231F" w:rsidRDefault="0010726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Od 1.9.2022</w:t>
            </w:r>
          </w:p>
        </w:tc>
        <w:tc>
          <w:tcPr>
            <w:tcW w:w="1984" w:type="dxa"/>
            <w:vAlign w:val="center"/>
          </w:tcPr>
          <w:p w14:paraId="17F81B40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eastAsia="Arial" w:cs="Arial"/>
                <w:sz w:val="20"/>
                <w:szCs w:val="20"/>
              </w:rPr>
              <w:t>RVP PV</w:t>
            </w:r>
          </w:p>
        </w:tc>
      </w:tr>
      <w:tr w:rsidR="004F2747" w:rsidRPr="0082231F" w14:paraId="1D78A02D" w14:textId="77777777">
        <w:trPr>
          <w:cantSplit/>
        </w:trPr>
        <w:tc>
          <w:tcPr>
            <w:tcW w:w="1928" w:type="dxa"/>
            <w:shd w:val="clear" w:color="auto" w:fill="F3F6F8"/>
            <w:vAlign w:val="center"/>
          </w:tcPr>
          <w:p w14:paraId="67F07897" w14:textId="77777777" w:rsidR="004F2747" w:rsidRPr="0082231F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Základní</w:t>
            </w:r>
            <w:proofErr w:type="spellEnd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škola</w:t>
            </w:r>
            <w:proofErr w:type="spellEnd"/>
          </w:p>
        </w:tc>
        <w:tc>
          <w:tcPr>
            <w:tcW w:w="3969" w:type="dxa"/>
            <w:shd w:val="clear" w:color="auto" w:fill="F3F6F8"/>
            <w:vAlign w:val="center"/>
          </w:tcPr>
          <w:p w14:paraId="0F4F1552" w14:textId="77777777" w:rsidR="004F2747" w:rsidRPr="0082231F" w:rsidRDefault="0010726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cs="Arial"/>
                <w:sz w:val="20"/>
                <w:szCs w:val="20"/>
              </w:rPr>
              <w:t>Vyplouváme</w:t>
            </w:r>
            <w:proofErr w:type="spellEnd"/>
            <w:r w:rsidRPr="0082231F">
              <w:rPr>
                <w:rFonts w:cs="Arial"/>
                <w:sz w:val="20"/>
                <w:szCs w:val="20"/>
              </w:rPr>
              <w:t xml:space="preserve"> za </w:t>
            </w:r>
            <w:proofErr w:type="spellStart"/>
            <w:r w:rsidRPr="0082231F">
              <w:rPr>
                <w:rFonts w:cs="Arial"/>
                <w:sz w:val="20"/>
                <w:szCs w:val="20"/>
              </w:rPr>
              <w:t>poznáním</w:t>
            </w:r>
            <w:proofErr w:type="spellEnd"/>
            <w:r w:rsidRPr="0082231F">
              <w:rPr>
                <w:rFonts w:cs="Arial"/>
                <w:sz w:val="20"/>
                <w:szCs w:val="20"/>
              </w:rPr>
              <w:t xml:space="preserve"> v ZŠ NEMO</w:t>
            </w:r>
          </w:p>
        </w:tc>
        <w:tc>
          <w:tcPr>
            <w:tcW w:w="1984" w:type="dxa"/>
            <w:shd w:val="clear" w:color="auto" w:fill="F3F6F8"/>
            <w:vAlign w:val="center"/>
          </w:tcPr>
          <w:p w14:paraId="67F1A3CF" w14:textId="77777777" w:rsidR="004F2747" w:rsidRPr="0082231F" w:rsidRDefault="0008352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Od 1.9.2023</w:t>
            </w:r>
          </w:p>
        </w:tc>
        <w:tc>
          <w:tcPr>
            <w:tcW w:w="1984" w:type="dxa"/>
            <w:shd w:val="clear" w:color="auto" w:fill="F3F6F8"/>
            <w:vAlign w:val="center"/>
          </w:tcPr>
          <w:p w14:paraId="3C261ECE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eastAsia="Arial" w:cs="Arial"/>
                <w:sz w:val="20"/>
                <w:szCs w:val="20"/>
              </w:rPr>
              <w:t>RVP ZV</w:t>
            </w:r>
          </w:p>
        </w:tc>
      </w:tr>
      <w:tr w:rsidR="004F2747" w:rsidRPr="0082231F" w14:paraId="2921214C" w14:textId="77777777">
        <w:trPr>
          <w:cantSplit/>
        </w:trPr>
        <w:tc>
          <w:tcPr>
            <w:tcW w:w="1928" w:type="dxa"/>
            <w:vAlign w:val="center"/>
          </w:tcPr>
          <w:p w14:paraId="37A5A1EF" w14:textId="77777777" w:rsidR="004F2747" w:rsidRPr="0082231F" w:rsidRDefault="00B25EFB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Školní</w:t>
            </w:r>
            <w:proofErr w:type="spellEnd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bCs/>
                <w:sz w:val="20"/>
                <w:szCs w:val="20"/>
              </w:rPr>
              <w:t>družina</w:t>
            </w:r>
            <w:proofErr w:type="spellEnd"/>
          </w:p>
        </w:tc>
        <w:tc>
          <w:tcPr>
            <w:tcW w:w="3969" w:type="dxa"/>
            <w:vAlign w:val="center"/>
          </w:tcPr>
          <w:p w14:paraId="68422184" w14:textId="77777777" w:rsidR="004F2747" w:rsidRPr="0082231F" w:rsidRDefault="0008352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cs="Arial"/>
                <w:sz w:val="20"/>
                <w:szCs w:val="20"/>
              </w:rPr>
              <w:t>Vyplouváme</w:t>
            </w:r>
            <w:proofErr w:type="spellEnd"/>
            <w:r w:rsidRPr="0082231F">
              <w:rPr>
                <w:rFonts w:cs="Arial"/>
                <w:sz w:val="20"/>
                <w:szCs w:val="20"/>
              </w:rPr>
              <w:t xml:space="preserve"> za </w:t>
            </w:r>
            <w:proofErr w:type="spellStart"/>
            <w:r w:rsidRPr="0082231F">
              <w:rPr>
                <w:rFonts w:cs="Arial"/>
                <w:sz w:val="20"/>
                <w:szCs w:val="20"/>
              </w:rPr>
              <w:t>poznáním</w:t>
            </w:r>
            <w:proofErr w:type="spellEnd"/>
            <w:r w:rsidRPr="0082231F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cs="Arial"/>
                <w:sz w:val="20"/>
                <w:szCs w:val="20"/>
              </w:rPr>
              <w:t>ve</w:t>
            </w:r>
            <w:proofErr w:type="spellEnd"/>
            <w:r w:rsidRPr="0082231F">
              <w:rPr>
                <w:rFonts w:cs="Arial"/>
                <w:sz w:val="20"/>
                <w:szCs w:val="20"/>
              </w:rPr>
              <w:t xml:space="preserve"> ŠD NEMO </w:t>
            </w:r>
          </w:p>
        </w:tc>
        <w:tc>
          <w:tcPr>
            <w:tcW w:w="1984" w:type="dxa"/>
            <w:vAlign w:val="center"/>
          </w:tcPr>
          <w:p w14:paraId="4C0CC109" w14:textId="77777777" w:rsidR="004F2747" w:rsidRPr="0082231F" w:rsidRDefault="0008352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Od 1.9.2023</w:t>
            </w:r>
          </w:p>
        </w:tc>
        <w:tc>
          <w:tcPr>
            <w:tcW w:w="1984" w:type="dxa"/>
            <w:vAlign w:val="center"/>
          </w:tcPr>
          <w:p w14:paraId="20564851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zájmové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vzdělávání</w:t>
            </w:r>
            <w:proofErr w:type="spellEnd"/>
          </w:p>
        </w:tc>
      </w:tr>
    </w:tbl>
    <w:p w14:paraId="77071A3A" w14:textId="77777777" w:rsidR="004F2747" w:rsidRPr="0082231F" w:rsidRDefault="004F2747">
      <w:pPr>
        <w:spacing w:after="20"/>
        <w:rPr>
          <w:rFonts w:cs="Arial"/>
          <w:sz w:val="20"/>
          <w:szCs w:val="20"/>
        </w:rPr>
      </w:pPr>
    </w:p>
    <w:p w14:paraId="6686170F" w14:textId="77777777" w:rsidR="004F2747" w:rsidRPr="0082231F" w:rsidRDefault="006F1006" w:rsidP="006F1006">
      <w:pPr>
        <w:pStyle w:val="Nadpis1"/>
        <w:rPr>
          <w:rFonts w:ascii="Arial" w:hAnsi="Arial" w:cs="Arial"/>
          <w:sz w:val="20"/>
          <w:szCs w:val="20"/>
        </w:rPr>
      </w:pPr>
      <w:r w:rsidRPr="0082231F">
        <w:rPr>
          <w:rFonts w:ascii="Arial" w:hAnsi="Arial" w:cs="Arial"/>
          <w:sz w:val="20"/>
          <w:szCs w:val="20"/>
        </w:rPr>
        <w:t>3</w:t>
      </w:r>
      <w:r w:rsidR="00DB5CA6" w:rsidRPr="0082231F">
        <w:rPr>
          <w:rFonts w:ascii="Arial" w:hAnsi="Arial" w:cs="Arial"/>
          <w:sz w:val="20"/>
          <w:szCs w:val="20"/>
        </w:rPr>
        <w:t>.</w:t>
      </w:r>
      <w:r w:rsidRPr="0082231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Specifika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vzdělávací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nabídky</w:t>
      </w:r>
      <w:proofErr w:type="spellEnd"/>
    </w:p>
    <w:p w14:paraId="412F7B2F" w14:textId="77777777" w:rsidR="006F1006" w:rsidRPr="0082231F" w:rsidRDefault="006F1006" w:rsidP="006F1006">
      <w:pPr>
        <w:pStyle w:val="Nadpis2"/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</w:pPr>
      <w:r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 xml:space="preserve">3.1 </w:t>
      </w:r>
      <w:proofErr w:type="spellStart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>Jazykové</w:t>
      </w:r>
      <w:proofErr w:type="spellEnd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 xml:space="preserve"> </w:t>
      </w:r>
      <w:proofErr w:type="spellStart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>vzdělávání</w:t>
      </w:r>
      <w:proofErr w:type="spellEnd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 xml:space="preserve"> a </w:t>
      </w:r>
      <w:proofErr w:type="spellStart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>využití</w:t>
      </w:r>
      <w:proofErr w:type="spellEnd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 xml:space="preserve"> </w:t>
      </w:r>
      <w:proofErr w:type="spellStart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>anglického</w:t>
      </w:r>
      <w:proofErr w:type="spellEnd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 xml:space="preserve"> </w:t>
      </w:r>
      <w:proofErr w:type="spellStart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>jazyka</w:t>
      </w:r>
      <w:proofErr w:type="spellEnd"/>
    </w:p>
    <w:p w14:paraId="559580A8" w14:textId="5D366AB4" w:rsidR="00C335E5" w:rsidRPr="0082231F" w:rsidRDefault="00C335E5" w:rsidP="00C335E5">
      <w:pPr>
        <w:rPr>
          <w:rFonts w:cs="Arial"/>
          <w:sz w:val="20"/>
          <w:szCs w:val="20"/>
        </w:rPr>
      </w:pPr>
      <w:proofErr w:type="spellStart"/>
      <w:r w:rsidRPr="0082231F">
        <w:rPr>
          <w:rFonts w:cs="Arial"/>
          <w:sz w:val="20"/>
          <w:szCs w:val="20"/>
        </w:rPr>
        <w:t>Děti</w:t>
      </w:r>
      <w:proofErr w:type="spellEnd"/>
      <w:r w:rsidRPr="0082231F">
        <w:rPr>
          <w:rFonts w:cs="Arial"/>
          <w:sz w:val="20"/>
          <w:szCs w:val="20"/>
        </w:rPr>
        <w:t xml:space="preserve"> z MŠ NEMO se </w:t>
      </w:r>
      <w:proofErr w:type="spellStart"/>
      <w:r w:rsidRPr="0082231F">
        <w:rPr>
          <w:rFonts w:cs="Arial"/>
          <w:sz w:val="20"/>
          <w:szCs w:val="20"/>
        </w:rPr>
        <w:t>seznamují</w:t>
      </w:r>
      <w:proofErr w:type="spellEnd"/>
      <w:r w:rsidRPr="0082231F">
        <w:rPr>
          <w:rFonts w:cs="Arial"/>
          <w:sz w:val="20"/>
          <w:szCs w:val="20"/>
        </w:rPr>
        <w:t xml:space="preserve"> s </w:t>
      </w:r>
      <w:proofErr w:type="spellStart"/>
      <w:r w:rsidRPr="0082231F">
        <w:rPr>
          <w:rFonts w:cs="Arial"/>
          <w:sz w:val="20"/>
          <w:szCs w:val="20"/>
        </w:rPr>
        <w:t>angličtinou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dvou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úrovních</w:t>
      </w:r>
      <w:proofErr w:type="spellEnd"/>
      <w:r w:rsidRPr="0082231F">
        <w:rPr>
          <w:rFonts w:cs="Arial"/>
          <w:sz w:val="20"/>
          <w:szCs w:val="20"/>
        </w:rPr>
        <w:t xml:space="preserve">. </w:t>
      </w:r>
      <w:proofErr w:type="spellStart"/>
      <w:r w:rsidRPr="0082231F">
        <w:rPr>
          <w:rFonts w:cs="Arial"/>
          <w:sz w:val="20"/>
          <w:szCs w:val="20"/>
        </w:rPr>
        <w:t>Mladší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věková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skupina</w:t>
      </w:r>
      <w:proofErr w:type="spellEnd"/>
      <w:r w:rsidRPr="0082231F">
        <w:rPr>
          <w:rFonts w:cs="Arial"/>
          <w:sz w:val="20"/>
          <w:szCs w:val="20"/>
        </w:rPr>
        <w:t xml:space="preserve"> 1 x </w:t>
      </w:r>
      <w:proofErr w:type="spellStart"/>
      <w:r w:rsidRPr="0082231F">
        <w:rPr>
          <w:rFonts w:cs="Arial"/>
          <w:sz w:val="20"/>
          <w:szCs w:val="20"/>
        </w:rPr>
        <w:t>týdně</w:t>
      </w:r>
      <w:proofErr w:type="spellEnd"/>
      <w:r w:rsidRPr="0082231F">
        <w:rPr>
          <w:rFonts w:cs="Arial"/>
          <w:sz w:val="20"/>
          <w:szCs w:val="20"/>
        </w:rPr>
        <w:t xml:space="preserve"> s </w:t>
      </w:r>
      <w:proofErr w:type="spellStart"/>
      <w:r w:rsidRPr="0082231F">
        <w:rPr>
          <w:rFonts w:cs="Arial"/>
          <w:sz w:val="20"/>
          <w:szCs w:val="20"/>
        </w:rPr>
        <w:t>kmenovou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paní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učitelkou</w:t>
      </w:r>
      <w:proofErr w:type="spellEnd"/>
      <w:r w:rsidRPr="0082231F">
        <w:rPr>
          <w:rFonts w:cs="Arial"/>
          <w:sz w:val="20"/>
          <w:szCs w:val="20"/>
        </w:rPr>
        <w:t xml:space="preserve"> a </w:t>
      </w:r>
      <w:proofErr w:type="spellStart"/>
      <w:r w:rsidRPr="0082231F">
        <w:rPr>
          <w:rFonts w:cs="Arial"/>
          <w:sz w:val="20"/>
          <w:szCs w:val="20"/>
        </w:rPr>
        <w:t>odpoledne</w:t>
      </w:r>
      <w:proofErr w:type="spellEnd"/>
      <w:r w:rsidRPr="0082231F">
        <w:rPr>
          <w:rFonts w:cs="Arial"/>
          <w:sz w:val="20"/>
          <w:szCs w:val="20"/>
        </w:rPr>
        <w:t xml:space="preserve"> 2 x </w:t>
      </w:r>
      <w:proofErr w:type="spellStart"/>
      <w:r w:rsidRPr="0082231F">
        <w:rPr>
          <w:rFonts w:cs="Arial"/>
          <w:sz w:val="20"/>
          <w:szCs w:val="20"/>
        </w:rPr>
        <w:t>týdně</w:t>
      </w:r>
      <w:proofErr w:type="spellEnd"/>
      <w:r w:rsidRPr="0082231F">
        <w:rPr>
          <w:rFonts w:cs="Arial"/>
          <w:sz w:val="20"/>
          <w:szCs w:val="20"/>
        </w:rPr>
        <w:t xml:space="preserve"> v English </w:t>
      </w:r>
      <w:proofErr w:type="spellStart"/>
      <w:r w:rsidRPr="0082231F">
        <w:rPr>
          <w:rFonts w:cs="Arial"/>
          <w:sz w:val="20"/>
          <w:szCs w:val="20"/>
        </w:rPr>
        <w:t>clubu</w:t>
      </w:r>
      <w:proofErr w:type="spellEnd"/>
      <w:r w:rsidRPr="0082231F">
        <w:rPr>
          <w:rFonts w:cs="Arial"/>
          <w:sz w:val="20"/>
          <w:szCs w:val="20"/>
        </w:rPr>
        <w:t xml:space="preserve"> s </w:t>
      </w:r>
      <w:proofErr w:type="spellStart"/>
      <w:r w:rsidRPr="0082231F">
        <w:rPr>
          <w:rFonts w:cs="Arial"/>
          <w:sz w:val="20"/>
          <w:szCs w:val="20"/>
        </w:rPr>
        <w:t>rodilou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mluvčí</w:t>
      </w:r>
      <w:proofErr w:type="spellEnd"/>
      <w:r w:rsidR="00EA53B4" w:rsidRPr="0082231F">
        <w:rPr>
          <w:rFonts w:cs="Arial"/>
          <w:sz w:val="20"/>
          <w:szCs w:val="20"/>
        </w:rPr>
        <w:t xml:space="preserve"> (v </w:t>
      </w:r>
      <w:proofErr w:type="spellStart"/>
      <w:r w:rsidR="00EA53B4" w:rsidRPr="0082231F">
        <w:rPr>
          <w:rFonts w:cs="Arial"/>
          <w:sz w:val="20"/>
          <w:szCs w:val="20"/>
        </w:rPr>
        <w:t>pondělí</w:t>
      </w:r>
      <w:proofErr w:type="spellEnd"/>
      <w:r w:rsidR="00EA53B4" w:rsidRPr="0082231F">
        <w:rPr>
          <w:rFonts w:cs="Arial"/>
          <w:sz w:val="20"/>
          <w:szCs w:val="20"/>
        </w:rPr>
        <w:t xml:space="preserve"> a </w:t>
      </w:r>
      <w:proofErr w:type="spellStart"/>
      <w:r w:rsidR="00EA53B4" w:rsidRPr="0082231F">
        <w:rPr>
          <w:rFonts w:cs="Arial"/>
          <w:sz w:val="20"/>
          <w:szCs w:val="20"/>
        </w:rPr>
        <w:t>ve</w:t>
      </w:r>
      <w:proofErr w:type="spellEnd"/>
      <w:r w:rsidR="00EA53B4" w:rsidRPr="0082231F">
        <w:rPr>
          <w:rFonts w:cs="Arial"/>
          <w:sz w:val="20"/>
          <w:szCs w:val="20"/>
        </w:rPr>
        <w:t xml:space="preserve"> </w:t>
      </w:r>
      <w:proofErr w:type="spellStart"/>
      <w:r w:rsidR="00EA53B4" w:rsidRPr="0082231F">
        <w:rPr>
          <w:rFonts w:cs="Arial"/>
          <w:sz w:val="20"/>
          <w:szCs w:val="20"/>
        </w:rPr>
        <w:t>středu</w:t>
      </w:r>
      <w:proofErr w:type="spellEnd"/>
      <w:r w:rsidR="00EA53B4" w:rsidRPr="0082231F">
        <w:rPr>
          <w:rFonts w:cs="Arial"/>
          <w:sz w:val="20"/>
          <w:szCs w:val="20"/>
        </w:rPr>
        <w:t>)</w:t>
      </w:r>
      <w:r w:rsidRPr="0082231F">
        <w:rPr>
          <w:rFonts w:cs="Arial"/>
          <w:sz w:val="20"/>
          <w:szCs w:val="20"/>
        </w:rPr>
        <w:t xml:space="preserve">. </w:t>
      </w:r>
      <w:proofErr w:type="spellStart"/>
      <w:r w:rsidRPr="0082231F">
        <w:rPr>
          <w:rFonts w:cs="Arial"/>
          <w:sz w:val="20"/>
          <w:szCs w:val="20"/>
        </w:rPr>
        <w:t>Starší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věková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skupina</w:t>
      </w:r>
      <w:proofErr w:type="spellEnd"/>
      <w:r w:rsidRPr="0082231F">
        <w:rPr>
          <w:rFonts w:cs="Arial"/>
          <w:sz w:val="20"/>
          <w:szCs w:val="20"/>
        </w:rPr>
        <w:t xml:space="preserve"> se </w:t>
      </w:r>
      <w:proofErr w:type="spellStart"/>
      <w:r w:rsidRPr="0082231F">
        <w:rPr>
          <w:rFonts w:cs="Arial"/>
          <w:sz w:val="20"/>
          <w:szCs w:val="20"/>
        </w:rPr>
        <w:t>učí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angličtinu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každý</w:t>
      </w:r>
      <w:proofErr w:type="spellEnd"/>
      <w:r w:rsidRPr="0082231F">
        <w:rPr>
          <w:rFonts w:cs="Arial"/>
          <w:sz w:val="20"/>
          <w:szCs w:val="20"/>
        </w:rPr>
        <w:t xml:space="preserve"> den do 10,30 hod. </w:t>
      </w:r>
      <w:proofErr w:type="spellStart"/>
      <w:r w:rsidRPr="0082231F">
        <w:rPr>
          <w:rFonts w:cs="Arial"/>
          <w:sz w:val="20"/>
          <w:szCs w:val="20"/>
        </w:rPr>
        <w:t>ve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třídě</w:t>
      </w:r>
      <w:proofErr w:type="spellEnd"/>
      <w:r w:rsidRPr="0082231F">
        <w:rPr>
          <w:rFonts w:cs="Arial"/>
          <w:sz w:val="20"/>
          <w:szCs w:val="20"/>
        </w:rPr>
        <w:t xml:space="preserve"> Frogs s </w:t>
      </w:r>
      <w:proofErr w:type="spellStart"/>
      <w:r w:rsidRPr="0082231F">
        <w:rPr>
          <w:rFonts w:cs="Arial"/>
          <w:sz w:val="20"/>
          <w:szCs w:val="20"/>
        </w:rPr>
        <w:t>kmenovou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paní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učitelkou</w:t>
      </w:r>
      <w:proofErr w:type="spellEnd"/>
      <w:r w:rsidRPr="0082231F">
        <w:rPr>
          <w:rFonts w:cs="Arial"/>
          <w:sz w:val="20"/>
          <w:szCs w:val="20"/>
        </w:rPr>
        <w:t xml:space="preserve">. V </w:t>
      </w:r>
      <w:proofErr w:type="spellStart"/>
      <w:r w:rsidRPr="0082231F">
        <w:rPr>
          <w:rFonts w:cs="Arial"/>
          <w:sz w:val="20"/>
          <w:szCs w:val="20"/>
        </w:rPr>
        <w:t>této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třídě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působí</w:t>
      </w:r>
      <w:proofErr w:type="spellEnd"/>
      <w:r w:rsidRPr="0082231F">
        <w:rPr>
          <w:rFonts w:cs="Arial"/>
          <w:sz w:val="20"/>
          <w:szCs w:val="20"/>
        </w:rPr>
        <w:t xml:space="preserve"> 2 x </w:t>
      </w:r>
      <w:proofErr w:type="spellStart"/>
      <w:r w:rsidRPr="0082231F">
        <w:rPr>
          <w:rFonts w:cs="Arial"/>
          <w:sz w:val="20"/>
          <w:szCs w:val="20"/>
        </w:rPr>
        <w:t>týdně</w:t>
      </w:r>
      <w:proofErr w:type="spellEnd"/>
      <w:r w:rsidR="00EC66F2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rodilá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mluvčí</w:t>
      </w:r>
      <w:proofErr w:type="spellEnd"/>
      <w:r w:rsidRPr="0082231F">
        <w:rPr>
          <w:rFonts w:cs="Arial"/>
          <w:sz w:val="20"/>
          <w:szCs w:val="20"/>
        </w:rPr>
        <w:t xml:space="preserve">. </w:t>
      </w:r>
      <w:proofErr w:type="spellStart"/>
      <w:r w:rsidRPr="0082231F">
        <w:rPr>
          <w:rFonts w:cs="Arial"/>
          <w:sz w:val="20"/>
          <w:szCs w:val="20"/>
        </w:rPr>
        <w:t>Starší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děti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mohou</w:t>
      </w:r>
      <w:proofErr w:type="spellEnd"/>
      <w:r w:rsidRPr="0082231F">
        <w:rPr>
          <w:rFonts w:cs="Arial"/>
          <w:sz w:val="20"/>
          <w:szCs w:val="20"/>
        </w:rPr>
        <w:t xml:space="preserve"> take </w:t>
      </w:r>
      <w:proofErr w:type="spellStart"/>
      <w:r w:rsidRPr="0082231F">
        <w:rPr>
          <w:rFonts w:cs="Arial"/>
          <w:sz w:val="20"/>
          <w:szCs w:val="20"/>
        </w:rPr>
        <w:t>využívat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odpolední</w:t>
      </w:r>
      <w:proofErr w:type="spellEnd"/>
      <w:r w:rsidRPr="0082231F">
        <w:rPr>
          <w:rFonts w:cs="Arial"/>
          <w:sz w:val="20"/>
          <w:szCs w:val="20"/>
        </w:rPr>
        <w:t xml:space="preserve"> English club. </w:t>
      </w:r>
      <w:proofErr w:type="spellStart"/>
      <w:r w:rsidRPr="0082231F">
        <w:rPr>
          <w:rFonts w:cs="Arial"/>
          <w:sz w:val="20"/>
          <w:szCs w:val="20"/>
        </w:rPr>
        <w:t>Všichni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pedagogové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vyučují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angličtinu</w:t>
      </w:r>
      <w:proofErr w:type="spellEnd"/>
      <w:r w:rsidRPr="0082231F">
        <w:rPr>
          <w:rFonts w:cs="Arial"/>
          <w:sz w:val="20"/>
          <w:szCs w:val="20"/>
        </w:rPr>
        <w:t xml:space="preserve"> v MŠ NEMO </w:t>
      </w:r>
      <w:proofErr w:type="spellStart"/>
      <w:r w:rsidRPr="0082231F">
        <w:rPr>
          <w:rFonts w:cs="Arial"/>
          <w:sz w:val="20"/>
          <w:szCs w:val="20"/>
        </w:rPr>
        <w:t>metod</w:t>
      </w:r>
      <w:r w:rsidR="00EC66F2">
        <w:rPr>
          <w:rFonts w:cs="Arial"/>
          <w:sz w:val="20"/>
          <w:szCs w:val="20"/>
        </w:rPr>
        <w:t>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Wattsenglish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ve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které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byli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proškoleni</w:t>
      </w:r>
      <w:proofErr w:type="spellEnd"/>
      <w:r w:rsidRPr="0082231F">
        <w:rPr>
          <w:rFonts w:cs="Arial"/>
          <w:sz w:val="20"/>
          <w:szCs w:val="20"/>
        </w:rPr>
        <w:t>.</w:t>
      </w:r>
    </w:p>
    <w:p w14:paraId="63758AEA" w14:textId="44C8FB59" w:rsidR="00C335E5" w:rsidRPr="0082231F" w:rsidRDefault="00C335E5" w:rsidP="00C335E5">
      <w:pPr>
        <w:rPr>
          <w:rFonts w:cs="Arial"/>
          <w:sz w:val="20"/>
          <w:szCs w:val="20"/>
        </w:rPr>
      </w:pPr>
      <w:r w:rsidRPr="0082231F">
        <w:rPr>
          <w:rFonts w:cs="Arial"/>
          <w:sz w:val="20"/>
          <w:szCs w:val="20"/>
        </w:rPr>
        <w:t xml:space="preserve">ZŠ NEMO se </w:t>
      </w:r>
      <w:proofErr w:type="spellStart"/>
      <w:r w:rsidRPr="0082231F">
        <w:rPr>
          <w:rFonts w:cs="Arial"/>
          <w:sz w:val="20"/>
          <w:szCs w:val="20"/>
        </w:rPr>
        <w:t>profiluje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rozšířenou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výukou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angličtiny</w:t>
      </w:r>
      <w:proofErr w:type="spellEnd"/>
      <w:r w:rsidRPr="0082231F">
        <w:rPr>
          <w:rFonts w:cs="Arial"/>
          <w:sz w:val="20"/>
          <w:szCs w:val="20"/>
        </w:rPr>
        <w:t xml:space="preserve">. V 1. </w:t>
      </w:r>
      <w:proofErr w:type="spellStart"/>
      <w:r w:rsidRPr="0082231F">
        <w:rPr>
          <w:rFonts w:cs="Arial"/>
          <w:sz w:val="20"/>
          <w:szCs w:val="20"/>
        </w:rPr>
        <w:t>třídě</w:t>
      </w:r>
      <w:proofErr w:type="spellEnd"/>
      <w:r w:rsidRPr="0082231F">
        <w:rPr>
          <w:rFonts w:cs="Arial"/>
          <w:sz w:val="20"/>
          <w:szCs w:val="20"/>
        </w:rPr>
        <w:t xml:space="preserve"> je </w:t>
      </w:r>
      <w:proofErr w:type="spellStart"/>
      <w:r w:rsidRPr="0082231F">
        <w:rPr>
          <w:rFonts w:cs="Arial"/>
          <w:sz w:val="20"/>
          <w:szCs w:val="20"/>
        </w:rPr>
        <w:t>výuka</w:t>
      </w:r>
      <w:proofErr w:type="spellEnd"/>
      <w:r w:rsidRPr="0082231F">
        <w:rPr>
          <w:rFonts w:cs="Arial"/>
          <w:sz w:val="20"/>
          <w:szCs w:val="20"/>
        </w:rPr>
        <w:t xml:space="preserve"> AJ </w:t>
      </w:r>
      <w:r w:rsidR="00EA53B4" w:rsidRPr="0082231F">
        <w:rPr>
          <w:rFonts w:cs="Arial"/>
          <w:sz w:val="20"/>
          <w:szCs w:val="20"/>
        </w:rPr>
        <w:t>4</w:t>
      </w:r>
      <w:r w:rsidRPr="0082231F">
        <w:rPr>
          <w:rFonts w:cs="Arial"/>
          <w:sz w:val="20"/>
          <w:szCs w:val="20"/>
        </w:rPr>
        <w:t xml:space="preserve"> x </w:t>
      </w:r>
      <w:proofErr w:type="spellStart"/>
      <w:r w:rsidRPr="0082231F">
        <w:rPr>
          <w:rFonts w:cs="Arial"/>
          <w:sz w:val="20"/>
          <w:szCs w:val="20"/>
        </w:rPr>
        <w:t>týdně</w:t>
      </w:r>
      <w:proofErr w:type="spellEnd"/>
      <w:r w:rsidR="00EA53B4" w:rsidRPr="0082231F">
        <w:rPr>
          <w:rFonts w:cs="Arial"/>
          <w:sz w:val="20"/>
          <w:szCs w:val="20"/>
        </w:rPr>
        <w:t xml:space="preserve">, od 2. </w:t>
      </w:r>
      <w:proofErr w:type="spellStart"/>
      <w:r w:rsidR="00EA53B4" w:rsidRPr="0082231F">
        <w:rPr>
          <w:rFonts w:cs="Arial"/>
          <w:sz w:val="20"/>
          <w:szCs w:val="20"/>
        </w:rPr>
        <w:t>třídy</w:t>
      </w:r>
      <w:proofErr w:type="spellEnd"/>
      <w:r w:rsidR="00EA53B4" w:rsidRPr="0082231F">
        <w:rPr>
          <w:rFonts w:cs="Arial"/>
          <w:sz w:val="20"/>
          <w:szCs w:val="20"/>
        </w:rPr>
        <w:t xml:space="preserve"> </w:t>
      </w:r>
      <w:proofErr w:type="spellStart"/>
      <w:r w:rsidR="00EA53B4" w:rsidRPr="0082231F">
        <w:rPr>
          <w:rFonts w:cs="Arial"/>
          <w:sz w:val="20"/>
          <w:szCs w:val="20"/>
        </w:rPr>
        <w:t>každý</w:t>
      </w:r>
      <w:proofErr w:type="spellEnd"/>
      <w:r w:rsidR="00EA53B4" w:rsidRPr="0082231F">
        <w:rPr>
          <w:rFonts w:cs="Arial"/>
          <w:sz w:val="20"/>
          <w:szCs w:val="20"/>
        </w:rPr>
        <w:t xml:space="preserve"> den. V ZŠ </w:t>
      </w:r>
      <w:proofErr w:type="spellStart"/>
      <w:r w:rsidR="00EA53B4" w:rsidRPr="0082231F">
        <w:rPr>
          <w:rFonts w:cs="Arial"/>
          <w:sz w:val="20"/>
          <w:szCs w:val="20"/>
        </w:rPr>
        <w:t>působí</w:t>
      </w:r>
      <w:proofErr w:type="spellEnd"/>
      <w:r w:rsidR="00EA53B4" w:rsidRPr="0082231F">
        <w:rPr>
          <w:rFonts w:cs="Arial"/>
          <w:sz w:val="20"/>
          <w:szCs w:val="20"/>
        </w:rPr>
        <w:t xml:space="preserve"> take </w:t>
      </w:r>
      <w:proofErr w:type="spellStart"/>
      <w:r w:rsidR="00EA53B4" w:rsidRPr="0082231F">
        <w:rPr>
          <w:rFonts w:cs="Arial"/>
          <w:sz w:val="20"/>
          <w:szCs w:val="20"/>
        </w:rPr>
        <w:t>rodilá</w:t>
      </w:r>
      <w:proofErr w:type="spellEnd"/>
      <w:r w:rsidR="00EA53B4" w:rsidRPr="0082231F">
        <w:rPr>
          <w:rFonts w:cs="Arial"/>
          <w:sz w:val="20"/>
          <w:szCs w:val="20"/>
        </w:rPr>
        <w:t xml:space="preserve"> </w:t>
      </w:r>
      <w:proofErr w:type="spellStart"/>
      <w:r w:rsidR="00EA53B4" w:rsidRPr="0082231F">
        <w:rPr>
          <w:rFonts w:cs="Arial"/>
          <w:sz w:val="20"/>
          <w:szCs w:val="20"/>
        </w:rPr>
        <w:t>mluvčí</w:t>
      </w:r>
      <w:proofErr w:type="spellEnd"/>
      <w:r w:rsidR="00EA53B4" w:rsidRPr="0082231F">
        <w:rPr>
          <w:rFonts w:cs="Arial"/>
          <w:sz w:val="20"/>
          <w:szCs w:val="20"/>
        </w:rPr>
        <w:t xml:space="preserve">, </w:t>
      </w:r>
      <w:proofErr w:type="spellStart"/>
      <w:r w:rsidR="00EA53B4" w:rsidRPr="0082231F">
        <w:rPr>
          <w:rFonts w:cs="Arial"/>
          <w:sz w:val="20"/>
          <w:szCs w:val="20"/>
        </w:rPr>
        <w:t>která</w:t>
      </w:r>
      <w:proofErr w:type="spellEnd"/>
      <w:r w:rsidR="00EA53B4" w:rsidRPr="0082231F">
        <w:rPr>
          <w:rFonts w:cs="Arial"/>
          <w:sz w:val="20"/>
          <w:szCs w:val="20"/>
        </w:rPr>
        <w:t xml:space="preserve"> v </w:t>
      </w:r>
      <w:proofErr w:type="spellStart"/>
      <w:r w:rsidR="00EA53B4" w:rsidRPr="0082231F">
        <w:rPr>
          <w:rFonts w:cs="Arial"/>
          <w:sz w:val="20"/>
          <w:szCs w:val="20"/>
        </w:rPr>
        <w:t>každé</w:t>
      </w:r>
      <w:proofErr w:type="spellEnd"/>
      <w:r w:rsidR="00EA53B4" w:rsidRPr="0082231F">
        <w:rPr>
          <w:rFonts w:cs="Arial"/>
          <w:sz w:val="20"/>
          <w:szCs w:val="20"/>
        </w:rPr>
        <w:t xml:space="preserve"> </w:t>
      </w:r>
      <w:proofErr w:type="spellStart"/>
      <w:r w:rsidR="00EA53B4" w:rsidRPr="0082231F">
        <w:rPr>
          <w:rFonts w:cs="Arial"/>
          <w:sz w:val="20"/>
          <w:szCs w:val="20"/>
        </w:rPr>
        <w:t>třídě</w:t>
      </w:r>
      <w:proofErr w:type="spellEnd"/>
      <w:r w:rsidR="00EA53B4" w:rsidRPr="0082231F">
        <w:rPr>
          <w:rFonts w:cs="Arial"/>
          <w:sz w:val="20"/>
          <w:szCs w:val="20"/>
        </w:rPr>
        <w:t xml:space="preserve"> </w:t>
      </w:r>
      <w:proofErr w:type="spellStart"/>
      <w:r w:rsidR="00EA53B4" w:rsidRPr="0082231F">
        <w:rPr>
          <w:rFonts w:cs="Arial"/>
          <w:sz w:val="20"/>
          <w:szCs w:val="20"/>
        </w:rPr>
        <w:t>vyučuje</w:t>
      </w:r>
      <w:proofErr w:type="spellEnd"/>
      <w:r w:rsidR="00EA53B4" w:rsidRPr="0082231F">
        <w:rPr>
          <w:rFonts w:cs="Arial"/>
          <w:sz w:val="20"/>
          <w:szCs w:val="20"/>
        </w:rPr>
        <w:t xml:space="preserve"> </w:t>
      </w:r>
      <w:proofErr w:type="spellStart"/>
      <w:r w:rsidR="00EA53B4" w:rsidRPr="0082231F">
        <w:rPr>
          <w:rFonts w:cs="Arial"/>
          <w:sz w:val="20"/>
          <w:szCs w:val="20"/>
        </w:rPr>
        <w:t>konverzaci</w:t>
      </w:r>
      <w:proofErr w:type="spellEnd"/>
      <w:r w:rsidR="00EA53B4" w:rsidRPr="0082231F">
        <w:rPr>
          <w:rFonts w:cs="Arial"/>
          <w:sz w:val="20"/>
          <w:szCs w:val="20"/>
        </w:rPr>
        <w:t xml:space="preserve"> </w:t>
      </w:r>
      <w:proofErr w:type="spellStart"/>
      <w:r w:rsidR="00EA53B4" w:rsidRPr="0082231F">
        <w:rPr>
          <w:rFonts w:cs="Arial"/>
          <w:sz w:val="20"/>
          <w:szCs w:val="20"/>
        </w:rPr>
        <w:t>minimálně</w:t>
      </w:r>
      <w:proofErr w:type="spellEnd"/>
      <w:r w:rsidR="00EA53B4" w:rsidRPr="0082231F">
        <w:rPr>
          <w:rFonts w:cs="Arial"/>
          <w:sz w:val="20"/>
          <w:szCs w:val="20"/>
        </w:rPr>
        <w:t xml:space="preserve"> 2 x </w:t>
      </w:r>
      <w:proofErr w:type="spellStart"/>
      <w:r w:rsidR="00EA53B4" w:rsidRPr="0082231F">
        <w:rPr>
          <w:rFonts w:cs="Arial"/>
          <w:sz w:val="20"/>
          <w:szCs w:val="20"/>
        </w:rPr>
        <w:t>týdně</w:t>
      </w:r>
      <w:proofErr w:type="spellEnd"/>
      <w:r w:rsidR="00EA53B4" w:rsidRPr="0082231F">
        <w:rPr>
          <w:rFonts w:cs="Arial"/>
          <w:sz w:val="20"/>
          <w:szCs w:val="20"/>
        </w:rPr>
        <w:t xml:space="preserve"> a k </w:t>
      </w:r>
      <w:proofErr w:type="spellStart"/>
      <w:r w:rsidR="00EA53B4" w:rsidRPr="0082231F">
        <w:rPr>
          <w:rFonts w:cs="Arial"/>
          <w:sz w:val="20"/>
          <w:szCs w:val="20"/>
        </w:rPr>
        <w:t>tomu</w:t>
      </w:r>
      <w:proofErr w:type="spellEnd"/>
      <w:r w:rsidR="00EA53B4" w:rsidRPr="0082231F">
        <w:rPr>
          <w:rFonts w:cs="Arial"/>
          <w:sz w:val="20"/>
          <w:szCs w:val="20"/>
        </w:rPr>
        <w:t xml:space="preserve"> 2 x </w:t>
      </w:r>
      <w:proofErr w:type="spellStart"/>
      <w:r w:rsidR="00EA53B4" w:rsidRPr="0082231F">
        <w:rPr>
          <w:rFonts w:cs="Arial"/>
          <w:sz w:val="20"/>
          <w:szCs w:val="20"/>
        </w:rPr>
        <w:t>týdně</w:t>
      </w:r>
      <w:proofErr w:type="spellEnd"/>
      <w:r w:rsidR="00EA53B4" w:rsidRPr="0082231F">
        <w:rPr>
          <w:rFonts w:cs="Arial"/>
          <w:sz w:val="20"/>
          <w:szCs w:val="20"/>
        </w:rPr>
        <w:t xml:space="preserve"> </w:t>
      </w:r>
      <w:proofErr w:type="spellStart"/>
      <w:r w:rsidR="00EA53B4" w:rsidRPr="0082231F">
        <w:rPr>
          <w:rFonts w:cs="Arial"/>
          <w:sz w:val="20"/>
          <w:szCs w:val="20"/>
        </w:rPr>
        <w:t>odpolední</w:t>
      </w:r>
      <w:proofErr w:type="spellEnd"/>
      <w:r w:rsidR="00EA53B4" w:rsidRPr="0082231F">
        <w:rPr>
          <w:rFonts w:cs="Arial"/>
          <w:sz w:val="20"/>
          <w:szCs w:val="20"/>
        </w:rPr>
        <w:t xml:space="preserve"> English club, </w:t>
      </w:r>
      <w:proofErr w:type="spellStart"/>
      <w:r w:rsidR="00EA53B4" w:rsidRPr="0082231F">
        <w:rPr>
          <w:rFonts w:cs="Arial"/>
          <w:sz w:val="20"/>
          <w:szCs w:val="20"/>
        </w:rPr>
        <w:t>kde</w:t>
      </w:r>
      <w:proofErr w:type="spellEnd"/>
      <w:r w:rsidR="00EA53B4" w:rsidRPr="0082231F">
        <w:rPr>
          <w:rFonts w:cs="Arial"/>
          <w:sz w:val="20"/>
          <w:szCs w:val="20"/>
        </w:rPr>
        <w:t xml:space="preserve"> </w:t>
      </w:r>
      <w:proofErr w:type="spellStart"/>
      <w:r w:rsidR="00EA53B4" w:rsidRPr="0082231F">
        <w:rPr>
          <w:rFonts w:cs="Arial"/>
          <w:sz w:val="20"/>
          <w:szCs w:val="20"/>
        </w:rPr>
        <w:t>jsou</w:t>
      </w:r>
      <w:proofErr w:type="spellEnd"/>
      <w:r w:rsidR="00EA53B4" w:rsidRPr="0082231F">
        <w:rPr>
          <w:rFonts w:cs="Arial"/>
          <w:sz w:val="20"/>
          <w:szCs w:val="20"/>
        </w:rPr>
        <w:t xml:space="preserve"> </w:t>
      </w:r>
      <w:proofErr w:type="spellStart"/>
      <w:r w:rsidR="00EA53B4" w:rsidRPr="0082231F">
        <w:rPr>
          <w:rFonts w:cs="Arial"/>
          <w:sz w:val="20"/>
          <w:szCs w:val="20"/>
        </w:rPr>
        <w:t>žáci</w:t>
      </w:r>
      <w:proofErr w:type="spellEnd"/>
      <w:r w:rsidR="00EA53B4" w:rsidRPr="0082231F">
        <w:rPr>
          <w:rFonts w:cs="Arial"/>
          <w:sz w:val="20"/>
          <w:szCs w:val="20"/>
        </w:rPr>
        <w:t xml:space="preserve"> </w:t>
      </w:r>
      <w:proofErr w:type="spellStart"/>
      <w:r w:rsidR="00EA53B4" w:rsidRPr="0082231F">
        <w:rPr>
          <w:rFonts w:cs="Arial"/>
          <w:sz w:val="20"/>
          <w:szCs w:val="20"/>
        </w:rPr>
        <w:t>rozřazeni</w:t>
      </w:r>
      <w:proofErr w:type="spellEnd"/>
      <w:r w:rsidR="00EA53B4" w:rsidRPr="0082231F">
        <w:rPr>
          <w:rFonts w:cs="Arial"/>
          <w:sz w:val="20"/>
          <w:szCs w:val="20"/>
        </w:rPr>
        <w:t xml:space="preserve"> </w:t>
      </w:r>
      <w:proofErr w:type="spellStart"/>
      <w:r w:rsidR="00EA53B4" w:rsidRPr="0082231F">
        <w:rPr>
          <w:rFonts w:cs="Arial"/>
          <w:sz w:val="20"/>
          <w:szCs w:val="20"/>
        </w:rPr>
        <w:t>podle</w:t>
      </w:r>
      <w:proofErr w:type="spellEnd"/>
      <w:r w:rsidR="00EA53B4" w:rsidRPr="0082231F">
        <w:rPr>
          <w:rFonts w:cs="Arial"/>
          <w:sz w:val="20"/>
          <w:szCs w:val="20"/>
        </w:rPr>
        <w:t xml:space="preserve"> </w:t>
      </w:r>
      <w:proofErr w:type="spellStart"/>
      <w:r w:rsidR="00EA53B4" w:rsidRPr="0082231F">
        <w:rPr>
          <w:rFonts w:cs="Arial"/>
          <w:sz w:val="20"/>
          <w:szCs w:val="20"/>
        </w:rPr>
        <w:t>úrovně</w:t>
      </w:r>
      <w:proofErr w:type="spellEnd"/>
      <w:r w:rsidR="00EA53B4" w:rsidRPr="0082231F">
        <w:rPr>
          <w:rFonts w:cs="Arial"/>
          <w:sz w:val="20"/>
          <w:szCs w:val="20"/>
        </w:rPr>
        <w:t xml:space="preserve"> </w:t>
      </w:r>
      <w:proofErr w:type="spellStart"/>
      <w:r w:rsidR="00EA53B4" w:rsidRPr="0082231F">
        <w:rPr>
          <w:rFonts w:cs="Arial"/>
          <w:sz w:val="20"/>
          <w:szCs w:val="20"/>
        </w:rPr>
        <w:t>angličtiny</w:t>
      </w:r>
      <w:proofErr w:type="spellEnd"/>
      <w:r w:rsidR="00EA53B4" w:rsidRPr="0082231F">
        <w:rPr>
          <w:rFonts w:cs="Arial"/>
          <w:sz w:val="20"/>
          <w:szCs w:val="20"/>
        </w:rPr>
        <w:t xml:space="preserve"> (v </w:t>
      </w:r>
      <w:proofErr w:type="spellStart"/>
      <w:r w:rsidR="00EA53B4" w:rsidRPr="0082231F">
        <w:rPr>
          <w:rFonts w:cs="Arial"/>
          <w:sz w:val="20"/>
          <w:szCs w:val="20"/>
        </w:rPr>
        <w:t>úterý</w:t>
      </w:r>
      <w:proofErr w:type="spellEnd"/>
      <w:r w:rsidR="00EA53B4" w:rsidRPr="0082231F">
        <w:rPr>
          <w:rFonts w:cs="Arial"/>
          <w:sz w:val="20"/>
          <w:szCs w:val="20"/>
        </w:rPr>
        <w:t xml:space="preserve"> a </w:t>
      </w:r>
      <w:proofErr w:type="spellStart"/>
      <w:r w:rsidR="00EA53B4" w:rsidRPr="0082231F">
        <w:rPr>
          <w:rFonts w:cs="Arial"/>
          <w:sz w:val="20"/>
          <w:szCs w:val="20"/>
        </w:rPr>
        <w:t>ve</w:t>
      </w:r>
      <w:proofErr w:type="spellEnd"/>
      <w:r w:rsidR="00EA53B4" w:rsidRPr="0082231F">
        <w:rPr>
          <w:rFonts w:cs="Arial"/>
          <w:sz w:val="20"/>
          <w:szCs w:val="20"/>
        </w:rPr>
        <w:t xml:space="preserve"> </w:t>
      </w:r>
      <w:proofErr w:type="spellStart"/>
      <w:r w:rsidR="00EA53B4" w:rsidRPr="0082231F">
        <w:rPr>
          <w:rFonts w:cs="Arial"/>
          <w:sz w:val="20"/>
          <w:szCs w:val="20"/>
        </w:rPr>
        <w:t>čtvrtek</w:t>
      </w:r>
      <w:proofErr w:type="spellEnd"/>
      <w:r w:rsidR="00EA53B4" w:rsidRPr="0082231F">
        <w:rPr>
          <w:rFonts w:cs="Arial"/>
          <w:sz w:val="20"/>
          <w:szCs w:val="20"/>
        </w:rPr>
        <w:t xml:space="preserve">). </w:t>
      </w:r>
    </w:p>
    <w:p w14:paraId="2F5F23B4" w14:textId="01037371" w:rsidR="00EA53B4" w:rsidRPr="0082231F" w:rsidRDefault="00EA53B4" w:rsidP="00C335E5">
      <w:pPr>
        <w:rPr>
          <w:rFonts w:cs="Arial"/>
          <w:sz w:val="20"/>
          <w:szCs w:val="20"/>
        </w:rPr>
      </w:pPr>
      <w:proofErr w:type="spellStart"/>
      <w:r w:rsidRPr="0082231F">
        <w:rPr>
          <w:rFonts w:cs="Arial"/>
          <w:sz w:val="20"/>
          <w:szCs w:val="20"/>
        </w:rPr>
        <w:t>Znalost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angličtiny</w:t>
      </w:r>
      <w:proofErr w:type="spellEnd"/>
      <w:r w:rsidRPr="0082231F">
        <w:rPr>
          <w:rFonts w:cs="Arial"/>
          <w:sz w:val="20"/>
          <w:szCs w:val="20"/>
        </w:rPr>
        <w:t xml:space="preserve"> je </w:t>
      </w:r>
      <w:proofErr w:type="spellStart"/>
      <w:r w:rsidRPr="0082231F">
        <w:rPr>
          <w:rFonts w:cs="Arial"/>
          <w:sz w:val="20"/>
          <w:szCs w:val="20"/>
        </w:rPr>
        <w:t>každoročně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ověřována</w:t>
      </w:r>
      <w:proofErr w:type="spellEnd"/>
      <w:r w:rsidRPr="0082231F">
        <w:rPr>
          <w:rFonts w:cs="Arial"/>
          <w:sz w:val="20"/>
          <w:szCs w:val="20"/>
        </w:rPr>
        <w:t xml:space="preserve"> SCIO testy pro 3. </w:t>
      </w:r>
      <w:r w:rsidR="007D0C48">
        <w:rPr>
          <w:rFonts w:cs="Arial"/>
          <w:sz w:val="20"/>
          <w:szCs w:val="20"/>
        </w:rPr>
        <w:t>a</w:t>
      </w:r>
      <w:r w:rsidRPr="0082231F">
        <w:rPr>
          <w:rFonts w:cs="Arial"/>
          <w:sz w:val="20"/>
          <w:szCs w:val="20"/>
        </w:rPr>
        <w:t xml:space="preserve"> 5. </w:t>
      </w:r>
      <w:proofErr w:type="spellStart"/>
      <w:r w:rsidR="00D13298" w:rsidRPr="0082231F">
        <w:rPr>
          <w:rFonts w:cs="Arial"/>
          <w:sz w:val="20"/>
          <w:szCs w:val="20"/>
        </w:rPr>
        <w:t>r</w:t>
      </w:r>
      <w:r w:rsidRPr="0082231F">
        <w:rPr>
          <w:rFonts w:cs="Arial"/>
          <w:sz w:val="20"/>
          <w:szCs w:val="20"/>
        </w:rPr>
        <w:t>očník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kde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průměrně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naši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žáci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r w:rsidR="00D13298" w:rsidRPr="0082231F">
        <w:rPr>
          <w:rFonts w:cs="Arial"/>
          <w:sz w:val="20"/>
          <w:szCs w:val="20"/>
        </w:rPr>
        <w:t>5.</w:t>
      </w:r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ročníku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dosahují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úrovně</w:t>
      </w:r>
      <w:proofErr w:type="spellEnd"/>
      <w:r w:rsidRPr="0082231F">
        <w:rPr>
          <w:rFonts w:cs="Arial"/>
          <w:sz w:val="20"/>
          <w:szCs w:val="20"/>
        </w:rPr>
        <w:t xml:space="preserve"> A2-B1, B2. A2 je </w:t>
      </w:r>
      <w:proofErr w:type="spellStart"/>
      <w:r w:rsidRPr="0082231F">
        <w:rPr>
          <w:rFonts w:cs="Arial"/>
          <w:sz w:val="20"/>
          <w:szCs w:val="20"/>
        </w:rPr>
        <w:t>přitom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požadovaná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úroveň</w:t>
      </w:r>
      <w:proofErr w:type="spellEnd"/>
      <w:r w:rsidRPr="0082231F">
        <w:rPr>
          <w:rFonts w:cs="Arial"/>
          <w:sz w:val="20"/>
          <w:szCs w:val="20"/>
        </w:rPr>
        <w:t xml:space="preserve"> pro </w:t>
      </w:r>
      <w:proofErr w:type="spellStart"/>
      <w:r w:rsidRPr="0082231F">
        <w:rPr>
          <w:rFonts w:cs="Arial"/>
          <w:sz w:val="20"/>
          <w:szCs w:val="20"/>
        </w:rPr>
        <w:t>žáky</w:t>
      </w:r>
      <w:proofErr w:type="spellEnd"/>
      <w:r w:rsidRPr="0082231F">
        <w:rPr>
          <w:rFonts w:cs="Arial"/>
          <w:sz w:val="20"/>
          <w:szCs w:val="20"/>
        </w:rPr>
        <w:t xml:space="preserve"> 9. </w:t>
      </w:r>
      <w:proofErr w:type="spellStart"/>
      <w:r w:rsidRPr="0082231F">
        <w:rPr>
          <w:rFonts w:cs="Arial"/>
          <w:sz w:val="20"/>
          <w:szCs w:val="20"/>
        </w:rPr>
        <w:t>ročníku</w:t>
      </w:r>
      <w:proofErr w:type="spellEnd"/>
      <w:r w:rsidRPr="0082231F">
        <w:rPr>
          <w:rFonts w:cs="Arial"/>
          <w:sz w:val="20"/>
          <w:szCs w:val="20"/>
        </w:rPr>
        <w:t>.</w:t>
      </w:r>
    </w:p>
    <w:p w14:paraId="6FE96B0F" w14:textId="77777777" w:rsidR="00EA53B4" w:rsidRPr="0082231F" w:rsidRDefault="00EA53B4" w:rsidP="00C335E5">
      <w:pPr>
        <w:rPr>
          <w:rFonts w:cs="Arial"/>
          <w:sz w:val="20"/>
          <w:szCs w:val="20"/>
        </w:rPr>
      </w:pPr>
      <w:proofErr w:type="spellStart"/>
      <w:r w:rsidRPr="0082231F">
        <w:rPr>
          <w:rFonts w:cs="Arial"/>
          <w:sz w:val="20"/>
          <w:szCs w:val="20"/>
        </w:rPr>
        <w:t>Naše</w:t>
      </w:r>
      <w:proofErr w:type="spellEnd"/>
      <w:r w:rsidRPr="0082231F">
        <w:rPr>
          <w:rFonts w:cs="Arial"/>
          <w:sz w:val="20"/>
          <w:szCs w:val="20"/>
        </w:rPr>
        <w:t xml:space="preserve"> ZŠ se </w:t>
      </w:r>
      <w:proofErr w:type="spellStart"/>
      <w:r w:rsidRPr="0082231F">
        <w:rPr>
          <w:rFonts w:cs="Arial"/>
          <w:sz w:val="20"/>
          <w:szCs w:val="20"/>
        </w:rPr>
        <w:t>každoročně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účasní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soutěže</w:t>
      </w:r>
      <w:proofErr w:type="spellEnd"/>
      <w:r w:rsidRPr="0082231F">
        <w:rPr>
          <w:rFonts w:cs="Arial"/>
          <w:sz w:val="20"/>
          <w:szCs w:val="20"/>
        </w:rPr>
        <w:t xml:space="preserve"> English star, </w:t>
      </w:r>
      <w:proofErr w:type="spellStart"/>
      <w:r w:rsidRPr="0082231F">
        <w:rPr>
          <w:rFonts w:cs="Arial"/>
          <w:sz w:val="20"/>
          <w:szCs w:val="20"/>
        </w:rPr>
        <w:t>kde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mohou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žáci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ověřit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dosaženou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úroveň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angličtiny</w:t>
      </w:r>
      <w:proofErr w:type="spellEnd"/>
      <w:r w:rsidRPr="0082231F">
        <w:rPr>
          <w:rFonts w:cs="Arial"/>
          <w:sz w:val="20"/>
          <w:szCs w:val="20"/>
        </w:rPr>
        <w:t xml:space="preserve"> v </w:t>
      </w:r>
      <w:proofErr w:type="spellStart"/>
      <w:r w:rsidRPr="0082231F">
        <w:rPr>
          <w:rFonts w:cs="Arial"/>
          <w:sz w:val="20"/>
          <w:szCs w:val="20"/>
        </w:rPr>
        <w:t>různých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kategoriích</w:t>
      </w:r>
      <w:proofErr w:type="spellEnd"/>
      <w:r w:rsidRPr="0082231F">
        <w:rPr>
          <w:rFonts w:cs="Arial"/>
          <w:sz w:val="20"/>
          <w:szCs w:val="20"/>
        </w:rPr>
        <w:t xml:space="preserve"> a </w:t>
      </w:r>
      <w:proofErr w:type="spellStart"/>
      <w:r w:rsidRPr="0082231F">
        <w:rPr>
          <w:rFonts w:cs="Arial"/>
          <w:sz w:val="20"/>
          <w:szCs w:val="20"/>
        </w:rPr>
        <w:t>získat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ceny</w:t>
      </w:r>
      <w:proofErr w:type="spellEnd"/>
      <w:r w:rsidRPr="0082231F">
        <w:rPr>
          <w:rFonts w:cs="Arial"/>
          <w:sz w:val="20"/>
          <w:szCs w:val="20"/>
        </w:rPr>
        <w:t xml:space="preserve">. Je to </w:t>
      </w:r>
      <w:proofErr w:type="spellStart"/>
      <w:r w:rsidRPr="0082231F">
        <w:rPr>
          <w:rFonts w:cs="Arial"/>
          <w:sz w:val="20"/>
          <w:szCs w:val="20"/>
        </w:rPr>
        <w:t>jeden</w:t>
      </w:r>
      <w:proofErr w:type="spellEnd"/>
      <w:r w:rsidRPr="0082231F">
        <w:rPr>
          <w:rFonts w:cs="Arial"/>
          <w:sz w:val="20"/>
          <w:szCs w:val="20"/>
        </w:rPr>
        <w:t xml:space="preserve"> z </w:t>
      </w:r>
      <w:proofErr w:type="spellStart"/>
      <w:r w:rsidRPr="0082231F">
        <w:rPr>
          <w:rFonts w:cs="Arial"/>
          <w:sz w:val="20"/>
          <w:szCs w:val="20"/>
        </w:rPr>
        <w:t>motivačních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prvků</w:t>
      </w:r>
      <w:proofErr w:type="spellEnd"/>
      <w:r w:rsidRPr="0082231F">
        <w:rPr>
          <w:rFonts w:cs="Arial"/>
          <w:sz w:val="20"/>
          <w:szCs w:val="20"/>
        </w:rPr>
        <w:t xml:space="preserve">. </w:t>
      </w:r>
      <w:proofErr w:type="spellStart"/>
      <w:r w:rsidRPr="0082231F">
        <w:rPr>
          <w:rFonts w:cs="Arial"/>
          <w:sz w:val="20"/>
          <w:szCs w:val="20"/>
        </w:rPr>
        <w:t>Dalšími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jsou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návštěvy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anglických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divadel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např</w:t>
      </w:r>
      <w:proofErr w:type="spellEnd"/>
      <w:r w:rsidRPr="0082231F">
        <w:rPr>
          <w:rFonts w:cs="Arial"/>
          <w:sz w:val="20"/>
          <w:szCs w:val="20"/>
        </w:rPr>
        <w:t xml:space="preserve">. Cricket and Snail </w:t>
      </w:r>
      <w:proofErr w:type="spellStart"/>
      <w:r w:rsidRPr="0082231F">
        <w:rPr>
          <w:rFonts w:cs="Arial"/>
          <w:sz w:val="20"/>
          <w:szCs w:val="20"/>
        </w:rPr>
        <w:t>nebo</w:t>
      </w:r>
      <w:proofErr w:type="spellEnd"/>
      <w:r w:rsidRPr="0082231F">
        <w:rPr>
          <w:rFonts w:cs="Arial"/>
          <w:sz w:val="20"/>
          <w:szCs w:val="20"/>
        </w:rPr>
        <w:t xml:space="preserve"> The Bear Theatre. </w:t>
      </w:r>
    </w:p>
    <w:p w14:paraId="68BD00E7" w14:textId="77777777" w:rsidR="006F1006" w:rsidRPr="0082231F" w:rsidRDefault="006F1006" w:rsidP="006F1006">
      <w:pPr>
        <w:spacing w:after="60"/>
        <w:ind w:left="280"/>
        <w:rPr>
          <w:rStyle w:val="Doplnit"/>
          <w:rFonts w:cs="Arial"/>
          <w:i w:val="0"/>
          <w:color w:val="243746"/>
          <w:sz w:val="20"/>
          <w:szCs w:val="20"/>
          <w:shd w:val="clear" w:color="auto" w:fill="auto"/>
        </w:rPr>
      </w:pPr>
    </w:p>
    <w:p w14:paraId="35D891D5" w14:textId="77777777" w:rsidR="004F2747" w:rsidRPr="0082231F" w:rsidRDefault="006F1006" w:rsidP="006F1006">
      <w:pPr>
        <w:pStyle w:val="Nadpis2"/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</w:pPr>
      <w:r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 xml:space="preserve">3.2 </w:t>
      </w:r>
      <w:proofErr w:type="spellStart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>Individualizace</w:t>
      </w:r>
      <w:proofErr w:type="spellEnd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 xml:space="preserve">, </w:t>
      </w:r>
      <w:proofErr w:type="spellStart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>diferenciace</w:t>
      </w:r>
      <w:proofErr w:type="spellEnd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 xml:space="preserve"> a </w:t>
      </w:r>
      <w:proofErr w:type="spellStart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>společné</w:t>
      </w:r>
      <w:proofErr w:type="spellEnd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 xml:space="preserve"> </w:t>
      </w:r>
      <w:proofErr w:type="spellStart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>vzdělávání</w:t>
      </w:r>
      <w:proofErr w:type="spellEnd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 xml:space="preserve">: </w:t>
      </w:r>
    </w:p>
    <w:p w14:paraId="505F7224" w14:textId="63FA2473" w:rsidR="006E5BFF" w:rsidRPr="0082231F" w:rsidRDefault="00EE4851" w:rsidP="006E5BFF">
      <w:pPr>
        <w:rPr>
          <w:rFonts w:cs="Arial"/>
          <w:sz w:val="20"/>
          <w:szCs w:val="20"/>
        </w:rPr>
      </w:pPr>
      <w:proofErr w:type="spellStart"/>
      <w:r w:rsidRPr="0082231F">
        <w:rPr>
          <w:rFonts w:cs="Arial"/>
          <w:sz w:val="20"/>
          <w:szCs w:val="20"/>
        </w:rPr>
        <w:t>Naše</w:t>
      </w:r>
      <w:proofErr w:type="spellEnd"/>
      <w:r w:rsidRPr="0082231F">
        <w:rPr>
          <w:rFonts w:cs="Arial"/>
          <w:sz w:val="20"/>
          <w:szCs w:val="20"/>
        </w:rPr>
        <w:t xml:space="preserve"> MŠ a ZŠ </w:t>
      </w:r>
      <w:proofErr w:type="spellStart"/>
      <w:r w:rsidRPr="0082231F">
        <w:rPr>
          <w:rFonts w:cs="Arial"/>
          <w:sz w:val="20"/>
          <w:szCs w:val="20"/>
        </w:rPr>
        <w:t>si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zakládá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na</w:t>
      </w:r>
      <w:proofErr w:type="spellEnd"/>
      <w:r w:rsidRPr="0082231F">
        <w:rPr>
          <w:rFonts w:cs="Arial"/>
          <w:sz w:val="20"/>
          <w:szCs w:val="20"/>
        </w:rPr>
        <w:t xml:space="preserve"> tom, </w:t>
      </w:r>
      <w:proofErr w:type="spellStart"/>
      <w:r w:rsidRPr="0082231F">
        <w:rPr>
          <w:rFonts w:cs="Arial"/>
          <w:sz w:val="20"/>
          <w:szCs w:val="20"/>
        </w:rPr>
        <w:t>že</w:t>
      </w:r>
      <w:proofErr w:type="spellEnd"/>
      <w:r w:rsidRPr="0082231F">
        <w:rPr>
          <w:rFonts w:cs="Arial"/>
          <w:sz w:val="20"/>
          <w:szCs w:val="20"/>
        </w:rPr>
        <w:t xml:space="preserve"> je </w:t>
      </w:r>
      <w:proofErr w:type="spellStart"/>
      <w:r w:rsidRPr="0082231F">
        <w:rPr>
          <w:rFonts w:cs="Arial"/>
          <w:sz w:val="20"/>
          <w:szCs w:val="20"/>
        </w:rPr>
        <w:t>zde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rodinná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atmosféra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tedy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individuální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přístup</w:t>
      </w:r>
      <w:proofErr w:type="spellEnd"/>
      <w:r w:rsidRPr="0082231F">
        <w:rPr>
          <w:rFonts w:cs="Arial"/>
          <w:sz w:val="20"/>
          <w:szCs w:val="20"/>
        </w:rPr>
        <w:t xml:space="preserve"> k </w:t>
      </w:r>
      <w:proofErr w:type="spellStart"/>
      <w:r w:rsidRPr="0082231F">
        <w:rPr>
          <w:rFonts w:cs="Arial"/>
          <w:sz w:val="20"/>
          <w:szCs w:val="20"/>
        </w:rPr>
        <w:t>rodinám</w:t>
      </w:r>
      <w:proofErr w:type="spellEnd"/>
      <w:r w:rsidRPr="0082231F">
        <w:rPr>
          <w:rFonts w:cs="Arial"/>
          <w:sz w:val="20"/>
          <w:szCs w:val="20"/>
        </w:rPr>
        <w:t xml:space="preserve">. </w:t>
      </w:r>
      <w:proofErr w:type="spellStart"/>
      <w:r w:rsidRPr="0082231F">
        <w:rPr>
          <w:rFonts w:cs="Arial"/>
          <w:sz w:val="20"/>
          <w:szCs w:val="20"/>
        </w:rPr>
        <w:t>Naší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školu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navštěvují</w:t>
      </w:r>
      <w:proofErr w:type="spellEnd"/>
      <w:r w:rsidRPr="0082231F">
        <w:rPr>
          <w:rFonts w:cs="Arial"/>
          <w:sz w:val="20"/>
          <w:szCs w:val="20"/>
        </w:rPr>
        <w:t xml:space="preserve"> jak </w:t>
      </w:r>
      <w:proofErr w:type="spellStart"/>
      <w:r w:rsidRPr="0082231F">
        <w:rPr>
          <w:rFonts w:cs="Arial"/>
          <w:sz w:val="20"/>
          <w:szCs w:val="20"/>
        </w:rPr>
        <w:t>děti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nadané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tak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děti</w:t>
      </w:r>
      <w:proofErr w:type="spellEnd"/>
      <w:r w:rsidRPr="0082231F">
        <w:rPr>
          <w:rFonts w:cs="Arial"/>
          <w:sz w:val="20"/>
          <w:szCs w:val="20"/>
        </w:rPr>
        <w:t xml:space="preserve"> s </w:t>
      </w:r>
      <w:proofErr w:type="spellStart"/>
      <w:r w:rsidRPr="0082231F">
        <w:rPr>
          <w:rFonts w:cs="Arial"/>
          <w:sz w:val="20"/>
          <w:szCs w:val="20"/>
        </w:rPr>
        <w:t>různými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handicapy</w:t>
      </w:r>
      <w:proofErr w:type="spellEnd"/>
      <w:r w:rsidRPr="0082231F">
        <w:rPr>
          <w:rFonts w:cs="Arial"/>
          <w:sz w:val="20"/>
          <w:szCs w:val="20"/>
        </w:rPr>
        <w:t xml:space="preserve">. </w:t>
      </w:r>
      <w:r w:rsidR="00647894" w:rsidRPr="0082231F">
        <w:rPr>
          <w:rFonts w:cs="Arial"/>
          <w:sz w:val="20"/>
          <w:szCs w:val="20"/>
        </w:rPr>
        <w:t>MŠ a ZŠ NEMO</w:t>
      </w:r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úzce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spolupracuje</w:t>
      </w:r>
      <w:proofErr w:type="spellEnd"/>
      <w:r w:rsidRPr="0082231F">
        <w:rPr>
          <w:rFonts w:cs="Arial"/>
          <w:sz w:val="20"/>
          <w:szCs w:val="20"/>
        </w:rPr>
        <w:t xml:space="preserve"> s </w:t>
      </w:r>
      <w:proofErr w:type="spellStart"/>
      <w:r w:rsidRPr="0082231F">
        <w:rPr>
          <w:rFonts w:cs="Arial"/>
          <w:sz w:val="20"/>
          <w:szCs w:val="20"/>
        </w:rPr>
        <w:t>odborníky</w:t>
      </w:r>
      <w:proofErr w:type="spellEnd"/>
      <w:r w:rsidRPr="0082231F">
        <w:rPr>
          <w:rFonts w:cs="Arial"/>
          <w:sz w:val="20"/>
          <w:szCs w:val="20"/>
        </w:rPr>
        <w:t xml:space="preserve"> z PPP, SPC, </w:t>
      </w:r>
      <w:proofErr w:type="spellStart"/>
      <w:r w:rsidRPr="0082231F">
        <w:rPr>
          <w:rFonts w:cs="Arial"/>
          <w:sz w:val="20"/>
          <w:szCs w:val="20"/>
        </w:rPr>
        <w:t>klinickými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logopedy</w:t>
      </w:r>
      <w:proofErr w:type="spellEnd"/>
      <w:r w:rsidRPr="0082231F">
        <w:rPr>
          <w:rFonts w:cs="Arial"/>
          <w:sz w:val="20"/>
          <w:szCs w:val="20"/>
        </w:rPr>
        <w:t xml:space="preserve">, psychology </w:t>
      </w:r>
      <w:proofErr w:type="spellStart"/>
      <w:r w:rsidRPr="0082231F">
        <w:rPr>
          <w:rFonts w:cs="Arial"/>
          <w:sz w:val="20"/>
          <w:szCs w:val="20"/>
        </w:rPr>
        <w:t>atd</w:t>
      </w:r>
      <w:proofErr w:type="spellEnd"/>
      <w:r w:rsidRPr="0082231F">
        <w:rPr>
          <w:rFonts w:cs="Arial"/>
          <w:sz w:val="20"/>
          <w:szCs w:val="20"/>
        </w:rPr>
        <w:t xml:space="preserve">. </w:t>
      </w:r>
      <w:proofErr w:type="spellStart"/>
      <w:r w:rsidRPr="0082231F">
        <w:rPr>
          <w:rFonts w:cs="Arial"/>
          <w:sz w:val="20"/>
          <w:szCs w:val="20"/>
        </w:rPr>
        <w:t>Poradenské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zařízení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naší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školy</w:t>
      </w:r>
      <w:proofErr w:type="spellEnd"/>
      <w:r w:rsidRPr="0082231F">
        <w:rPr>
          <w:rFonts w:cs="Arial"/>
          <w:sz w:val="20"/>
          <w:szCs w:val="20"/>
        </w:rPr>
        <w:t xml:space="preserve"> se </w:t>
      </w:r>
      <w:proofErr w:type="spellStart"/>
      <w:r w:rsidRPr="0082231F">
        <w:rPr>
          <w:rFonts w:cs="Arial"/>
          <w:sz w:val="20"/>
          <w:szCs w:val="20"/>
        </w:rPr>
        <w:t>skládá</w:t>
      </w:r>
      <w:proofErr w:type="spellEnd"/>
      <w:r w:rsidRPr="0082231F">
        <w:rPr>
          <w:rFonts w:cs="Arial"/>
          <w:sz w:val="20"/>
          <w:szCs w:val="20"/>
        </w:rPr>
        <w:t xml:space="preserve"> z </w:t>
      </w:r>
      <w:proofErr w:type="spellStart"/>
      <w:r w:rsidRPr="0082231F">
        <w:rPr>
          <w:rFonts w:cs="Arial"/>
          <w:sz w:val="20"/>
          <w:szCs w:val="20"/>
        </w:rPr>
        <w:t>výchovné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poradkyně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metodika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prevence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speciální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pedagožky</w:t>
      </w:r>
      <w:proofErr w:type="spellEnd"/>
      <w:r w:rsidRPr="0082231F">
        <w:rPr>
          <w:rFonts w:cs="Arial"/>
          <w:sz w:val="20"/>
          <w:szCs w:val="20"/>
        </w:rPr>
        <w:t xml:space="preserve"> a </w:t>
      </w:r>
      <w:proofErr w:type="spellStart"/>
      <w:r w:rsidRPr="0082231F">
        <w:rPr>
          <w:rFonts w:cs="Arial"/>
          <w:sz w:val="20"/>
          <w:szCs w:val="20"/>
        </w:rPr>
        <w:t>externí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psycholožky</w:t>
      </w:r>
      <w:proofErr w:type="spellEnd"/>
      <w:r w:rsidRPr="0082231F">
        <w:rPr>
          <w:rFonts w:cs="Arial"/>
          <w:sz w:val="20"/>
          <w:szCs w:val="20"/>
        </w:rPr>
        <w:t xml:space="preserve">. </w:t>
      </w:r>
      <w:proofErr w:type="spellStart"/>
      <w:r w:rsidRPr="0082231F">
        <w:rPr>
          <w:rFonts w:cs="Arial"/>
          <w:sz w:val="20"/>
          <w:szCs w:val="20"/>
        </w:rPr>
        <w:t>Tento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tým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úzce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spolupracuje</w:t>
      </w:r>
      <w:proofErr w:type="spellEnd"/>
      <w:r w:rsidRPr="0082231F">
        <w:rPr>
          <w:rFonts w:cs="Arial"/>
          <w:sz w:val="20"/>
          <w:szCs w:val="20"/>
        </w:rPr>
        <w:t xml:space="preserve"> s </w:t>
      </w:r>
      <w:proofErr w:type="spellStart"/>
      <w:r w:rsidR="00383114" w:rsidRPr="0082231F">
        <w:rPr>
          <w:rFonts w:cs="Arial"/>
          <w:sz w:val="20"/>
          <w:szCs w:val="20"/>
        </w:rPr>
        <w:t>dalšími</w:t>
      </w:r>
      <w:proofErr w:type="spellEnd"/>
      <w:r w:rsidR="00383114" w:rsidRPr="0082231F">
        <w:rPr>
          <w:rFonts w:cs="Arial"/>
          <w:sz w:val="20"/>
          <w:szCs w:val="20"/>
        </w:rPr>
        <w:t xml:space="preserve"> </w:t>
      </w:r>
      <w:proofErr w:type="spellStart"/>
      <w:r w:rsidR="00383114" w:rsidRPr="0082231F">
        <w:rPr>
          <w:rFonts w:cs="Arial"/>
          <w:sz w:val="20"/>
          <w:szCs w:val="20"/>
        </w:rPr>
        <w:t>odborníky</w:t>
      </w:r>
      <w:proofErr w:type="spellEnd"/>
      <w:r w:rsidR="00383114" w:rsidRPr="0082231F">
        <w:rPr>
          <w:rFonts w:cs="Arial"/>
          <w:sz w:val="20"/>
          <w:szCs w:val="20"/>
        </w:rPr>
        <w:t xml:space="preserve">, </w:t>
      </w:r>
      <w:proofErr w:type="spellStart"/>
      <w:r w:rsidR="00383114" w:rsidRPr="0082231F">
        <w:rPr>
          <w:rFonts w:cs="Arial"/>
          <w:sz w:val="20"/>
          <w:szCs w:val="20"/>
        </w:rPr>
        <w:t>lékaři</w:t>
      </w:r>
      <w:proofErr w:type="spellEnd"/>
      <w:r w:rsidR="00383114" w:rsidRPr="0082231F">
        <w:rPr>
          <w:rFonts w:cs="Arial"/>
          <w:sz w:val="20"/>
          <w:szCs w:val="20"/>
        </w:rPr>
        <w:t xml:space="preserve"> a </w:t>
      </w:r>
      <w:r w:rsidRPr="0082231F">
        <w:rPr>
          <w:rFonts w:cs="Arial"/>
          <w:sz w:val="20"/>
          <w:szCs w:val="20"/>
        </w:rPr>
        <w:t>pedagogy</w:t>
      </w:r>
      <w:r w:rsidR="00383114"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pomáhá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nastavit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podpůrná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opatření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r w:rsidR="00647894" w:rsidRPr="0082231F">
        <w:rPr>
          <w:rFonts w:cs="Arial"/>
          <w:sz w:val="20"/>
          <w:szCs w:val="20"/>
        </w:rPr>
        <w:t xml:space="preserve">a </w:t>
      </w:r>
      <w:proofErr w:type="spellStart"/>
      <w:r w:rsidR="00647894" w:rsidRPr="0082231F">
        <w:rPr>
          <w:rFonts w:cs="Arial"/>
          <w:sz w:val="20"/>
          <w:szCs w:val="20"/>
        </w:rPr>
        <w:t>kompenzační</w:t>
      </w:r>
      <w:proofErr w:type="spellEnd"/>
      <w:r w:rsidR="00647894">
        <w:t xml:space="preserve"> </w:t>
      </w:r>
      <w:proofErr w:type="spellStart"/>
      <w:r w:rsidR="00647894">
        <w:t>pomůcky</w:t>
      </w:r>
      <w:proofErr w:type="spellEnd"/>
      <w:r w:rsidR="00647894"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míru</w:t>
      </w:r>
      <w:proofErr w:type="spellEnd"/>
      <w:r>
        <w:t xml:space="preserve"> </w:t>
      </w:r>
      <w:proofErr w:type="spellStart"/>
      <w:r w:rsidRPr="0082231F">
        <w:rPr>
          <w:rFonts w:cs="Arial"/>
          <w:sz w:val="20"/>
          <w:szCs w:val="20"/>
        </w:rPr>
        <w:lastRenderedPageBreak/>
        <w:t>každému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="008D2931">
        <w:rPr>
          <w:rFonts w:cs="Arial"/>
          <w:sz w:val="20"/>
          <w:szCs w:val="20"/>
        </w:rPr>
        <w:t>dítěti</w:t>
      </w:r>
      <w:proofErr w:type="spellEnd"/>
      <w:r w:rsidR="008D2931">
        <w:rPr>
          <w:rFonts w:cs="Arial"/>
          <w:sz w:val="20"/>
          <w:szCs w:val="20"/>
        </w:rPr>
        <w:t xml:space="preserve"> a </w:t>
      </w:r>
      <w:proofErr w:type="spellStart"/>
      <w:r w:rsidRPr="0082231F">
        <w:rPr>
          <w:rFonts w:cs="Arial"/>
          <w:sz w:val="20"/>
          <w:szCs w:val="20"/>
        </w:rPr>
        <w:t>žákovi</w:t>
      </w:r>
      <w:proofErr w:type="spellEnd"/>
      <w:r w:rsidR="00383114" w:rsidRPr="0082231F">
        <w:rPr>
          <w:rFonts w:cs="Arial"/>
          <w:sz w:val="20"/>
          <w:szCs w:val="20"/>
        </w:rPr>
        <w:t xml:space="preserve"> v </w:t>
      </w:r>
      <w:proofErr w:type="spellStart"/>
      <w:r w:rsidR="00383114" w:rsidRPr="0082231F">
        <w:rPr>
          <w:rFonts w:cs="Arial"/>
          <w:sz w:val="20"/>
          <w:szCs w:val="20"/>
        </w:rPr>
        <w:t>podobě</w:t>
      </w:r>
      <w:proofErr w:type="spellEnd"/>
      <w:r w:rsidR="00383114" w:rsidRPr="0082231F">
        <w:rPr>
          <w:rFonts w:cs="Arial"/>
          <w:sz w:val="20"/>
          <w:szCs w:val="20"/>
        </w:rPr>
        <w:t xml:space="preserve"> </w:t>
      </w:r>
      <w:proofErr w:type="spellStart"/>
      <w:r w:rsidR="00383114" w:rsidRPr="0082231F">
        <w:rPr>
          <w:rFonts w:cs="Arial"/>
          <w:sz w:val="20"/>
          <w:szCs w:val="20"/>
        </w:rPr>
        <w:t>plánu</w:t>
      </w:r>
      <w:proofErr w:type="spellEnd"/>
      <w:r w:rsidR="00383114" w:rsidRPr="0082231F">
        <w:rPr>
          <w:rFonts w:cs="Arial"/>
          <w:sz w:val="20"/>
          <w:szCs w:val="20"/>
        </w:rPr>
        <w:t xml:space="preserve"> </w:t>
      </w:r>
      <w:proofErr w:type="spellStart"/>
      <w:r w:rsidR="00383114" w:rsidRPr="0082231F">
        <w:rPr>
          <w:rFonts w:cs="Arial"/>
          <w:sz w:val="20"/>
          <w:szCs w:val="20"/>
        </w:rPr>
        <w:t>pedagogické</w:t>
      </w:r>
      <w:proofErr w:type="spellEnd"/>
      <w:r w:rsidR="00383114" w:rsidRPr="0082231F">
        <w:rPr>
          <w:rFonts w:cs="Arial"/>
          <w:sz w:val="20"/>
          <w:szCs w:val="20"/>
        </w:rPr>
        <w:t xml:space="preserve"> </w:t>
      </w:r>
      <w:proofErr w:type="spellStart"/>
      <w:r w:rsidR="00383114" w:rsidRPr="0082231F">
        <w:rPr>
          <w:rFonts w:cs="Arial"/>
          <w:sz w:val="20"/>
          <w:szCs w:val="20"/>
        </w:rPr>
        <w:t>podpory</w:t>
      </w:r>
      <w:proofErr w:type="spellEnd"/>
      <w:r w:rsidR="00383114" w:rsidRPr="0082231F">
        <w:rPr>
          <w:rFonts w:cs="Arial"/>
          <w:sz w:val="20"/>
          <w:szCs w:val="20"/>
        </w:rPr>
        <w:t xml:space="preserve"> (PLPP) a </w:t>
      </w:r>
      <w:proofErr w:type="spellStart"/>
      <w:r w:rsidR="00383114" w:rsidRPr="0082231F">
        <w:rPr>
          <w:rFonts w:cs="Arial"/>
          <w:sz w:val="20"/>
          <w:szCs w:val="20"/>
        </w:rPr>
        <w:t>individuálních</w:t>
      </w:r>
      <w:proofErr w:type="spellEnd"/>
      <w:r w:rsidR="00383114" w:rsidRPr="0082231F">
        <w:rPr>
          <w:rFonts w:cs="Arial"/>
          <w:sz w:val="20"/>
          <w:szCs w:val="20"/>
        </w:rPr>
        <w:t xml:space="preserve"> </w:t>
      </w:r>
      <w:proofErr w:type="spellStart"/>
      <w:r w:rsidR="00383114" w:rsidRPr="0082231F">
        <w:rPr>
          <w:rFonts w:cs="Arial"/>
          <w:sz w:val="20"/>
          <w:szCs w:val="20"/>
        </w:rPr>
        <w:t>vzdělávacích</w:t>
      </w:r>
      <w:proofErr w:type="spellEnd"/>
      <w:r w:rsidR="00383114" w:rsidRPr="0082231F">
        <w:rPr>
          <w:rFonts w:cs="Arial"/>
          <w:sz w:val="20"/>
          <w:szCs w:val="20"/>
        </w:rPr>
        <w:t xml:space="preserve"> </w:t>
      </w:r>
      <w:proofErr w:type="spellStart"/>
      <w:r w:rsidR="00383114" w:rsidRPr="0082231F">
        <w:rPr>
          <w:rFonts w:cs="Arial"/>
          <w:sz w:val="20"/>
          <w:szCs w:val="20"/>
        </w:rPr>
        <w:t>plánů</w:t>
      </w:r>
      <w:proofErr w:type="spellEnd"/>
      <w:r w:rsidR="00383114" w:rsidRPr="0082231F">
        <w:rPr>
          <w:rFonts w:cs="Arial"/>
          <w:sz w:val="20"/>
          <w:szCs w:val="20"/>
        </w:rPr>
        <w:t xml:space="preserve"> (IVP)</w:t>
      </w:r>
      <w:r w:rsidRPr="0082231F">
        <w:rPr>
          <w:rFonts w:cs="Arial"/>
          <w:sz w:val="20"/>
          <w:szCs w:val="20"/>
        </w:rPr>
        <w:t xml:space="preserve">. V MŠ a ZŠ NEMO </w:t>
      </w:r>
      <w:proofErr w:type="spellStart"/>
      <w:r w:rsidRPr="0082231F">
        <w:rPr>
          <w:rFonts w:cs="Arial"/>
          <w:sz w:val="20"/>
          <w:szCs w:val="20"/>
        </w:rPr>
        <w:t>působí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tři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asistentky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pedagoga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které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mají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zkušenosti</w:t>
      </w:r>
      <w:proofErr w:type="spellEnd"/>
      <w:r w:rsidRPr="0082231F">
        <w:rPr>
          <w:rFonts w:cs="Arial"/>
          <w:sz w:val="20"/>
          <w:szCs w:val="20"/>
        </w:rPr>
        <w:t xml:space="preserve"> s </w:t>
      </w:r>
      <w:proofErr w:type="spellStart"/>
      <w:r w:rsidRPr="0082231F">
        <w:rPr>
          <w:rFonts w:cs="Arial"/>
          <w:sz w:val="20"/>
          <w:szCs w:val="20"/>
        </w:rPr>
        <w:t>nadanými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žáky</w:t>
      </w:r>
      <w:proofErr w:type="spellEnd"/>
      <w:r w:rsidRPr="0082231F">
        <w:rPr>
          <w:rFonts w:cs="Arial"/>
          <w:sz w:val="20"/>
          <w:szCs w:val="20"/>
        </w:rPr>
        <w:t xml:space="preserve">, s </w:t>
      </w:r>
      <w:proofErr w:type="spellStart"/>
      <w:r w:rsidRPr="0082231F">
        <w:rPr>
          <w:rFonts w:cs="Arial"/>
          <w:sz w:val="20"/>
          <w:szCs w:val="20"/>
        </w:rPr>
        <w:t>žáky</w:t>
      </w:r>
      <w:proofErr w:type="spellEnd"/>
      <w:r w:rsidRPr="0082231F">
        <w:rPr>
          <w:rFonts w:cs="Arial"/>
          <w:sz w:val="20"/>
          <w:szCs w:val="20"/>
        </w:rPr>
        <w:t xml:space="preserve"> se </w:t>
      </w:r>
      <w:proofErr w:type="spellStart"/>
      <w:r w:rsidRPr="0082231F">
        <w:rPr>
          <w:rFonts w:cs="Arial"/>
          <w:sz w:val="20"/>
          <w:szCs w:val="20"/>
        </w:rPr>
        <w:t>specifickými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poruchami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učení</w:t>
      </w:r>
      <w:proofErr w:type="spellEnd"/>
      <w:r w:rsidRPr="0082231F">
        <w:rPr>
          <w:rFonts w:cs="Arial"/>
          <w:sz w:val="20"/>
          <w:szCs w:val="20"/>
        </w:rPr>
        <w:t xml:space="preserve">, s </w:t>
      </w:r>
      <w:proofErr w:type="spellStart"/>
      <w:r w:rsidRPr="0082231F">
        <w:rPr>
          <w:rFonts w:cs="Arial"/>
          <w:sz w:val="20"/>
          <w:szCs w:val="20"/>
        </w:rPr>
        <w:t>žáky</w:t>
      </w:r>
      <w:proofErr w:type="spellEnd"/>
      <w:r w:rsidRPr="0082231F">
        <w:rPr>
          <w:rFonts w:cs="Arial"/>
          <w:sz w:val="20"/>
          <w:szCs w:val="20"/>
        </w:rPr>
        <w:t xml:space="preserve"> s </w:t>
      </w:r>
      <w:proofErr w:type="spellStart"/>
      <w:r w:rsidRPr="0082231F">
        <w:rPr>
          <w:rFonts w:cs="Arial"/>
          <w:sz w:val="20"/>
          <w:szCs w:val="20"/>
        </w:rPr>
        <w:t>řečovými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vadami</w:t>
      </w:r>
      <w:proofErr w:type="spellEnd"/>
      <w:r w:rsidRPr="0082231F">
        <w:rPr>
          <w:rFonts w:cs="Arial"/>
          <w:sz w:val="20"/>
          <w:szCs w:val="20"/>
        </w:rPr>
        <w:t xml:space="preserve">, s </w:t>
      </w:r>
      <w:proofErr w:type="spellStart"/>
      <w:r w:rsidRPr="0082231F">
        <w:rPr>
          <w:rFonts w:cs="Arial"/>
          <w:sz w:val="20"/>
          <w:szCs w:val="20"/>
        </w:rPr>
        <w:t>žáky</w:t>
      </w:r>
      <w:proofErr w:type="spellEnd"/>
      <w:r w:rsidRPr="0082231F">
        <w:rPr>
          <w:rFonts w:cs="Arial"/>
          <w:sz w:val="20"/>
          <w:szCs w:val="20"/>
        </w:rPr>
        <w:t xml:space="preserve"> s </w:t>
      </w:r>
      <w:proofErr w:type="spellStart"/>
      <w:r w:rsidRPr="0082231F">
        <w:rPr>
          <w:rFonts w:cs="Arial"/>
          <w:sz w:val="20"/>
          <w:szCs w:val="20"/>
        </w:rPr>
        <w:t>autismem</w:t>
      </w:r>
      <w:proofErr w:type="spellEnd"/>
      <w:r w:rsidRPr="0082231F">
        <w:rPr>
          <w:rFonts w:cs="Arial"/>
          <w:sz w:val="20"/>
          <w:szCs w:val="20"/>
        </w:rPr>
        <w:t xml:space="preserve">, s </w:t>
      </w:r>
      <w:proofErr w:type="spellStart"/>
      <w:r w:rsidRPr="0082231F">
        <w:rPr>
          <w:rFonts w:cs="Arial"/>
          <w:sz w:val="20"/>
          <w:szCs w:val="20"/>
        </w:rPr>
        <w:t>žáky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r w:rsidR="00383114" w:rsidRPr="0082231F">
        <w:rPr>
          <w:rFonts w:cs="Arial"/>
          <w:sz w:val="20"/>
          <w:szCs w:val="20"/>
        </w:rPr>
        <w:t xml:space="preserve">s </w:t>
      </w:r>
      <w:proofErr w:type="spellStart"/>
      <w:r w:rsidR="00383114" w:rsidRPr="0082231F">
        <w:rPr>
          <w:rFonts w:cs="Arial"/>
          <w:sz w:val="20"/>
          <w:szCs w:val="20"/>
        </w:rPr>
        <w:t>poruchou</w:t>
      </w:r>
      <w:proofErr w:type="spellEnd"/>
      <w:r w:rsidR="00383114" w:rsidRPr="0082231F">
        <w:rPr>
          <w:rFonts w:cs="Arial"/>
          <w:sz w:val="20"/>
          <w:szCs w:val="20"/>
        </w:rPr>
        <w:t xml:space="preserve"> </w:t>
      </w:r>
      <w:proofErr w:type="spellStart"/>
      <w:r w:rsidR="00383114" w:rsidRPr="0082231F">
        <w:rPr>
          <w:rFonts w:cs="Arial"/>
          <w:sz w:val="20"/>
          <w:szCs w:val="20"/>
        </w:rPr>
        <w:t>sluchu</w:t>
      </w:r>
      <w:proofErr w:type="spellEnd"/>
      <w:r w:rsidR="00383114" w:rsidRPr="0082231F">
        <w:rPr>
          <w:rFonts w:cs="Arial"/>
          <w:sz w:val="20"/>
          <w:szCs w:val="20"/>
        </w:rPr>
        <w:t xml:space="preserve"> a </w:t>
      </w:r>
      <w:proofErr w:type="spellStart"/>
      <w:r w:rsidR="00383114" w:rsidRPr="0082231F">
        <w:rPr>
          <w:rFonts w:cs="Arial"/>
          <w:sz w:val="20"/>
          <w:szCs w:val="20"/>
        </w:rPr>
        <w:t>zraku</w:t>
      </w:r>
      <w:proofErr w:type="spellEnd"/>
      <w:r w:rsidR="00647894" w:rsidRPr="0082231F">
        <w:rPr>
          <w:rFonts w:cs="Arial"/>
          <w:sz w:val="20"/>
          <w:szCs w:val="20"/>
        </w:rPr>
        <w:t xml:space="preserve"> s </w:t>
      </w:r>
      <w:proofErr w:type="spellStart"/>
      <w:r w:rsidR="00647894" w:rsidRPr="0082231F">
        <w:rPr>
          <w:rFonts w:cs="Arial"/>
          <w:sz w:val="20"/>
          <w:szCs w:val="20"/>
        </w:rPr>
        <w:t>mutismem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="00383114" w:rsidRPr="0082231F">
        <w:rPr>
          <w:rFonts w:cs="Arial"/>
          <w:sz w:val="20"/>
          <w:szCs w:val="20"/>
        </w:rPr>
        <w:t>i</w:t>
      </w:r>
      <w:proofErr w:type="spellEnd"/>
      <w:r w:rsidRPr="0082231F">
        <w:rPr>
          <w:rFonts w:cs="Arial"/>
          <w:sz w:val="20"/>
          <w:szCs w:val="20"/>
        </w:rPr>
        <w:t xml:space="preserve"> s </w:t>
      </w:r>
      <w:proofErr w:type="spellStart"/>
      <w:r w:rsidRPr="0082231F">
        <w:rPr>
          <w:rFonts w:cs="Arial"/>
          <w:sz w:val="20"/>
          <w:szCs w:val="20"/>
        </w:rPr>
        <w:t>žáky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oslabenými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závažnou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nemocí</w:t>
      </w:r>
      <w:proofErr w:type="spellEnd"/>
      <w:r w:rsidR="00383114" w:rsidRPr="0082231F">
        <w:rPr>
          <w:rFonts w:cs="Arial"/>
          <w:sz w:val="20"/>
          <w:szCs w:val="20"/>
        </w:rPr>
        <w:t xml:space="preserve"> </w:t>
      </w:r>
      <w:proofErr w:type="spellStart"/>
      <w:r w:rsidR="00383114" w:rsidRPr="0082231F">
        <w:rPr>
          <w:rFonts w:cs="Arial"/>
          <w:sz w:val="20"/>
          <w:szCs w:val="20"/>
        </w:rPr>
        <w:t>nebo</w:t>
      </w:r>
      <w:proofErr w:type="spellEnd"/>
      <w:r w:rsidR="00383114" w:rsidRPr="0082231F">
        <w:rPr>
          <w:rFonts w:cs="Arial"/>
          <w:sz w:val="20"/>
          <w:szCs w:val="20"/>
        </w:rPr>
        <w:t xml:space="preserve"> </w:t>
      </w:r>
      <w:proofErr w:type="spellStart"/>
      <w:r w:rsidR="00383114" w:rsidRPr="0082231F">
        <w:rPr>
          <w:rFonts w:cs="Arial"/>
          <w:sz w:val="20"/>
          <w:szCs w:val="20"/>
        </w:rPr>
        <w:t>tělesným</w:t>
      </w:r>
      <w:proofErr w:type="spellEnd"/>
      <w:r w:rsidR="00383114" w:rsidRPr="0082231F">
        <w:rPr>
          <w:rFonts w:cs="Arial"/>
          <w:sz w:val="20"/>
          <w:szCs w:val="20"/>
        </w:rPr>
        <w:t xml:space="preserve"> </w:t>
      </w:r>
      <w:proofErr w:type="spellStart"/>
      <w:r w:rsidR="00383114" w:rsidRPr="0082231F">
        <w:rPr>
          <w:rFonts w:cs="Arial"/>
          <w:sz w:val="20"/>
          <w:szCs w:val="20"/>
        </w:rPr>
        <w:t>handicapem</w:t>
      </w:r>
      <w:proofErr w:type="spellEnd"/>
      <w:r w:rsidRPr="0082231F">
        <w:rPr>
          <w:rFonts w:cs="Arial"/>
          <w:sz w:val="20"/>
          <w:szCs w:val="20"/>
        </w:rPr>
        <w:t xml:space="preserve">. V ZŠ je </w:t>
      </w:r>
      <w:proofErr w:type="spellStart"/>
      <w:r w:rsidRPr="0082231F">
        <w:rPr>
          <w:rFonts w:cs="Arial"/>
          <w:sz w:val="20"/>
          <w:szCs w:val="20"/>
        </w:rPr>
        <w:t>ve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třídách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maximálně</w:t>
      </w:r>
      <w:proofErr w:type="spellEnd"/>
      <w:r w:rsidRPr="0082231F">
        <w:rPr>
          <w:rFonts w:cs="Arial"/>
          <w:sz w:val="20"/>
          <w:szCs w:val="20"/>
        </w:rPr>
        <w:t xml:space="preserve"> 13 </w:t>
      </w:r>
      <w:proofErr w:type="spellStart"/>
      <w:r w:rsidRPr="0082231F">
        <w:rPr>
          <w:rFonts w:cs="Arial"/>
          <w:sz w:val="20"/>
          <w:szCs w:val="20"/>
        </w:rPr>
        <w:t>žáků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což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umožňuje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individuální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přístup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každému</w:t>
      </w:r>
      <w:proofErr w:type="spellEnd"/>
      <w:r w:rsidRPr="0082231F">
        <w:rPr>
          <w:rFonts w:cs="Arial"/>
          <w:sz w:val="20"/>
          <w:szCs w:val="20"/>
        </w:rPr>
        <w:t xml:space="preserve"> z </w:t>
      </w:r>
      <w:proofErr w:type="spellStart"/>
      <w:r w:rsidRPr="0082231F">
        <w:rPr>
          <w:rFonts w:cs="Arial"/>
          <w:sz w:val="20"/>
          <w:szCs w:val="20"/>
        </w:rPr>
        <w:t>nich</w:t>
      </w:r>
      <w:proofErr w:type="spellEnd"/>
      <w:r w:rsidRPr="0082231F">
        <w:rPr>
          <w:rFonts w:cs="Arial"/>
          <w:sz w:val="20"/>
          <w:szCs w:val="20"/>
        </w:rPr>
        <w:t xml:space="preserve">.  </w:t>
      </w:r>
      <w:r w:rsidR="00383114" w:rsidRPr="0082231F">
        <w:rPr>
          <w:rFonts w:cs="Arial"/>
          <w:sz w:val="20"/>
          <w:szCs w:val="20"/>
        </w:rPr>
        <w:t xml:space="preserve">V MŠ </w:t>
      </w:r>
      <w:proofErr w:type="spellStart"/>
      <w:r w:rsidR="00383114" w:rsidRPr="0082231F">
        <w:rPr>
          <w:rFonts w:cs="Arial"/>
          <w:sz w:val="20"/>
          <w:szCs w:val="20"/>
        </w:rPr>
        <w:t>působí</w:t>
      </w:r>
      <w:proofErr w:type="spellEnd"/>
      <w:r w:rsidR="00383114" w:rsidRPr="0082231F">
        <w:rPr>
          <w:rFonts w:cs="Arial"/>
          <w:sz w:val="20"/>
          <w:szCs w:val="20"/>
        </w:rPr>
        <w:t xml:space="preserve"> </w:t>
      </w:r>
      <w:proofErr w:type="spellStart"/>
      <w:r w:rsidR="00383114" w:rsidRPr="0082231F">
        <w:rPr>
          <w:rFonts w:cs="Arial"/>
          <w:sz w:val="20"/>
          <w:szCs w:val="20"/>
        </w:rPr>
        <w:t>logopedická</w:t>
      </w:r>
      <w:proofErr w:type="spellEnd"/>
      <w:r w:rsidR="00383114" w:rsidRPr="0082231F">
        <w:rPr>
          <w:rFonts w:cs="Arial"/>
          <w:sz w:val="20"/>
          <w:szCs w:val="20"/>
        </w:rPr>
        <w:t xml:space="preserve"> </w:t>
      </w:r>
      <w:proofErr w:type="spellStart"/>
      <w:r w:rsidR="00383114" w:rsidRPr="0082231F">
        <w:rPr>
          <w:rFonts w:cs="Arial"/>
          <w:sz w:val="20"/>
          <w:szCs w:val="20"/>
        </w:rPr>
        <w:t>preventistka</w:t>
      </w:r>
      <w:proofErr w:type="spellEnd"/>
      <w:r w:rsidR="00383114" w:rsidRPr="0082231F">
        <w:rPr>
          <w:rFonts w:cs="Arial"/>
          <w:sz w:val="20"/>
          <w:szCs w:val="20"/>
        </w:rPr>
        <w:t xml:space="preserve">, </w:t>
      </w:r>
      <w:proofErr w:type="spellStart"/>
      <w:r w:rsidR="00383114" w:rsidRPr="0082231F">
        <w:rPr>
          <w:rFonts w:cs="Arial"/>
          <w:sz w:val="20"/>
          <w:szCs w:val="20"/>
        </w:rPr>
        <w:t>která</w:t>
      </w:r>
      <w:proofErr w:type="spellEnd"/>
      <w:r w:rsidR="00383114" w:rsidRPr="0082231F">
        <w:rPr>
          <w:rFonts w:cs="Arial"/>
          <w:sz w:val="20"/>
          <w:szCs w:val="20"/>
        </w:rPr>
        <w:t xml:space="preserve"> se </w:t>
      </w:r>
      <w:proofErr w:type="spellStart"/>
      <w:r w:rsidR="00383114" w:rsidRPr="0082231F">
        <w:rPr>
          <w:rFonts w:cs="Arial"/>
          <w:sz w:val="20"/>
          <w:szCs w:val="20"/>
        </w:rPr>
        <w:t>pravidelně</w:t>
      </w:r>
      <w:proofErr w:type="spellEnd"/>
      <w:r w:rsidR="00383114" w:rsidRPr="0082231F">
        <w:rPr>
          <w:rFonts w:cs="Arial"/>
          <w:sz w:val="20"/>
          <w:szCs w:val="20"/>
        </w:rPr>
        <w:t xml:space="preserve"> </w:t>
      </w:r>
      <w:proofErr w:type="spellStart"/>
      <w:r w:rsidR="00383114" w:rsidRPr="0082231F">
        <w:rPr>
          <w:rFonts w:cs="Arial"/>
          <w:sz w:val="20"/>
          <w:szCs w:val="20"/>
        </w:rPr>
        <w:t>věnuje</w:t>
      </w:r>
      <w:proofErr w:type="spellEnd"/>
      <w:r w:rsidR="00383114" w:rsidRPr="0082231F">
        <w:rPr>
          <w:rFonts w:cs="Arial"/>
          <w:sz w:val="20"/>
          <w:szCs w:val="20"/>
        </w:rPr>
        <w:t xml:space="preserve"> </w:t>
      </w:r>
      <w:proofErr w:type="spellStart"/>
      <w:r w:rsidR="00383114" w:rsidRPr="0082231F">
        <w:rPr>
          <w:rFonts w:cs="Arial"/>
          <w:sz w:val="20"/>
          <w:szCs w:val="20"/>
        </w:rPr>
        <w:t>dětem</w:t>
      </w:r>
      <w:proofErr w:type="spellEnd"/>
      <w:r w:rsidR="00383114" w:rsidRPr="0082231F">
        <w:rPr>
          <w:rFonts w:cs="Arial"/>
          <w:sz w:val="20"/>
          <w:szCs w:val="20"/>
        </w:rPr>
        <w:t xml:space="preserve"> </w:t>
      </w:r>
      <w:proofErr w:type="spellStart"/>
      <w:r w:rsidR="00383114" w:rsidRPr="0082231F">
        <w:rPr>
          <w:rFonts w:cs="Arial"/>
          <w:sz w:val="20"/>
          <w:szCs w:val="20"/>
        </w:rPr>
        <w:t>ohroženým</w:t>
      </w:r>
      <w:proofErr w:type="spellEnd"/>
      <w:r w:rsidR="00383114" w:rsidRPr="0082231F">
        <w:rPr>
          <w:rFonts w:cs="Arial"/>
          <w:sz w:val="20"/>
          <w:szCs w:val="20"/>
        </w:rPr>
        <w:t xml:space="preserve"> </w:t>
      </w:r>
      <w:proofErr w:type="spellStart"/>
      <w:r w:rsidR="00383114" w:rsidRPr="0082231F">
        <w:rPr>
          <w:rFonts w:cs="Arial"/>
          <w:sz w:val="20"/>
          <w:szCs w:val="20"/>
        </w:rPr>
        <w:t>logopedickými</w:t>
      </w:r>
      <w:proofErr w:type="spellEnd"/>
      <w:r w:rsidR="00383114" w:rsidRPr="0082231F">
        <w:rPr>
          <w:rFonts w:cs="Arial"/>
          <w:sz w:val="20"/>
          <w:szCs w:val="20"/>
        </w:rPr>
        <w:t xml:space="preserve"> </w:t>
      </w:r>
      <w:proofErr w:type="spellStart"/>
      <w:r w:rsidR="00383114" w:rsidRPr="0082231F">
        <w:rPr>
          <w:rFonts w:cs="Arial"/>
          <w:sz w:val="20"/>
          <w:szCs w:val="20"/>
        </w:rPr>
        <w:t>vadami</w:t>
      </w:r>
      <w:proofErr w:type="spellEnd"/>
      <w:r w:rsidR="00383114" w:rsidRPr="0082231F">
        <w:rPr>
          <w:rFonts w:cs="Arial"/>
          <w:sz w:val="20"/>
          <w:szCs w:val="20"/>
        </w:rPr>
        <w:t xml:space="preserve">. </w:t>
      </w:r>
    </w:p>
    <w:p w14:paraId="78AAC024" w14:textId="7B473856" w:rsidR="00383114" w:rsidRPr="0082231F" w:rsidRDefault="00383114" w:rsidP="006E5BFF">
      <w:pPr>
        <w:rPr>
          <w:rFonts w:cs="Arial"/>
          <w:sz w:val="20"/>
          <w:szCs w:val="20"/>
        </w:rPr>
      </w:pPr>
      <w:proofErr w:type="spellStart"/>
      <w:r w:rsidRPr="0082231F">
        <w:rPr>
          <w:rFonts w:cs="Arial"/>
          <w:sz w:val="20"/>
          <w:szCs w:val="20"/>
        </w:rPr>
        <w:t>Nedílnou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součástí</w:t>
      </w:r>
      <w:proofErr w:type="spellEnd"/>
      <w:r w:rsidRPr="0082231F">
        <w:rPr>
          <w:rFonts w:cs="Arial"/>
          <w:sz w:val="20"/>
          <w:szCs w:val="20"/>
        </w:rPr>
        <w:t xml:space="preserve"> je wellbeing v </w:t>
      </w:r>
      <w:proofErr w:type="spellStart"/>
      <w:r w:rsidRPr="0082231F">
        <w:rPr>
          <w:rFonts w:cs="Arial"/>
          <w:sz w:val="20"/>
          <w:szCs w:val="20"/>
        </w:rPr>
        <w:t>celé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škole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tedy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pohodová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atmosféra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beze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strachu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která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umožňuje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poklidný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rozvoj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každého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dítěte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podle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jeho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maximálních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možností</w:t>
      </w:r>
      <w:proofErr w:type="spellEnd"/>
      <w:r w:rsidRPr="0082231F">
        <w:rPr>
          <w:rFonts w:cs="Arial"/>
          <w:sz w:val="20"/>
          <w:szCs w:val="20"/>
        </w:rPr>
        <w:t xml:space="preserve">. MŠ a ZŠ </w:t>
      </w:r>
      <w:proofErr w:type="spellStart"/>
      <w:r w:rsidRPr="0082231F">
        <w:rPr>
          <w:rFonts w:cs="Arial"/>
          <w:sz w:val="20"/>
          <w:szCs w:val="20"/>
        </w:rPr>
        <w:t>má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nastaven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preventivní</w:t>
      </w:r>
      <w:proofErr w:type="spellEnd"/>
      <w:r w:rsidRPr="0082231F">
        <w:rPr>
          <w:rFonts w:cs="Arial"/>
          <w:sz w:val="20"/>
          <w:szCs w:val="20"/>
        </w:rPr>
        <w:t xml:space="preserve"> program </w:t>
      </w:r>
      <w:proofErr w:type="spellStart"/>
      <w:r w:rsidRPr="0082231F">
        <w:rPr>
          <w:rFonts w:cs="Arial"/>
          <w:sz w:val="20"/>
          <w:szCs w:val="20"/>
        </w:rPr>
        <w:t>proti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patologickým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jevům</w:t>
      </w:r>
      <w:proofErr w:type="spellEnd"/>
      <w:r w:rsidRPr="0082231F">
        <w:rPr>
          <w:rFonts w:cs="Arial"/>
          <w:sz w:val="20"/>
          <w:szCs w:val="20"/>
        </w:rPr>
        <w:t xml:space="preserve"> “</w:t>
      </w:r>
      <w:proofErr w:type="spellStart"/>
      <w:r w:rsidRPr="0082231F">
        <w:rPr>
          <w:rFonts w:cs="Arial"/>
          <w:sz w:val="20"/>
          <w:szCs w:val="20"/>
        </w:rPr>
        <w:t>Zipyho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kamrádi</w:t>
      </w:r>
      <w:proofErr w:type="spellEnd"/>
      <w:r w:rsidRPr="0082231F">
        <w:rPr>
          <w:rFonts w:cs="Arial"/>
          <w:sz w:val="20"/>
          <w:szCs w:val="20"/>
        </w:rPr>
        <w:t xml:space="preserve">”, </w:t>
      </w:r>
      <w:proofErr w:type="spellStart"/>
      <w:r w:rsidRPr="0082231F">
        <w:rPr>
          <w:rFonts w:cs="Arial"/>
          <w:sz w:val="20"/>
          <w:szCs w:val="20"/>
        </w:rPr>
        <w:t>ktreý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umožňuje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pomocí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maňásků</w:t>
      </w:r>
      <w:proofErr w:type="spellEnd"/>
      <w:r w:rsidRPr="0082231F">
        <w:rPr>
          <w:rFonts w:cs="Arial"/>
          <w:sz w:val="20"/>
          <w:szCs w:val="20"/>
        </w:rPr>
        <w:t xml:space="preserve"> a </w:t>
      </w:r>
      <w:proofErr w:type="spellStart"/>
      <w:r w:rsidRPr="0082231F">
        <w:rPr>
          <w:rFonts w:cs="Arial"/>
          <w:sz w:val="20"/>
          <w:szCs w:val="20"/>
        </w:rPr>
        <w:t>příběhů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hledat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vhodné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strategie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řešení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problémů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tak</w:t>
      </w:r>
      <w:proofErr w:type="spellEnd"/>
      <w:r w:rsidRPr="0082231F">
        <w:rPr>
          <w:rFonts w:cs="Arial"/>
          <w:sz w:val="20"/>
          <w:szCs w:val="20"/>
        </w:rPr>
        <w:t>, “</w:t>
      </w:r>
      <w:proofErr w:type="spellStart"/>
      <w:r w:rsidRPr="0082231F">
        <w:rPr>
          <w:rFonts w:cs="Arial"/>
          <w:sz w:val="20"/>
          <w:szCs w:val="20"/>
        </w:rPr>
        <w:t>Abych</w:t>
      </w:r>
      <w:proofErr w:type="spellEnd"/>
      <w:r w:rsidRPr="0082231F">
        <w:rPr>
          <w:rFonts w:cs="Arial"/>
          <w:sz w:val="20"/>
          <w:szCs w:val="20"/>
        </w:rPr>
        <w:t xml:space="preserve"> se </w:t>
      </w:r>
      <w:proofErr w:type="spellStart"/>
      <w:r w:rsidRPr="0082231F">
        <w:rPr>
          <w:rFonts w:cs="Arial"/>
          <w:sz w:val="20"/>
          <w:szCs w:val="20"/>
        </w:rPr>
        <w:t>cítil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lépe</w:t>
      </w:r>
      <w:proofErr w:type="spellEnd"/>
      <w:r w:rsidRPr="0082231F">
        <w:rPr>
          <w:rFonts w:cs="Arial"/>
          <w:sz w:val="20"/>
          <w:szCs w:val="20"/>
        </w:rPr>
        <w:t xml:space="preserve">, ale </w:t>
      </w:r>
      <w:proofErr w:type="spellStart"/>
      <w:r w:rsidRPr="0082231F">
        <w:rPr>
          <w:rFonts w:cs="Arial"/>
          <w:sz w:val="20"/>
          <w:szCs w:val="20"/>
        </w:rPr>
        <w:t>neublížil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sobě</w:t>
      </w:r>
      <w:proofErr w:type="spellEnd"/>
      <w:r w:rsidRPr="0082231F">
        <w:rPr>
          <w:rFonts w:cs="Arial"/>
          <w:sz w:val="20"/>
          <w:szCs w:val="20"/>
        </w:rPr>
        <w:t xml:space="preserve"> ani </w:t>
      </w:r>
      <w:proofErr w:type="spellStart"/>
      <w:r w:rsidRPr="0082231F">
        <w:rPr>
          <w:rFonts w:cs="Arial"/>
          <w:sz w:val="20"/>
          <w:szCs w:val="20"/>
        </w:rPr>
        <w:t>nikomu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jinému</w:t>
      </w:r>
      <w:proofErr w:type="spellEnd"/>
      <w:r w:rsidRPr="0082231F">
        <w:rPr>
          <w:rFonts w:cs="Arial"/>
          <w:sz w:val="20"/>
          <w:szCs w:val="20"/>
        </w:rPr>
        <w:t xml:space="preserve">”. MŠ se v </w:t>
      </w:r>
      <w:proofErr w:type="spellStart"/>
      <w:r w:rsidRPr="0082231F">
        <w:rPr>
          <w:rFonts w:cs="Arial"/>
          <w:sz w:val="20"/>
          <w:szCs w:val="20"/>
        </w:rPr>
        <w:t>tomto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školním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roce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zapojila</w:t>
      </w:r>
      <w:proofErr w:type="spellEnd"/>
      <w:r w:rsidRPr="0082231F">
        <w:rPr>
          <w:rFonts w:cs="Arial"/>
          <w:sz w:val="20"/>
          <w:szCs w:val="20"/>
        </w:rPr>
        <w:t xml:space="preserve"> do </w:t>
      </w:r>
      <w:proofErr w:type="spellStart"/>
      <w:r w:rsidRPr="0082231F">
        <w:rPr>
          <w:rFonts w:cs="Arial"/>
          <w:sz w:val="20"/>
          <w:szCs w:val="20"/>
        </w:rPr>
        <w:t>projektu</w:t>
      </w:r>
      <w:proofErr w:type="spellEnd"/>
      <w:r w:rsidRPr="0082231F">
        <w:rPr>
          <w:rFonts w:cs="Arial"/>
          <w:sz w:val="20"/>
          <w:szCs w:val="20"/>
        </w:rPr>
        <w:t xml:space="preserve"> “</w:t>
      </w:r>
      <w:proofErr w:type="spellStart"/>
      <w:r w:rsidRPr="0082231F">
        <w:rPr>
          <w:rFonts w:cs="Arial"/>
          <w:sz w:val="20"/>
          <w:szCs w:val="20"/>
        </w:rPr>
        <w:t>Posilování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psychické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odolnosti</w:t>
      </w:r>
      <w:proofErr w:type="spellEnd"/>
      <w:r w:rsidRPr="0082231F">
        <w:rPr>
          <w:rFonts w:cs="Arial"/>
          <w:sz w:val="20"/>
          <w:szCs w:val="20"/>
        </w:rPr>
        <w:t xml:space="preserve">” </w:t>
      </w:r>
      <w:proofErr w:type="spellStart"/>
      <w:r w:rsidRPr="0082231F">
        <w:rPr>
          <w:rFonts w:cs="Arial"/>
          <w:sz w:val="20"/>
          <w:szCs w:val="20"/>
        </w:rPr>
        <w:t>ve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spolupráci</w:t>
      </w:r>
      <w:proofErr w:type="spellEnd"/>
      <w:r w:rsidRPr="0082231F">
        <w:rPr>
          <w:rFonts w:cs="Arial"/>
          <w:sz w:val="20"/>
          <w:szCs w:val="20"/>
        </w:rPr>
        <w:t xml:space="preserve"> s </w:t>
      </w:r>
      <w:proofErr w:type="spellStart"/>
      <w:r w:rsidRPr="0082231F">
        <w:rPr>
          <w:rFonts w:cs="Arial"/>
          <w:sz w:val="20"/>
          <w:szCs w:val="20"/>
        </w:rPr>
        <w:t>týmem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odborníků</w:t>
      </w:r>
      <w:proofErr w:type="spellEnd"/>
      <w:r w:rsidRPr="0082231F">
        <w:rPr>
          <w:rFonts w:cs="Arial"/>
          <w:sz w:val="20"/>
          <w:szCs w:val="20"/>
        </w:rPr>
        <w:t xml:space="preserve"> z Centra </w:t>
      </w:r>
      <w:proofErr w:type="spellStart"/>
      <w:r w:rsidRPr="0082231F">
        <w:rPr>
          <w:rFonts w:cs="Arial"/>
          <w:sz w:val="20"/>
          <w:szCs w:val="20"/>
        </w:rPr>
        <w:t>psychické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odolnosti</w:t>
      </w:r>
      <w:proofErr w:type="spellEnd"/>
      <w:r w:rsidRPr="0082231F">
        <w:rPr>
          <w:rFonts w:cs="Arial"/>
          <w:sz w:val="20"/>
          <w:szCs w:val="20"/>
        </w:rPr>
        <w:t xml:space="preserve"> a </w:t>
      </w:r>
      <w:proofErr w:type="spellStart"/>
      <w:r w:rsidRPr="0082231F">
        <w:rPr>
          <w:rFonts w:cs="Arial"/>
          <w:sz w:val="20"/>
          <w:szCs w:val="20"/>
        </w:rPr>
        <w:t>nadací</w:t>
      </w:r>
      <w:proofErr w:type="spellEnd"/>
      <w:r w:rsidRPr="0082231F">
        <w:rPr>
          <w:rFonts w:cs="Arial"/>
          <w:sz w:val="20"/>
          <w:szCs w:val="20"/>
        </w:rPr>
        <w:t xml:space="preserve"> Kapka </w:t>
      </w:r>
      <w:proofErr w:type="spellStart"/>
      <w:r w:rsidRPr="0082231F">
        <w:rPr>
          <w:rFonts w:cs="Arial"/>
          <w:sz w:val="20"/>
          <w:szCs w:val="20"/>
        </w:rPr>
        <w:t>naděje</w:t>
      </w:r>
      <w:proofErr w:type="spellEnd"/>
      <w:r w:rsidRPr="0082231F">
        <w:rPr>
          <w:rFonts w:cs="Arial"/>
          <w:sz w:val="20"/>
          <w:szCs w:val="20"/>
        </w:rPr>
        <w:t xml:space="preserve">. </w:t>
      </w:r>
      <w:proofErr w:type="spellStart"/>
      <w:r w:rsidRPr="0082231F">
        <w:rPr>
          <w:rFonts w:cs="Arial"/>
          <w:sz w:val="20"/>
          <w:szCs w:val="20"/>
        </w:rPr>
        <w:t>Výstupem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bude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ucelená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metodika</w:t>
      </w:r>
      <w:proofErr w:type="spellEnd"/>
      <w:r w:rsidRPr="0082231F">
        <w:rPr>
          <w:rFonts w:cs="Arial"/>
          <w:sz w:val="20"/>
          <w:szCs w:val="20"/>
        </w:rPr>
        <w:t xml:space="preserve"> pro</w:t>
      </w:r>
      <w:r w:rsidR="00647894" w:rsidRPr="0082231F">
        <w:rPr>
          <w:rFonts w:cs="Arial"/>
          <w:sz w:val="20"/>
          <w:szCs w:val="20"/>
        </w:rPr>
        <w:t xml:space="preserve"> </w:t>
      </w:r>
      <w:proofErr w:type="spellStart"/>
      <w:r w:rsidR="00647894" w:rsidRPr="0082231F">
        <w:rPr>
          <w:rFonts w:cs="Arial"/>
          <w:sz w:val="20"/>
          <w:szCs w:val="20"/>
        </w:rPr>
        <w:t>ostatní</w:t>
      </w:r>
      <w:proofErr w:type="spellEnd"/>
      <w:r w:rsidRPr="0082231F">
        <w:rPr>
          <w:rFonts w:cs="Arial"/>
          <w:sz w:val="20"/>
          <w:szCs w:val="20"/>
        </w:rPr>
        <w:t xml:space="preserve"> MŠ s </w:t>
      </w:r>
      <w:proofErr w:type="spellStart"/>
      <w:r w:rsidRPr="0082231F">
        <w:rPr>
          <w:rFonts w:cs="Arial"/>
          <w:sz w:val="20"/>
          <w:szCs w:val="20"/>
        </w:rPr>
        <w:t>cílem</w:t>
      </w:r>
      <w:proofErr w:type="spellEnd"/>
      <w:r w:rsidRPr="0082231F">
        <w:rPr>
          <w:rFonts w:cs="Arial"/>
          <w:sz w:val="20"/>
          <w:szCs w:val="20"/>
        </w:rPr>
        <w:t xml:space="preserve">, aby se </w:t>
      </w:r>
      <w:proofErr w:type="spellStart"/>
      <w:r w:rsidRPr="0082231F">
        <w:rPr>
          <w:rFonts w:cs="Arial"/>
          <w:sz w:val="20"/>
          <w:szCs w:val="20"/>
        </w:rPr>
        <w:t>děti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nejprve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naučily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rozpoznávat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své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emoce</w:t>
      </w:r>
      <w:proofErr w:type="spellEnd"/>
      <w:r w:rsidRPr="0082231F">
        <w:rPr>
          <w:rFonts w:cs="Arial"/>
          <w:sz w:val="20"/>
          <w:szCs w:val="20"/>
        </w:rPr>
        <w:t xml:space="preserve"> a </w:t>
      </w:r>
      <w:proofErr w:type="spellStart"/>
      <w:r w:rsidRPr="0082231F">
        <w:rPr>
          <w:rFonts w:cs="Arial"/>
          <w:sz w:val="20"/>
          <w:szCs w:val="20"/>
        </w:rPr>
        <w:t>emoce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druhých</w:t>
      </w:r>
      <w:proofErr w:type="spellEnd"/>
      <w:r w:rsidRPr="0082231F">
        <w:rPr>
          <w:rFonts w:cs="Arial"/>
          <w:sz w:val="20"/>
          <w:szCs w:val="20"/>
        </w:rPr>
        <w:t xml:space="preserve">. Na </w:t>
      </w:r>
      <w:proofErr w:type="spellStart"/>
      <w:r w:rsidRPr="0082231F">
        <w:rPr>
          <w:rFonts w:cs="Arial"/>
          <w:sz w:val="20"/>
          <w:szCs w:val="20"/>
        </w:rPr>
        <w:t>tomto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základě</w:t>
      </w:r>
      <w:proofErr w:type="spellEnd"/>
      <w:r w:rsidRPr="0082231F">
        <w:rPr>
          <w:rFonts w:cs="Arial"/>
          <w:sz w:val="20"/>
          <w:szCs w:val="20"/>
        </w:rPr>
        <w:t xml:space="preserve"> se </w:t>
      </w:r>
      <w:proofErr w:type="spellStart"/>
      <w:r w:rsidRPr="0082231F">
        <w:rPr>
          <w:rFonts w:cs="Arial"/>
          <w:sz w:val="20"/>
          <w:szCs w:val="20"/>
        </w:rPr>
        <w:t>naučily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řešit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různé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životní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si</w:t>
      </w:r>
      <w:r w:rsidR="00CF2497">
        <w:rPr>
          <w:rFonts w:cs="Arial"/>
          <w:sz w:val="20"/>
          <w:szCs w:val="20"/>
        </w:rPr>
        <w:t>t</w:t>
      </w:r>
      <w:r w:rsidRPr="0082231F">
        <w:rPr>
          <w:rFonts w:cs="Arial"/>
          <w:sz w:val="20"/>
          <w:szCs w:val="20"/>
        </w:rPr>
        <w:t>uac</w:t>
      </w:r>
      <w:r w:rsidR="00647894" w:rsidRPr="0082231F">
        <w:rPr>
          <w:rFonts w:cs="Arial"/>
          <w:sz w:val="20"/>
          <w:szCs w:val="20"/>
        </w:rPr>
        <w:t>e</w:t>
      </w:r>
      <w:proofErr w:type="spellEnd"/>
      <w:r w:rsidR="00647894" w:rsidRPr="0082231F">
        <w:rPr>
          <w:rFonts w:cs="Arial"/>
          <w:sz w:val="20"/>
          <w:szCs w:val="20"/>
        </w:rPr>
        <w:t xml:space="preserve"> a </w:t>
      </w:r>
      <w:proofErr w:type="spellStart"/>
      <w:r w:rsidR="00647894" w:rsidRPr="0082231F">
        <w:rPr>
          <w:rFonts w:cs="Arial"/>
          <w:sz w:val="20"/>
          <w:szCs w:val="20"/>
        </w:rPr>
        <w:t>poznávat</w:t>
      </w:r>
      <w:proofErr w:type="spellEnd"/>
      <w:r w:rsidR="00647894" w:rsidRPr="0082231F">
        <w:rPr>
          <w:rFonts w:cs="Arial"/>
          <w:sz w:val="20"/>
          <w:szCs w:val="20"/>
        </w:rPr>
        <w:t xml:space="preserve"> </w:t>
      </w:r>
      <w:proofErr w:type="spellStart"/>
      <w:r w:rsidR="00647894" w:rsidRPr="0082231F">
        <w:rPr>
          <w:rFonts w:cs="Arial"/>
          <w:sz w:val="20"/>
          <w:szCs w:val="20"/>
        </w:rPr>
        <w:t>psychosomatické</w:t>
      </w:r>
      <w:proofErr w:type="spellEnd"/>
      <w:r w:rsidR="00647894" w:rsidRPr="0082231F">
        <w:rPr>
          <w:rFonts w:cs="Arial"/>
          <w:sz w:val="20"/>
          <w:szCs w:val="20"/>
        </w:rPr>
        <w:t xml:space="preserve"> </w:t>
      </w:r>
      <w:proofErr w:type="spellStart"/>
      <w:r w:rsidR="00647894" w:rsidRPr="0082231F">
        <w:rPr>
          <w:rFonts w:cs="Arial"/>
          <w:sz w:val="20"/>
          <w:szCs w:val="20"/>
        </w:rPr>
        <w:t>projevy</w:t>
      </w:r>
      <w:proofErr w:type="spellEnd"/>
      <w:r w:rsidR="00647894" w:rsidRPr="0082231F">
        <w:rPr>
          <w:rFonts w:cs="Arial"/>
          <w:sz w:val="20"/>
          <w:szCs w:val="20"/>
        </w:rPr>
        <w:t xml:space="preserve"> </w:t>
      </w:r>
      <w:proofErr w:type="spellStart"/>
      <w:r w:rsidR="00647894" w:rsidRPr="0082231F">
        <w:rPr>
          <w:rFonts w:cs="Arial"/>
          <w:sz w:val="20"/>
          <w:szCs w:val="20"/>
        </w:rPr>
        <w:t>svého</w:t>
      </w:r>
      <w:proofErr w:type="spellEnd"/>
      <w:r w:rsidR="00647894" w:rsidRPr="0082231F">
        <w:rPr>
          <w:rFonts w:cs="Arial"/>
          <w:sz w:val="20"/>
          <w:szCs w:val="20"/>
        </w:rPr>
        <w:t xml:space="preserve"> </w:t>
      </w:r>
      <w:proofErr w:type="spellStart"/>
      <w:r w:rsidR="00647894" w:rsidRPr="0082231F">
        <w:rPr>
          <w:rFonts w:cs="Arial"/>
          <w:sz w:val="20"/>
          <w:szCs w:val="20"/>
        </w:rPr>
        <w:t>těla</w:t>
      </w:r>
      <w:proofErr w:type="spellEnd"/>
      <w:r w:rsidR="00647894" w:rsidRPr="0082231F">
        <w:rPr>
          <w:rFonts w:cs="Arial"/>
          <w:sz w:val="20"/>
          <w:szCs w:val="20"/>
        </w:rPr>
        <w:t xml:space="preserve">. </w:t>
      </w:r>
      <w:proofErr w:type="spellStart"/>
      <w:r w:rsidR="00647894" w:rsidRPr="0082231F">
        <w:rPr>
          <w:rFonts w:cs="Arial"/>
          <w:sz w:val="20"/>
          <w:szCs w:val="20"/>
        </w:rPr>
        <w:t>Tento</w:t>
      </w:r>
      <w:proofErr w:type="spellEnd"/>
      <w:r w:rsidR="00647894" w:rsidRPr="0082231F">
        <w:rPr>
          <w:rFonts w:cs="Arial"/>
          <w:sz w:val="20"/>
          <w:szCs w:val="20"/>
        </w:rPr>
        <w:t xml:space="preserve"> program by </w:t>
      </w:r>
      <w:proofErr w:type="spellStart"/>
      <w:r w:rsidR="00647894" w:rsidRPr="0082231F">
        <w:rPr>
          <w:rFonts w:cs="Arial"/>
          <w:sz w:val="20"/>
          <w:szCs w:val="20"/>
        </w:rPr>
        <w:t>měl</w:t>
      </w:r>
      <w:proofErr w:type="spellEnd"/>
      <w:r w:rsidR="00647894" w:rsidRPr="0082231F">
        <w:rPr>
          <w:rFonts w:cs="Arial"/>
          <w:sz w:val="20"/>
          <w:szCs w:val="20"/>
        </w:rPr>
        <w:t xml:space="preserve"> </w:t>
      </w:r>
      <w:proofErr w:type="spellStart"/>
      <w:r w:rsidR="00647894" w:rsidRPr="0082231F">
        <w:rPr>
          <w:rFonts w:cs="Arial"/>
          <w:sz w:val="20"/>
          <w:szCs w:val="20"/>
        </w:rPr>
        <w:t>být</w:t>
      </w:r>
      <w:proofErr w:type="spellEnd"/>
      <w:r w:rsidR="00647894" w:rsidRPr="0082231F">
        <w:rPr>
          <w:rFonts w:cs="Arial"/>
          <w:sz w:val="20"/>
          <w:szCs w:val="20"/>
        </w:rPr>
        <w:t xml:space="preserve"> </w:t>
      </w:r>
      <w:proofErr w:type="spellStart"/>
      <w:r w:rsidR="00647894" w:rsidRPr="0082231F">
        <w:rPr>
          <w:rFonts w:cs="Arial"/>
          <w:sz w:val="20"/>
          <w:szCs w:val="20"/>
        </w:rPr>
        <w:t>příští</w:t>
      </w:r>
      <w:proofErr w:type="spellEnd"/>
      <w:r w:rsidR="00647894" w:rsidRPr="0082231F">
        <w:rPr>
          <w:rFonts w:cs="Arial"/>
          <w:sz w:val="20"/>
          <w:szCs w:val="20"/>
        </w:rPr>
        <w:t xml:space="preserve"> </w:t>
      </w:r>
      <w:proofErr w:type="spellStart"/>
      <w:r w:rsidR="00647894" w:rsidRPr="0082231F">
        <w:rPr>
          <w:rFonts w:cs="Arial"/>
          <w:sz w:val="20"/>
          <w:szCs w:val="20"/>
        </w:rPr>
        <w:t>školní</w:t>
      </w:r>
      <w:proofErr w:type="spellEnd"/>
      <w:r w:rsidR="00647894" w:rsidRPr="0082231F">
        <w:rPr>
          <w:rFonts w:cs="Arial"/>
          <w:sz w:val="20"/>
          <w:szCs w:val="20"/>
        </w:rPr>
        <w:t xml:space="preserve"> </w:t>
      </w:r>
      <w:proofErr w:type="spellStart"/>
      <w:r w:rsidR="00647894" w:rsidRPr="0082231F">
        <w:rPr>
          <w:rFonts w:cs="Arial"/>
          <w:sz w:val="20"/>
          <w:szCs w:val="20"/>
        </w:rPr>
        <w:t>rok</w:t>
      </w:r>
      <w:proofErr w:type="spellEnd"/>
      <w:r w:rsidR="00647894" w:rsidRPr="0082231F">
        <w:rPr>
          <w:rFonts w:cs="Arial"/>
          <w:sz w:val="20"/>
          <w:szCs w:val="20"/>
        </w:rPr>
        <w:t xml:space="preserve"> </w:t>
      </w:r>
      <w:proofErr w:type="spellStart"/>
      <w:r w:rsidR="00647894" w:rsidRPr="0082231F">
        <w:rPr>
          <w:rFonts w:cs="Arial"/>
          <w:sz w:val="20"/>
          <w:szCs w:val="20"/>
        </w:rPr>
        <w:t>rozšířen</w:t>
      </w:r>
      <w:proofErr w:type="spellEnd"/>
      <w:r w:rsidR="00647894" w:rsidRPr="0082231F">
        <w:rPr>
          <w:rFonts w:cs="Arial"/>
          <w:sz w:val="20"/>
          <w:szCs w:val="20"/>
        </w:rPr>
        <w:t xml:space="preserve"> </w:t>
      </w:r>
      <w:proofErr w:type="spellStart"/>
      <w:r w:rsidR="00CF2497">
        <w:rPr>
          <w:rFonts w:cs="Arial"/>
          <w:sz w:val="20"/>
          <w:szCs w:val="20"/>
        </w:rPr>
        <w:t>i</w:t>
      </w:r>
      <w:proofErr w:type="spellEnd"/>
      <w:r w:rsidR="00647894" w:rsidRPr="0082231F">
        <w:rPr>
          <w:rFonts w:cs="Arial"/>
          <w:sz w:val="20"/>
          <w:szCs w:val="20"/>
        </w:rPr>
        <w:t xml:space="preserve"> do </w:t>
      </w:r>
      <w:proofErr w:type="spellStart"/>
      <w:r w:rsidR="00647894" w:rsidRPr="0082231F">
        <w:rPr>
          <w:rFonts w:cs="Arial"/>
          <w:sz w:val="20"/>
          <w:szCs w:val="20"/>
        </w:rPr>
        <w:t>základní</w:t>
      </w:r>
      <w:proofErr w:type="spellEnd"/>
      <w:r w:rsidR="00647894" w:rsidRPr="0082231F">
        <w:rPr>
          <w:rFonts w:cs="Arial"/>
          <w:sz w:val="20"/>
          <w:szCs w:val="20"/>
        </w:rPr>
        <w:t xml:space="preserve"> </w:t>
      </w:r>
      <w:proofErr w:type="spellStart"/>
      <w:r w:rsidR="00647894" w:rsidRPr="0082231F">
        <w:rPr>
          <w:rFonts w:cs="Arial"/>
          <w:sz w:val="20"/>
          <w:szCs w:val="20"/>
        </w:rPr>
        <w:t>školy</w:t>
      </w:r>
      <w:proofErr w:type="spellEnd"/>
      <w:r w:rsidR="00647894" w:rsidRPr="0082231F">
        <w:rPr>
          <w:rFonts w:cs="Arial"/>
          <w:sz w:val="20"/>
          <w:szCs w:val="20"/>
        </w:rPr>
        <w:t>.</w:t>
      </w:r>
      <w:r w:rsidRPr="0082231F">
        <w:rPr>
          <w:rFonts w:cs="Arial"/>
          <w:sz w:val="20"/>
          <w:szCs w:val="20"/>
        </w:rPr>
        <w:t xml:space="preserve"> </w:t>
      </w:r>
    </w:p>
    <w:p w14:paraId="499A28F4" w14:textId="77777777" w:rsidR="004F2747" w:rsidRPr="0082231F" w:rsidRDefault="006F1006" w:rsidP="006F1006">
      <w:pPr>
        <w:pStyle w:val="Nadpis2"/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</w:pPr>
      <w:r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 xml:space="preserve">3.3 </w:t>
      </w:r>
      <w:proofErr w:type="spellStart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>Pohybové</w:t>
      </w:r>
      <w:proofErr w:type="spellEnd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 xml:space="preserve">, </w:t>
      </w:r>
      <w:proofErr w:type="spellStart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>environmentální</w:t>
      </w:r>
      <w:proofErr w:type="spellEnd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 xml:space="preserve">, </w:t>
      </w:r>
      <w:proofErr w:type="spellStart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>digitální</w:t>
      </w:r>
      <w:proofErr w:type="spellEnd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 xml:space="preserve">, </w:t>
      </w:r>
      <w:proofErr w:type="spellStart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>technické</w:t>
      </w:r>
      <w:proofErr w:type="spellEnd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 xml:space="preserve"> a </w:t>
      </w:r>
      <w:proofErr w:type="spellStart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>kulturní</w:t>
      </w:r>
      <w:proofErr w:type="spellEnd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 xml:space="preserve"> </w:t>
      </w:r>
      <w:proofErr w:type="spellStart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>vzdělávání</w:t>
      </w:r>
      <w:proofErr w:type="spellEnd"/>
      <w:r w:rsidR="00B25EF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>:</w:t>
      </w:r>
      <w:r w:rsidR="00B6654B" w:rsidRPr="0082231F">
        <w:rPr>
          <w:rStyle w:val="Doplnit"/>
          <w:rFonts w:cs="Arial"/>
          <w:i w:val="0"/>
          <w:color w:val="0E536C"/>
          <w:sz w:val="20"/>
          <w:szCs w:val="20"/>
          <w:shd w:val="clear" w:color="auto" w:fill="auto"/>
        </w:rPr>
        <w:t xml:space="preserve"> </w:t>
      </w:r>
    </w:p>
    <w:p w14:paraId="3A21E67E" w14:textId="7132A4E7" w:rsidR="00B6654B" w:rsidRPr="0082231F" w:rsidRDefault="00B6654B" w:rsidP="00B6654B">
      <w:pPr>
        <w:rPr>
          <w:rFonts w:cs="Arial"/>
          <w:sz w:val="20"/>
          <w:szCs w:val="20"/>
        </w:rPr>
      </w:pPr>
      <w:proofErr w:type="spellStart"/>
      <w:r w:rsidRPr="0082231F">
        <w:rPr>
          <w:rFonts w:cs="Arial"/>
          <w:sz w:val="20"/>
          <w:szCs w:val="20"/>
        </w:rPr>
        <w:t>Uvě</w:t>
      </w:r>
      <w:r w:rsidR="00704DCC" w:rsidRPr="0082231F">
        <w:rPr>
          <w:rFonts w:cs="Arial"/>
          <w:sz w:val="20"/>
          <w:szCs w:val="20"/>
        </w:rPr>
        <w:t>d</w:t>
      </w:r>
      <w:r w:rsidRPr="0082231F">
        <w:rPr>
          <w:rFonts w:cs="Arial"/>
          <w:sz w:val="20"/>
          <w:szCs w:val="20"/>
        </w:rPr>
        <w:t>omujeme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si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že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r w:rsidRPr="0082231F">
        <w:rPr>
          <w:rFonts w:cs="Arial"/>
          <w:b/>
          <w:sz w:val="20"/>
          <w:szCs w:val="20"/>
        </w:rPr>
        <w:t>sport</w:t>
      </w:r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přispívá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nejen</w:t>
      </w:r>
      <w:proofErr w:type="spellEnd"/>
      <w:r w:rsidRPr="0082231F">
        <w:rPr>
          <w:rFonts w:cs="Arial"/>
          <w:sz w:val="20"/>
          <w:szCs w:val="20"/>
        </w:rPr>
        <w:t xml:space="preserve"> k </w:t>
      </w:r>
      <w:proofErr w:type="spellStart"/>
      <w:r w:rsidRPr="0082231F">
        <w:rPr>
          <w:rFonts w:cs="Arial"/>
          <w:sz w:val="20"/>
          <w:szCs w:val="20"/>
        </w:rPr>
        <w:t>fyzickému</w:t>
      </w:r>
      <w:proofErr w:type="spellEnd"/>
      <w:r w:rsidRPr="0082231F">
        <w:rPr>
          <w:rFonts w:cs="Arial"/>
          <w:sz w:val="20"/>
          <w:szCs w:val="20"/>
        </w:rPr>
        <w:t xml:space="preserve">, ale </w:t>
      </w:r>
      <w:proofErr w:type="spellStart"/>
      <w:r w:rsidR="00CF2497">
        <w:rPr>
          <w:rFonts w:cs="Arial"/>
          <w:sz w:val="20"/>
          <w:szCs w:val="20"/>
        </w:rPr>
        <w:t>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duševnímu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zdraví</w:t>
      </w:r>
      <w:proofErr w:type="spellEnd"/>
      <w:r w:rsidRPr="0082231F">
        <w:rPr>
          <w:rFonts w:cs="Arial"/>
          <w:sz w:val="20"/>
          <w:szCs w:val="20"/>
        </w:rPr>
        <w:t xml:space="preserve">. </w:t>
      </w:r>
      <w:proofErr w:type="spellStart"/>
      <w:r w:rsidR="00704DCC" w:rsidRPr="0082231F">
        <w:rPr>
          <w:rFonts w:cs="Arial"/>
          <w:sz w:val="20"/>
          <w:szCs w:val="20"/>
        </w:rPr>
        <w:t>Chceme</w:t>
      </w:r>
      <w:proofErr w:type="spellEnd"/>
      <w:r w:rsidR="00704DCC" w:rsidRPr="0082231F">
        <w:rPr>
          <w:rFonts w:cs="Arial"/>
          <w:sz w:val="20"/>
          <w:szCs w:val="20"/>
        </w:rPr>
        <w:t xml:space="preserve"> u </w:t>
      </w:r>
      <w:proofErr w:type="spellStart"/>
      <w:r w:rsidR="00704DCC" w:rsidRPr="0082231F">
        <w:rPr>
          <w:rFonts w:cs="Arial"/>
          <w:sz w:val="20"/>
          <w:szCs w:val="20"/>
        </w:rPr>
        <w:t>dětí</w:t>
      </w:r>
      <w:proofErr w:type="spellEnd"/>
      <w:r w:rsidR="00704DCC" w:rsidRPr="0082231F">
        <w:rPr>
          <w:rFonts w:cs="Arial"/>
          <w:sz w:val="20"/>
          <w:szCs w:val="20"/>
        </w:rPr>
        <w:t xml:space="preserve"> </w:t>
      </w:r>
      <w:proofErr w:type="spellStart"/>
      <w:r w:rsidR="00704DCC" w:rsidRPr="0082231F">
        <w:rPr>
          <w:rFonts w:cs="Arial"/>
          <w:sz w:val="20"/>
          <w:szCs w:val="20"/>
        </w:rPr>
        <w:t>budovat</w:t>
      </w:r>
      <w:proofErr w:type="spellEnd"/>
      <w:r w:rsidR="00704DCC" w:rsidRPr="0082231F">
        <w:rPr>
          <w:rFonts w:cs="Arial"/>
          <w:sz w:val="20"/>
          <w:szCs w:val="20"/>
        </w:rPr>
        <w:t xml:space="preserve"> </w:t>
      </w:r>
      <w:proofErr w:type="spellStart"/>
      <w:r w:rsidR="00704DCC" w:rsidRPr="0082231F">
        <w:rPr>
          <w:rFonts w:cs="Arial"/>
          <w:sz w:val="20"/>
          <w:szCs w:val="20"/>
        </w:rPr>
        <w:t>zájem</w:t>
      </w:r>
      <w:proofErr w:type="spellEnd"/>
      <w:r w:rsidR="00704DCC" w:rsidRPr="0082231F">
        <w:rPr>
          <w:rFonts w:cs="Arial"/>
          <w:sz w:val="20"/>
          <w:szCs w:val="20"/>
        </w:rPr>
        <w:t xml:space="preserve"> o </w:t>
      </w:r>
      <w:proofErr w:type="spellStart"/>
      <w:r w:rsidR="00704DCC" w:rsidRPr="0082231F">
        <w:rPr>
          <w:rFonts w:cs="Arial"/>
          <w:sz w:val="20"/>
          <w:szCs w:val="20"/>
        </w:rPr>
        <w:t>pohyb</w:t>
      </w:r>
      <w:proofErr w:type="spellEnd"/>
      <w:r w:rsidR="00704DCC" w:rsidRPr="0082231F">
        <w:rPr>
          <w:rFonts w:cs="Arial"/>
          <w:sz w:val="20"/>
          <w:szCs w:val="20"/>
        </w:rPr>
        <w:t>, p</w:t>
      </w:r>
      <w:r w:rsidRPr="0082231F">
        <w:rPr>
          <w:rFonts w:cs="Arial"/>
          <w:sz w:val="20"/>
          <w:szCs w:val="20"/>
        </w:rPr>
        <w:t xml:space="preserve">roto </w:t>
      </w:r>
      <w:proofErr w:type="spellStart"/>
      <w:r w:rsidRPr="0082231F">
        <w:rPr>
          <w:rFonts w:cs="Arial"/>
          <w:sz w:val="20"/>
          <w:szCs w:val="20"/>
        </w:rPr>
        <w:t>sportovním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aktivitám</w:t>
      </w:r>
      <w:proofErr w:type="spellEnd"/>
      <w:r w:rsidRPr="0082231F">
        <w:rPr>
          <w:rFonts w:cs="Arial"/>
          <w:sz w:val="20"/>
          <w:szCs w:val="20"/>
        </w:rPr>
        <w:t xml:space="preserve"> a </w:t>
      </w:r>
      <w:proofErr w:type="spellStart"/>
      <w:r w:rsidRPr="0082231F">
        <w:rPr>
          <w:rFonts w:cs="Arial"/>
          <w:sz w:val="20"/>
          <w:szCs w:val="20"/>
        </w:rPr>
        <w:t>pobytu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na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čerstvém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vzduchu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přikládáme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velký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význam</w:t>
      </w:r>
      <w:proofErr w:type="spellEnd"/>
      <w:r w:rsidRPr="0082231F">
        <w:rPr>
          <w:rFonts w:cs="Arial"/>
          <w:sz w:val="20"/>
          <w:szCs w:val="20"/>
        </w:rPr>
        <w:t xml:space="preserve">. V </w:t>
      </w:r>
      <w:proofErr w:type="spellStart"/>
      <w:r w:rsidRPr="0082231F">
        <w:rPr>
          <w:rFonts w:cs="Arial"/>
          <w:sz w:val="20"/>
          <w:szCs w:val="20"/>
        </w:rPr>
        <w:t>blízkosti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="002132C4" w:rsidRPr="0082231F">
        <w:rPr>
          <w:rFonts w:cs="Arial"/>
          <w:sz w:val="20"/>
          <w:szCs w:val="20"/>
        </w:rPr>
        <w:t>školní</w:t>
      </w:r>
      <w:proofErr w:type="spellEnd"/>
      <w:r w:rsidR="002132C4"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budovy</w:t>
      </w:r>
      <w:proofErr w:type="spellEnd"/>
      <w:r w:rsidRPr="0082231F">
        <w:rPr>
          <w:rFonts w:cs="Arial"/>
          <w:sz w:val="20"/>
          <w:szCs w:val="20"/>
        </w:rPr>
        <w:t xml:space="preserve"> je </w:t>
      </w:r>
      <w:proofErr w:type="spellStart"/>
      <w:r w:rsidRPr="0082231F">
        <w:rPr>
          <w:rFonts w:cs="Arial"/>
          <w:sz w:val="20"/>
          <w:szCs w:val="20"/>
        </w:rPr>
        <w:t>veké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hřiště</w:t>
      </w:r>
      <w:proofErr w:type="spellEnd"/>
      <w:r w:rsidR="00704DCC" w:rsidRPr="0082231F">
        <w:rPr>
          <w:rFonts w:cs="Arial"/>
          <w:sz w:val="20"/>
          <w:szCs w:val="20"/>
        </w:rPr>
        <w:t xml:space="preserve">, </w:t>
      </w:r>
      <w:proofErr w:type="spellStart"/>
      <w:r w:rsidR="00704DCC" w:rsidRPr="0082231F">
        <w:rPr>
          <w:rFonts w:cs="Arial"/>
          <w:sz w:val="20"/>
          <w:szCs w:val="20"/>
        </w:rPr>
        <w:t>které</w:t>
      </w:r>
      <w:proofErr w:type="spellEnd"/>
      <w:r w:rsidR="00704DCC" w:rsidRPr="0082231F">
        <w:rPr>
          <w:rFonts w:cs="Arial"/>
          <w:sz w:val="20"/>
          <w:szCs w:val="20"/>
        </w:rPr>
        <w:t xml:space="preserve"> </w:t>
      </w:r>
      <w:proofErr w:type="spellStart"/>
      <w:r w:rsidR="00704DCC" w:rsidRPr="0082231F">
        <w:rPr>
          <w:rFonts w:cs="Arial"/>
          <w:sz w:val="20"/>
          <w:szCs w:val="20"/>
        </w:rPr>
        <w:t>využíváme</w:t>
      </w:r>
      <w:proofErr w:type="spellEnd"/>
      <w:r w:rsidR="00704DCC" w:rsidRPr="0082231F">
        <w:rPr>
          <w:rFonts w:cs="Arial"/>
          <w:sz w:val="20"/>
          <w:szCs w:val="20"/>
        </w:rPr>
        <w:t xml:space="preserve"> pro </w:t>
      </w:r>
      <w:proofErr w:type="spellStart"/>
      <w:r w:rsidR="00704DCC" w:rsidRPr="0082231F">
        <w:rPr>
          <w:rFonts w:cs="Arial"/>
          <w:sz w:val="20"/>
          <w:szCs w:val="20"/>
        </w:rPr>
        <w:t>venkovní</w:t>
      </w:r>
      <w:proofErr w:type="spellEnd"/>
      <w:r w:rsidR="00704DCC" w:rsidRPr="0082231F">
        <w:rPr>
          <w:rFonts w:cs="Arial"/>
          <w:sz w:val="20"/>
          <w:szCs w:val="20"/>
        </w:rPr>
        <w:t xml:space="preserve"> sporty (</w:t>
      </w:r>
      <w:proofErr w:type="spellStart"/>
      <w:r w:rsidR="00704DCC" w:rsidRPr="0082231F">
        <w:rPr>
          <w:rFonts w:cs="Arial"/>
          <w:sz w:val="20"/>
          <w:szCs w:val="20"/>
        </w:rPr>
        <w:t>atletika</w:t>
      </w:r>
      <w:proofErr w:type="spellEnd"/>
      <w:r w:rsidR="00704DCC" w:rsidRPr="0082231F">
        <w:rPr>
          <w:rFonts w:cs="Arial"/>
          <w:sz w:val="20"/>
          <w:szCs w:val="20"/>
        </w:rPr>
        <w:t xml:space="preserve">, </w:t>
      </w:r>
      <w:proofErr w:type="spellStart"/>
      <w:r w:rsidR="00704DCC" w:rsidRPr="0082231F">
        <w:rPr>
          <w:rFonts w:cs="Arial"/>
          <w:sz w:val="20"/>
          <w:szCs w:val="20"/>
        </w:rPr>
        <w:t>florbal</w:t>
      </w:r>
      <w:proofErr w:type="spellEnd"/>
      <w:r w:rsidR="00704DCC" w:rsidRPr="0082231F">
        <w:rPr>
          <w:rFonts w:cs="Arial"/>
          <w:sz w:val="20"/>
          <w:szCs w:val="20"/>
        </w:rPr>
        <w:t xml:space="preserve">, </w:t>
      </w:r>
      <w:proofErr w:type="spellStart"/>
      <w:r w:rsidR="00704DCC" w:rsidRPr="0082231F">
        <w:rPr>
          <w:rFonts w:cs="Arial"/>
          <w:sz w:val="20"/>
          <w:szCs w:val="20"/>
        </w:rPr>
        <w:t>fotbal</w:t>
      </w:r>
      <w:proofErr w:type="spellEnd"/>
      <w:r w:rsidR="00704DCC" w:rsidRPr="0082231F">
        <w:rPr>
          <w:rFonts w:cs="Arial"/>
          <w:sz w:val="20"/>
          <w:szCs w:val="20"/>
        </w:rPr>
        <w:t xml:space="preserve">), pod </w:t>
      </w:r>
      <w:proofErr w:type="spellStart"/>
      <w:r w:rsidR="00704DCC" w:rsidRPr="0082231F">
        <w:rPr>
          <w:rFonts w:cs="Arial"/>
          <w:sz w:val="20"/>
          <w:szCs w:val="20"/>
        </w:rPr>
        <w:t>budovou</w:t>
      </w:r>
      <w:proofErr w:type="spellEnd"/>
      <w:r w:rsidR="00704DCC" w:rsidRPr="0082231F">
        <w:rPr>
          <w:rFonts w:cs="Arial"/>
          <w:sz w:val="20"/>
          <w:szCs w:val="20"/>
        </w:rPr>
        <w:t xml:space="preserve"> se </w:t>
      </w:r>
      <w:proofErr w:type="spellStart"/>
      <w:r w:rsidR="00704DCC" w:rsidRPr="0082231F">
        <w:rPr>
          <w:rFonts w:cs="Arial"/>
          <w:sz w:val="20"/>
          <w:szCs w:val="20"/>
        </w:rPr>
        <w:t>nachází</w:t>
      </w:r>
      <w:proofErr w:type="spellEnd"/>
      <w:r w:rsidR="00704DCC" w:rsidRPr="0082231F">
        <w:rPr>
          <w:rFonts w:cs="Arial"/>
          <w:sz w:val="20"/>
          <w:szCs w:val="20"/>
        </w:rPr>
        <w:t xml:space="preserve"> </w:t>
      </w:r>
      <w:proofErr w:type="spellStart"/>
      <w:r w:rsidR="00704DCC" w:rsidRPr="0082231F">
        <w:rPr>
          <w:rFonts w:cs="Arial"/>
          <w:sz w:val="20"/>
          <w:szCs w:val="20"/>
        </w:rPr>
        <w:t>venkovní</w:t>
      </w:r>
      <w:proofErr w:type="spellEnd"/>
      <w:r w:rsidR="00704DCC" w:rsidRPr="0082231F">
        <w:rPr>
          <w:rFonts w:cs="Arial"/>
          <w:sz w:val="20"/>
          <w:szCs w:val="20"/>
        </w:rPr>
        <w:t xml:space="preserve"> </w:t>
      </w:r>
      <w:proofErr w:type="spellStart"/>
      <w:r w:rsidR="00704DCC" w:rsidRPr="0082231F">
        <w:rPr>
          <w:rFonts w:cs="Arial"/>
          <w:sz w:val="20"/>
          <w:szCs w:val="20"/>
        </w:rPr>
        <w:t>učebna</w:t>
      </w:r>
      <w:proofErr w:type="spellEnd"/>
      <w:r w:rsidR="00704DCC" w:rsidRPr="0082231F">
        <w:rPr>
          <w:rFonts w:cs="Arial"/>
          <w:sz w:val="20"/>
          <w:szCs w:val="20"/>
        </w:rPr>
        <w:t xml:space="preserve"> s </w:t>
      </w:r>
      <w:proofErr w:type="spellStart"/>
      <w:r w:rsidR="00704DCC" w:rsidRPr="0082231F">
        <w:rPr>
          <w:rFonts w:cs="Arial"/>
          <w:sz w:val="20"/>
          <w:szCs w:val="20"/>
        </w:rPr>
        <w:t>fotbalovými</w:t>
      </w:r>
      <w:proofErr w:type="spellEnd"/>
      <w:r w:rsidR="00704DCC" w:rsidRPr="0082231F">
        <w:rPr>
          <w:rFonts w:cs="Arial"/>
          <w:sz w:val="20"/>
          <w:szCs w:val="20"/>
        </w:rPr>
        <w:t xml:space="preserve"> </w:t>
      </w:r>
      <w:proofErr w:type="spellStart"/>
      <w:r w:rsidR="00704DCC" w:rsidRPr="0082231F">
        <w:rPr>
          <w:rFonts w:cs="Arial"/>
          <w:sz w:val="20"/>
          <w:szCs w:val="20"/>
        </w:rPr>
        <w:t>brankami</w:t>
      </w:r>
      <w:proofErr w:type="spellEnd"/>
      <w:r w:rsidR="00704DCC" w:rsidRPr="0082231F">
        <w:rPr>
          <w:rFonts w:cs="Arial"/>
          <w:sz w:val="20"/>
          <w:szCs w:val="20"/>
        </w:rPr>
        <w:t xml:space="preserve">, </w:t>
      </w:r>
      <w:proofErr w:type="spellStart"/>
      <w:r w:rsidR="00704DCC" w:rsidRPr="0082231F">
        <w:rPr>
          <w:rFonts w:cs="Arial"/>
          <w:sz w:val="20"/>
          <w:szCs w:val="20"/>
        </w:rPr>
        <w:t>volejbalovou</w:t>
      </w:r>
      <w:proofErr w:type="spellEnd"/>
      <w:r w:rsidR="00704DCC" w:rsidRPr="0082231F">
        <w:rPr>
          <w:rFonts w:cs="Arial"/>
          <w:sz w:val="20"/>
          <w:szCs w:val="20"/>
        </w:rPr>
        <w:t xml:space="preserve"> </w:t>
      </w:r>
      <w:proofErr w:type="spellStart"/>
      <w:r w:rsidR="00704DCC" w:rsidRPr="0082231F">
        <w:rPr>
          <w:rFonts w:cs="Arial"/>
          <w:sz w:val="20"/>
          <w:szCs w:val="20"/>
        </w:rPr>
        <w:t>sítí</w:t>
      </w:r>
      <w:proofErr w:type="spellEnd"/>
      <w:r w:rsidR="00704DCC" w:rsidRPr="0082231F">
        <w:rPr>
          <w:rFonts w:cs="Arial"/>
          <w:sz w:val="20"/>
          <w:szCs w:val="20"/>
        </w:rPr>
        <w:t xml:space="preserve"> a s </w:t>
      </w:r>
      <w:proofErr w:type="spellStart"/>
      <w:r w:rsidR="00704DCC" w:rsidRPr="0082231F">
        <w:rPr>
          <w:rFonts w:cs="Arial"/>
          <w:sz w:val="20"/>
          <w:szCs w:val="20"/>
        </w:rPr>
        <w:t>dostatkem</w:t>
      </w:r>
      <w:proofErr w:type="spellEnd"/>
      <w:r w:rsidR="00704DCC" w:rsidRPr="0082231F">
        <w:rPr>
          <w:rFonts w:cs="Arial"/>
          <w:sz w:val="20"/>
          <w:szCs w:val="20"/>
        </w:rPr>
        <w:t xml:space="preserve"> </w:t>
      </w:r>
      <w:proofErr w:type="spellStart"/>
      <w:r w:rsidR="00704DCC" w:rsidRPr="0082231F">
        <w:rPr>
          <w:rFonts w:cs="Arial"/>
          <w:sz w:val="20"/>
          <w:szCs w:val="20"/>
        </w:rPr>
        <w:t>místa</w:t>
      </w:r>
      <w:proofErr w:type="spellEnd"/>
      <w:r w:rsidR="00704DCC" w:rsidRPr="0082231F">
        <w:rPr>
          <w:rFonts w:cs="Arial"/>
          <w:sz w:val="20"/>
          <w:szCs w:val="20"/>
        </w:rPr>
        <w:t xml:space="preserve"> pro </w:t>
      </w:r>
      <w:proofErr w:type="spellStart"/>
      <w:r w:rsidR="00704DCC" w:rsidRPr="0082231F">
        <w:rPr>
          <w:rFonts w:cs="Arial"/>
          <w:sz w:val="20"/>
          <w:szCs w:val="20"/>
        </w:rPr>
        <w:t>venkovní</w:t>
      </w:r>
      <w:proofErr w:type="spellEnd"/>
      <w:r w:rsidR="00704DCC" w:rsidRPr="0082231F">
        <w:rPr>
          <w:rFonts w:cs="Arial"/>
          <w:sz w:val="20"/>
          <w:szCs w:val="20"/>
        </w:rPr>
        <w:t xml:space="preserve"> </w:t>
      </w:r>
      <w:proofErr w:type="spellStart"/>
      <w:r w:rsidR="00704DCC" w:rsidRPr="0082231F">
        <w:rPr>
          <w:rFonts w:cs="Arial"/>
          <w:sz w:val="20"/>
          <w:szCs w:val="20"/>
        </w:rPr>
        <w:t>aktivity</w:t>
      </w:r>
      <w:proofErr w:type="spellEnd"/>
      <w:r w:rsidR="00704DCC" w:rsidRPr="0082231F">
        <w:rPr>
          <w:rFonts w:cs="Arial"/>
          <w:sz w:val="20"/>
          <w:szCs w:val="20"/>
        </w:rPr>
        <w:t xml:space="preserve">. </w:t>
      </w:r>
      <w:r w:rsidRPr="0082231F">
        <w:rPr>
          <w:rFonts w:cs="Arial"/>
          <w:sz w:val="20"/>
          <w:szCs w:val="20"/>
        </w:rPr>
        <w:t xml:space="preserve">MŠ a ZŠ NEMO </w:t>
      </w:r>
      <w:proofErr w:type="spellStart"/>
      <w:r w:rsidRPr="0082231F">
        <w:rPr>
          <w:rFonts w:cs="Arial"/>
          <w:sz w:val="20"/>
          <w:szCs w:val="20"/>
        </w:rPr>
        <w:t>sídlí</w:t>
      </w:r>
      <w:proofErr w:type="spellEnd"/>
      <w:r w:rsidRPr="0082231F">
        <w:rPr>
          <w:rFonts w:cs="Arial"/>
          <w:sz w:val="20"/>
          <w:szCs w:val="20"/>
        </w:rPr>
        <w:t xml:space="preserve"> v </w:t>
      </w:r>
      <w:proofErr w:type="spellStart"/>
      <w:r w:rsidRPr="0082231F">
        <w:rPr>
          <w:rFonts w:cs="Arial"/>
          <w:sz w:val="20"/>
          <w:szCs w:val="20"/>
        </w:rPr>
        <w:t>tenisovém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areálu</w:t>
      </w:r>
      <w:proofErr w:type="spellEnd"/>
      <w:r w:rsidRPr="0082231F">
        <w:rPr>
          <w:rFonts w:cs="Arial"/>
          <w:sz w:val="20"/>
          <w:szCs w:val="20"/>
        </w:rPr>
        <w:t xml:space="preserve">. </w:t>
      </w:r>
      <w:proofErr w:type="spellStart"/>
      <w:r w:rsidRPr="0082231F">
        <w:rPr>
          <w:rFonts w:cs="Arial"/>
          <w:sz w:val="20"/>
          <w:szCs w:val="20"/>
        </w:rPr>
        <w:t>Využíváme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tak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možnosti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velké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tenisové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haly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nejen</w:t>
      </w:r>
      <w:proofErr w:type="spellEnd"/>
      <w:r w:rsidRPr="0082231F">
        <w:rPr>
          <w:rFonts w:cs="Arial"/>
          <w:sz w:val="20"/>
          <w:szCs w:val="20"/>
        </w:rPr>
        <w:t xml:space="preserve"> pro </w:t>
      </w:r>
      <w:proofErr w:type="spellStart"/>
      <w:r w:rsidRPr="0082231F">
        <w:rPr>
          <w:rFonts w:cs="Arial"/>
          <w:sz w:val="20"/>
          <w:szCs w:val="20"/>
        </w:rPr>
        <w:t>tělocvik</w:t>
      </w:r>
      <w:proofErr w:type="spellEnd"/>
      <w:r w:rsidRPr="0082231F">
        <w:rPr>
          <w:rFonts w:cs="Arial"/>
          <w:sz w:val="20"/>
          <w:szCs w:val="20"/>
        </w:rPr>
        <w:t xml:space="preserve">, ale I pro </w:t>
      </w:r>
      <w:proofErr w:type="spellStart"/>
      <w:r w:rsidRPr="0082231F">
        <w:rPr>
          <w:rFonts w:cs="Arial"/>
          <w:sz w:val="20"/>
          <w:szCs w:val="20"/>
        </w:rPr>
        <w:t>pohybové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a</w:t>
      </w:r>
      <w:r w:rsidR="00704DCC" w:rsidRPr="0082231F">
        <w:rPr>
          <w:rFonts w:cs="Arial"/>
          <w:sz w:val="20"/>
          <w:szCs w:val="20"/>
        </w:rPr>
        <w:t>k</w:t>
      </w:r>
      <w:r w:rsidRPr="0082231F">
        <w:rPr>
          <w:rFonts w:cs="Arial"/>
          <w:sz w:val="20"/>
          <w:szCs w:val="20"/>
        </w:rPr>
        <w:t>tivity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dětí</w:t>
      </w:r>
      <w:proofErr w:type="spellEnd"/>
      <w:r w:rsidRPr="0082231F">
        <w:rPr>
          <w:rFonts w:cs="Arial"/>
          <w:sz w:val="20"/>
          <w:szCs w:val="20"/>
        </w:rPr>
        <w:t xml:space="preserve"> v MŠ. </w:t>
      </w:r>
      <w:proofErr w:type="spellStart"/>
      <w:r w:rsidRPr="0082231F">
        <w:rPr>
          <w:rFonts w:cs="Arial"/>
          <w:sz w:val="20"/>
          <w:szCs w:val="20"/>
        </w:rPr>
        <w:t>Spolupracujeme</w:t>
      </w:r>
      <w:proofErr w:type="spellEnd"/>
      <w:r w:rsidRPr="0082231F">
        <w:rPr>
          <w:rFonts w:cs="Arial"/>
          <w:sz w:val="20"/>
          <w:szCs w:val="20"/>
        </w:rPr>
        <w:t xml:space="preserve"> s </w:t>
      </w:r>
      <w:proofErr w:type="spellStart"/>
      <w:r w:rsidRPr="0082231F">
        <w:rPr>
          <w:rFonts w:cs="Arial"/>
          <w:sz w:val="20"/>
          <w:szCs w:val="20"/>
        </w:rPr>
        <w:t>organizací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Gymnathlon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kde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jsme</w:t>
      </w:r>
      <w:proofErr w:type="spellEnd"/>
      <w:r w:rsidRPr="0082231F">
        <w:rPr>
          <w:rFonts w:cs="Arial"/>
          <w:sz w:val="20"/>
          <w:szCs w:val="20"/>
        </w:rPr>
        <w:t xml:space="preserve"> v </w:t>
      </w:r>
      <w:proofErr w:type="spellStart"/>
      <w:r w:rsidRPr="0082231F">
        <w:rPr>
          <w:rFonts w:cs="Arial"/>
          <w:sz w:val="20"/>
          <w:szCs w:val="20"/>
        </w:rPr>
        <w:t>rámci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projektu</w:t>
      </w:r>
      <w:proofErr w:type="spellEnd"/>
      <w:r w:rsidRPr="0082231F">
        <w:rPr>
          <w:rFonts w:cs="Arial"/>
          <w:sz w:val="20"/>
          <w:szCs w:val="20"/>
        </w:rPr>
        <w:t xml:space="preserve"> “</w:t>
      </w:r>
      <w:proofErr w:type="spellStart"/>
      <w:r w:rsidRPr="0082231F">
        <w:rPr>
          <w:rFonts w:cs="Arial"/>
          <w:sz w:val="20"/>
          <w:szCs w:val="20"/>
        </w:rPr>
        <w:t>Sportujeme</w:t>
      </w:r>
      <w:proofErr w:type="spellEnd"/>
      <w:r w:rsidRPr="0082231F">
        <w:rPr>
          <w:rFonts w:cs="Arial"/>
          <w:sz w:val="20"/>
          <w:szCs w:val="20"/>
        </w:rPr>
        <w:t xml:space="preserve"> v </w:t>
      </w:r>
      <w:proofErr w:type="spellStart"/>
      <w:r w:rsidRPr="0082231F">
        <w:rPr>
          <w:rFonts w:cs="Arial"/>
          <w:sz w:val="20"/>
          <w:szCs w:val="20"/>
        </w:rPr>
        <w:t>regionech</w:t>
      </w:r>
      <w:proofErr w:type="spellEnd"/>
      <w:r w:rsidRPr="0082231F">
        <w:rPr>
          <w:rFonts w:cs="Arial"/>
          <w:sz w:val="20"/>
          <w:szCs w:val="20"/>
        </w:rPr>
        <w:t xml:space="preserve">” </w:t>
      </w:r>
      <w:proofErr w:type="spellStart"/>
      <w:r w:rsidRPr="0082231F">
        <w:rPr>
          <w:rFonts w:cs="Arial"/>
          <w:sz w:val="20"/>
          <w:szCs w:val="20"/>
        </w:rPr>
        <w:t>získali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mnoho</w:t>
      </w:r>
      <w:proofErr w:type="spellEnd"/>
      <w:r w:rsidRPr="0082231F">
        <w:rPr>
          <w:rFonts w:cs="Arial"/>
          <w:sz w:val="20"/>
          <w:szCs w:val="20"/>
        </w:rPr>
        <w:t xml:space="preserve"> TV </w:t>
      </w:r>
      <w:proofErr w:type="spellStart"/>
      <w:r w:rsidRPr="0082231F">
        <w:rPr>
          <w:rFonts w:cs="Arial"/>
          <w:sz w:val="20"/>
          <w:szCs w:val="20"/>
        </w:rPr>
        <w:t>náčiní</w:t>
      </w:r>
      <w:proofErr w:type="spellEnd"/>
      <w:r w:rsidRPr="0082231F">
        <w:rPr>
          <w:rFonts w:cs="Arial"/>
          <w:sz w:val="20"/>
          <w:szCs w:val="20"/>
        </w:rPr>
        <w:t>. “</w:t>
      </w:r>
      <w:proofErr w:type="spellStart"/>
      <w:r w:rsidRPr="0082231F">
        <w:rPr>
          <w:rFonts w:cs="Arial"/>
          <w:sz w:val="20"/>
          <w:szCs w:val="20"/>
        </w:rPr>
        <w:t>Naše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tělocvična</w:t>
      </w:r>
      <w:proofErr w:type="spellEnd"/>
      <w:r w:rsidRPr="0082231F">
        <w:rPr>
          <w:rFonts w:cs="Arial"/>
          <w:sz w:val="20"/>
          <w:szCs w:val="20"/>
        </w:rPr>
        <w:t xml:space="preserve">” je </w:t>
      </w:r>
      <w:proofErr w:type="spellStart"/>
      <w:r w:rsidRPr="0082231F">
        <w:rPr>
          <w:rFonts w:cs="Arial"/>
          <w:sz w:val="20"/>
          <w:szCs w:val="20"/>
        </w:rPr>
        <w:t>tak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vybavena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velkým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množstvím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pomůcek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cvičení</w:t>
      </w:r>
      <w:proofErr w:type="spellEnd"/>
      <w:r w:rsidRPr="0082231F">
        <w:rPr>
          <w:rFonts w:cs="Arial"/>
          <w:sz w:val="20"/>
          <w:szCs w:val="20"/>
        </w:rPr>
        <w:t xml:space="preserve">. </w:t>
      </w:r>
      <w:proofErr w:type="spellStart"/>
      <w:r w:rsidRPr="0082231F">
        <w:rPr>
          <w:rFonts w:cs="Arial"/>
          <w:sz w:val="20"/>
          <w:szCs w:val="20"/>
        </w:rPr>
        <w:t>Odpoledne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mají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děti</w:t>
      </w:r>
      <w:proofErr w:type="spellEnd"/>
      <w:r w:rsidRPr="0082231F">
        <w:rPr>
          <w:rFonts w:cs="Arial"/>
          <w:sz w:val="20"/>
          <w:szCs w:val="20"/>
        </w:rPr>
        <w:t xml:space="preserve"> a </w:t>
      </w:r>
      <w:proofErr w:type="spellStart"/>
      <w:r w:rsidRPr="0082231F">
        <w:rPr>
          <w:rFonts w:cs="Arial"/>
          <w:sz w:val="20"/>
          <w:szCs w:val="20"/>
        </w:rPr>
        <w:t>žáci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možnost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chodit</w:t>
      </w:r>
      <w:proofErr w:type="spellEnd"/>
      <w:r w:rsidRPr="0082231F">
        <w:rPr>
          <w:rFonts w:cs="Arial"/>
          <w:sz w:val="20"/>
          <w:szCs w:val="20"/>
        </w:rPr>
        <w:t xml:space="preserve"> do </w:t>
      </w:r>
      <w:proofErr w:type="spellStart"/>
      <w:r w:rsidRPr="0082231F">
        <w:rPr>
          <w:rFonts w:cs="Arial"/>
          <w:sz w:val="20"/>
          <w:szCs w:val="20"/>
        </w:rPr>
        <w:t>kroužku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atletiky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nebo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na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tenis</w:t>
      </w:r>
      <w:proofErr w:type="spellEnd"/>
      <w:r w:rsidRPr="0082231F">
        <w:rPr>
          <w:rFonts w:cs="Arial"/>
          <w:sz w:val="20"/>
          <w:szCs w:val="20"/>
        </w:rPr>
        <w:t xml:space="preserve">. </w:t>
      </w:r>
      <w:proofErr w:type="spellStart"/>
      <w:r w:rsidRPr="0082231F">
        <w:rPr>
          <w:rFonts w:cs="Arial"/>
          <w:sz w:val="20"/>
          <w:szCs w:val="20"/>
        </w:rPr>
        <w:t>Pohybové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a</w:t>
      </w:r>
      <w:r w:rsidR="00100468" w:rsidRPr="0082231F">
        <w:rPr>
          <w:rFonts w:cs="Arial"/>
          <w:sz w:val="20"/>
          <w:szCs w:val="20"/>
        </w:rPr>
        <w:t>k</w:t>
      </w:r>
      <w:r w:rsidRPr="0082231F">
        <w:rPr>
          <w:rFonts w:cs="Arial"/>
          <w:sz w:val="20"/>
          <w:szCs w:val="20"/>
        </w:rPr>
        <w:t>tivity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podporujeme</w:t>
      </w:r>
      <w:proofErr w:type="spellEnd"/>
      <w:r w:rsidRPr="0082231F">
        <w:rPr>
          <w:rFonts w:cs="Arial"/>
          <w:sz w:val="20"/>
          <w:szCs w:val="20"/>
        </w:rPr>
        <w:t xml:space="preserve"> I </w:t>
      </w:r>
      <w:proofErr w:type="spellStart"/>
      <w:r w:rsidRPr="0082231F">
        <w:rPr>
          <w:rFonts w:cs="Arial"/>
          <w:sz w:val="20"/>
          <w:szCs w:val="20"/>
        </w:rPr>
        <w:t>spoluprací</w:t>
      </w:r>
      <w:proofErr w:type="spellEnd"/>
      <w:r w:rsidRPr="0082231F">
        <w:rPr>
          <w:rFonts w:cs="Arial"/>
          <w:sz w:val="20"/>
          <w:szCs w:val="20"/>
        </w:rPr>
        <w:t xml:space="preserve"> s </w:t>
      </w:r>
      <w:proofErr w:type="spellStart"/>
      <w:r w:rsidRPr="0082231F">
        <w:rPr>
          <w:rFonts w:cs="Arial"/>
          <w:sz w:val="20"/>
          <w:szCs w:val="20"/>
        </w:rPr>
        <w:t>organizací</w:t>
      </w:r>
      <w:proofErr w:type="spellEnd"/>
      <w:r w:rsidRPr="0082231F">
        <w:rPr>
          <w:rFonts w:cs="Arial"/>
          <w:sz w:val="20"/>
          <w:szCs w:val="20"/>
        </w:rPr>
        <w:t xml:space="preserve"> “</w:t>
      </w:r>
      <w:proofErr w:type="spellStart"/>
      <w:r w:rsidRPr="0082231F">
        <w:rPr>
          <w:rFonts w:cs="Arial"/>
          <w:sz w:val="20"/>
          <w:szCs w:val="20"/>
        </w:rPr>
        <w:t>Hravé</w:t>
      </w:r>
      <w:proofErr w:type="spellEnd"/>
      <w:r w:rsidRPr="0082231F">
        <w:rPr>
          <w:rFonts w:cs="Arial"/>
          <w:sz w:val="20"/>
          <w:szCs w:val="20"/>
        </w:rPr>
        <w:t xml:space="preserve"> sporty”, </w:t>
      </w:r>
      <w:proofErr w:type="spellStart"/>
      <w:r w:rsidRPr="0082231F">
        <w:rPr>
          <w:rFonts w:cs="Arial"/>
          <w:sz w:val="20"/>
          <w:szCs w:val="20"/>
        </w:rPr>
        <w:t>kte</w:t>
      </w:r>
      <w:r w:rsidR="00100468" w:rsidRPr="0082231F">
        <w:rPr>
          <w:rFonts w:cs="Arial"/>
          <w:sz w:val="20"/>
          <w:szCs w:val="20"/>
        </w:rPr>
        <w:t>rá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nám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poskytuj</w:t>
      </w:r>
      <w:r w:rsidR="00100468" w:rsidRPr="0082231F">
        <w:rPr>
          <w:rFonts w:cs="Arial"/>
          <w:sz w:val="20"/>
          <w:szCs w:val="20"/>
        </w:rPr>
        <w:t>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odpolední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kurz</w:t>
      </w:r>
      <w:r w:rsidR="00100468" w:rsidRPr="0082231F">
        <w:rPr>
          <w:rFonts w:cs="Arial"/>
          <w:sz w:val="20"/>
          <w:szCs w:val="20"/>
        </w:rPr>
        <w:t>y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lyžování</w:t>
      </w:r>
      <w:proofErr w:type="spellEnd"/>
      <w:r w:rsidRPr="0082231F">
        <w:rPr>
          <w:rFonts w:cs="Arial"/>
          <w:sz w:val="20"/>
          <w:szCs w:val="20"/>
        </w:rPr>
        <w:t xml:space="preserve"> v </w:t>
      </w:r>
      <w:proofErr w:type="spellStart"/>
      <w:r w:rsidRPr="0082231F">
        <w:rPr>
          <w:rFonts w:cs="Arial"/>
          <w:sz w:val="20"/>
          <w:szCs w:val="20"/>
        </w:rPr>
        <w:t>Chotouni</w:t>
      </w:r>
      <w:proofErr w:type="spellEnd"/>
      <w:r w:rsidRPr="0082231F">
        <w:rPr>
          <w:rFonts w:cs="Arial"/>
          <w:sz w:val="20"/>
          <w:szCs w:val="20"/>
        </w:rPr>
        <w:t xml:space="preserve"> u </w:t>
      </w:r>
      <w:proofErr w:type="spellStart"/>
      <w:r w:rsidRPr="0082231F">
        <w:rPr>
          <w:rFonts w:cs="Arial"/>
          <w:sz w:val="20"/>
          <w:szCs w:val="20"/>
        </w:rPr>
        <w:t>Jílového</w:t>
      </w:r>
      <w:proofErr w:type="spellEnd"/>
      <w:r w:rsidRPr="0082231F">
        <w:rPr>
          <w:rFonts w:cs="Arial"/>
          <w:sz w:val="20"/>
          <w:szCs w:val="20"/>
        </w:rPr>
        <w:t xml:space="preserve"> a </w:t>
      </w:r>
      <w:proofErr w:type="spellStart"/>
      <w:r w:rsidRPr="0082231F">
        <w:rPr>
          <w:rFonts w:cs="Arial"/>
          <w:sz w:val="20"/>
          <w:szCs w:val="20"/>
        </w:rPr>
        <w:t>kurz</w:t>
      </w:r>
      <w:r w:rsidR="00100468" w:rsidRPr="0082231F">
        <w:rPr>
          <w:rFonts w:cs="Arial"/>
          <w:sz w:val="20"/>
          <w:szCs w:val="20"/>
        </w:rPr>
        <w:t>y</w:t>
      </w:r>
      <w:proofErr w:type="spellEnd"/>
      <w:r w:rsidRPr="0082231F">
        <w:rPr>
          <w:rFonts w:cs="Arial"/>
          <w:sz w:val="20"/>
          <w:szCs w:val="20"/>
        </w:rPr>
        <w:t xml:space="preserve"> In line </w:t>
      </w:r>
      <w:proofErr w:type="spellStart"/>
      <w:r w:rsidRPr="0082231F">
        <w:rPr>
          <w:rFonts w:cs="Arial"/>
          <w:sz w:val="20"/>
          <w:szCs w:val="20"/>
        </w:rPr>
        <w:t>bruslení</w:t>
      </w:r>
      <w:proofErr w:type="spellEnd"/>
      <w:r w:rsidRPr="0082231F">
        <w:rPr>
          <w:rFonts w:cs="Arial"/>
          <w:sz w:val="20"/>
          <w:szCs w:val="20"/>
        </w:rPr>
        <w:t xml:space="preserve"> u </w:t>
      </w:r>
      <w:proofErr w:type="spellStart"/>
      <w:r w:rsidRPr="0082231F">
        <w:rPr>
          <w:rFonts w:cs="Arial"/>
          <w:sz w:val="20"/>
          <w:szCs w:val="20"/>
        </w:rPr>
        <w:t>nás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na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hřišti</w:t>
      </w:r>
      <w:proofErr w:type="spellEnd"/>
      <w:r w:rsidRPr="0082231F">
        <w:rPr>
          <w:rFonts w:cs="Arial"/>
          <w:sz w:val="20"/>
          <w:szCs w:val="20"/>
        </w:rPr>
        <w:t xml:space="preserve"> v </w:t>
      </w:r>
      <w:proofErr w:type="spellStart"/>
      <w:r w:rsidRPr="0082231F">
        <w:rPr>
          <w:rFonts w:cs="Arial"/>
          <w:sz w:val="20"/>
          <w:szCs w:val="20"/>
        </w:rPr>
        <w:t>Pacově</w:t>
      </w:r>
      <w:proofErr w:type="spellEnd"/>
      <w:r w:rsidRPr="0082231F">
        <w:rPr>
          <w:rFonts w:cs="Arial"/>
          <w:sz w:val="20"/>
          <w:szCs w:val="20"/>
        </w:rPr>
        <w:t xml:space="preserve">. MŠ se </w:t>
      </w:r>
      <w:proofErr w:type="spellStart"/>
      <w:r w:rsidRPr="0082231F">
        <w:rPr>
          <w:rFonts w:cs="Arial"/>
          <w:sz w:val="20"/>
          <w:szCs w:val="20"/>
        </w:rPr>
        <w:t>účastní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každoročního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kurzu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plavání</w:t>
      </w:r>
      <w:proofErr w:type="spellEnd"/>
      <w:r w:rsidRPr="0082231F">
        <w:rPr>
          <w:rFonts w:cs="Arial"/>
          <w:sz w:val="20"/>
          <w:szCs w:val="20"/>
        </w:rPr>
        <w:t xml:space="preserve"> v </w:t>
      </w:r>
      <w:proofErr w:type="spellStart"/>
      <w:r w:rsidRPr="0082231F">
        <w:rPr>
          <w:rFonts w:cs="Arial"/>
          <w:sz w:val="20"/>
          <w:szCs w:val="20"/>
        </w:rPr>
        <w:t>hotelu</w:t>
      </w:r>
      <w:proofErr w:type="spellEnd"/>
      <w:r w:rsidRPr="0082231F">
        <w:rPr>
          <w:rFonts w:cs="Arial"/>
          <w:sz w:val="20"/>
          <w:szCs w:val="20"/>
        </w:rPr>
        <w:t xml:space="preserve"> Floret s </w:t>
      </w:r>
      <w:proofErr w:type="spellStart"/>
      <w:r w:rsidRPr="0082231F">
        <w:rPr>
          <w:rFonts w:cs="Arial"/>
          <w:sz w:val="20"/>
          <w:szCs w:val="20"/>
        </w:rPr>
        <w:t>plavčíky</w:t>
      </w:r>
      <w:proofErr w:type="spellEnd"/>
      <w:r w:rsidRPr="0082231F">
        <w:rPr>
          <w:rFonts w:cs="Arial"/>
          <w:sz w:val="20"/>
          <w:szCs w:val="20"/>
        </w:rPr>
        <w:t xml:space="preserve"> z Mommy time, </w:t>
      </w:r>
      <w:proofErr w:type="spellStart"/>
      <w:r w:rsidRPr="0082231F">
        <w:rPr>
          <w:rFonts w:cs="Arial"/>
          <w:sz w:val="20"/>
          <w:szCs w:val="20"/>
        </w:rPr>
        <w:t>žáci</w:t>
      </w:r>
      <w:proofErr w:type="spellEnd"/>
      <w:r w:rsidRPr="0082231F">
        <w:rPr>
          <w:rFonts w:cs="Arial"/>
          <w:sz w:val="20"/>
          <w:szCs w:val="20"/>
        </w:rPr>
        <w:t xml:space="preserve"> 1., 2., a 3. </w:t>
      </w:r>
      <w:proofErr w:type="spellStart"/>
      <w:r w:rsidR="00100468" w:rsidRPr="0082231F">
        <w:rPr>
          <w:rFonts w:cs="Arial"/>
          <w:sz w:val="20"/>
          <w:szCs w:val="20"/>
        </w:rPr>
        <w:t>r</w:t>
      </w:r>
      <w:r w:rsidRPr="0082231F">
        <w:rPr>
          <w:rFonts w:cs="Arial"/>
          <w:sz w:val="20"/>
          <w:szCs w:val="20"/>
        </w:rPr>
        <w:t>očníku</w:t>
      </w:r>
      <w:proofErr w:type="spellEnd"/>
      <w:r w:rsidRPr="0082231F">
        <w:rPr>
          <w:rFonts w:cs="Arial"/>
          <w:sz w:val="20"/>
          <w:szCs w:val="20"/>
        </w:rPr>
        <w:t xml:space="preserve"> pak v </w:t>
      </w:r>
      <w:proofErr w:type="spellStart"/>
      <w:r w:rsidRPr="0082231F">
        <w:rPr>
          <w:rFonts w:cs="Arial"/>
          <w:sz w:val="20"/>
          <w:szCs w:val="20"/>
        </w:rPr>
        <w:t>rámc</w:t>
      </w:r>
      <w:r w:rsidR="00100468" w:rsidRPr="0082231F">
        <w:rPr>
          <w:rFonts w:cs="Arial"/>
          <w:sz w:val="20"/>
          <w:szCs w:val="20"/>
        </w:rPr>
        <w:t>i</w:t>
      </w:r>
      <w:proofErr w:type="spellEnd"/>
      <w:r w:rsidRPr="0082231F">
        <w:rPr>
          <w:rFonts w:cs="Arial"/>
          <w:sz w:val="20"/>
          <w:szCs w:val="20"/>
        </w:rPr>
        <w:t xml:space="preserve"> TV </w:t>
      </w:r>
      <w:proofErr w:type="spellStart"/>
      <w:r w:rsidRPr="0082231F">
        <w:rPr>
          <w:rFonts w:cs="Arial"/>
          <w:sz w:val="20"/>
          <w:szCs w:val="20"/>
        </w:rPr>
        <w:t>pravidelného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kurzu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plavání</w:t>
      </w:r>
      <w:proofErr w:type="spellEnd"/>
      <w:r w:rsidRPr="0082231F">
        <w:rPr>
          <w:rFonts w:cs="Arial"/>
          <w:sz w:val="20"/>
          <w:szCs w:val="20"/>
        </w:rPr>
        <w:t xml:space="preserve"> v </w:t>
      </w:r>
      <w:proofErr w:type="spellStart"/>
      <w:r w:rsidRPr="0082231F">
        <w:rPr>
          <w:rFonts w:cs="Arial"/>
          <w:sz w:val="20"/>
          <w:szCs w:val="20"/>
        </w:rPr>
        <w:t>Říčanech</w:t>
      </w:r>
      <w:proofErr w:type="spellEnd"/>
      <w:r w:rsidRPr="0082231F">
        <w:rPr>
          <w:rFonts w:cs="Arial"/>
          <w:sz w:val="20"/>
          <w:szCs w:val="20"/>
        </w:rPr>
        <w:t xml:space="preserve"> Na </w:t>
      </w:r>
      <w:proofErr w:type="spellStart"/>
      <w:r w:rsidRPr="0082231F">
        <w:rPr>
          <w:rFonts w:cs="Arial"/>
          <w:sz w:val="20"/>
          <w:szCs w:val="20"/>
        </w:rPr>
        <w:t>Fialce</w:t>
      </w:r>
      <w:proofErr w:type="spellEnd"/>
      <w:r w:rsidRPr="0082231F">
        <w:rPr>
          <w:rFonts w:cs="Arial"/>
          <w:sz w:val="20"/>
          <w:szCs w:val="20"/>
        </w:rPr>
        <w:t>.</w:t>
      </w:r>
      <w:r w:rsidR="00100468"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Žáci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vyšších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ročníků</w:t>
      </w:r>
      <w:proofErr w:type="spellEnd"/>
      <w:r w:rsidRPr="0082231F">
        <w:rPr>
          <w:rFonts w:cs="Arial"/>
          <w:sz w:val="20"/>
          <w:szCs w:val="20"/>
        </w:rPr>
        <w:t xml:space="preserve"> se </w:t>
      </w:r>
      <w:proofErr w:type="spellStart"/>
      <w:r w:rsidRPr="0082231F">
        <w:rPr>
          <w:rFonts w:cs="Arial"/>
          <w:sz w:val="20"/>
          <w:szCs w:val="20"/>
        </w:rPr>
        <w:t>účastní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každoročně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cyklo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výletu</w:t>
      </w:r>
      <w:proofErr w:type="spellEnd"/>
      <w:r w:rsidRPr="0082231F">
        <w:rPr>
          <w:rFonts w:cs="Arial"/>
          <w:sz w:val="20"/>
          <w:szCs w:val="20"/>
        </w:rPr>
        <w:t xml:space="preserve">. </w:t>
      </w:r>
      <w:proofErr w:type="spellStart"/>
      <w:r w:rsidRPr="0082231F">
        <w:rPr>
          <w:rFonts w:cs="Arial"/>
          <w:sz w:val="20"/>
          <w:szCs w:val="20"/>
        </w:rPr>
        <w:t>Celá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škola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plní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disciplíny</w:t>
      </w:r>
      <w:proofErr w:type="spellEnd"/>
      <w:r w:rsidRPr="0082231F">
        <w:rPr>
          <w:rFonts w:cs="Arial"/>
          <w:sz w:val="20"/>
          <w:szCs w:val="20"/>
        </w:rPr>
        <w:t xml:space="preserve"> v </w:t>
      </w:r>
      <w:proofErr w:type="spellStart"/>
      <w:r w:rsidRPr="0082231F">
        <w:rPr>
          <w:rFonts w:cs="Arial"/>
          <w:sz w:val="20"/>
          <w:szCs w:val="20"/>
        </w:rPr>
        <w:t>rámci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akce</w:t>
      </w:r>
      <w:proofErr w:type="spellEnd"/>
      <w:r w:rsidRPr="0082231F">
        <w:rPr>
          <w:rFonts w:cs="Arial"/>
          <w:sz w:val="20"/>
          <w:szCs w:val="20"/>
        </w:rPr>
        <w:t xml:space="preserve"> “Olympijský </w:t>
      </w:r>
      <w:proofErr w:type="spellStart"/>
      <w:r w:rsidRPr="0082231F">
        <w:rPr>
          <w:rFonts w:cs="Arial"/>
          <w:sz w:val="20"/>
          <w:szCs w:val="20"/>
        </w:rPr>
        <w:t>diplom</w:t>
      </w:r>
      <w:proofErr w:type="spellEnd"/>
      <w:r w:rsidRPr="0082231F">
        <w:rPr>
          <w:rFonts w:cs="Arial"/>
          <w:sz w:val="20"/>
          <w:szCs w:val="20"/>
        </w:rPr>
        <w:t xml:space="preserve">”, </w:t>
      </w:r>
      <w:proofErr w:type="spellStart"/>
      <w:r w:rsidRPr="0082231F">
        <w:rPr>
          <w:rFonts w:cs="Arial"/>
          <w:sz w:val="20"/>
          <w:szCs w:val="20"/>
        </w:rPr>
        <w:t>kterou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organizuje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náš</w:t>
      </w:r>
      <w:proofErr w:type="spellEnd"/>
      <w:r w:rsidRPr="0082231F">
        <w:rPr>
          <w:rFonts w:cs="Arial"/>
          <w:sz w:val="20"/>
          <w:szCs w:val="20"/>
        </w:rPr>
        <w:t xml:space="preserve"> pan </w:t>
      </w:r>
      <w:proofErr w:type="spellStart"/>
      <w:r w:rsidRPr="0082231F">
        <w:rPr>
          <w:rFonts w:cs="Arial"/>
          <w:sz w:val="20"/>
          <w:szCs w:val="20"/>
        </w:rPr>
        <w:t>učitel</w:t>
      </w:r>
      <w:proofErr w:type="spellEnd"/>
      <w:r w:rsidRPr="0082231F">
        <w:rPr>
          <w:rFonts w:cs="Arial"/>
          <w:sz w:val="20"/>
          <w:szCs w:val="20"/>
        </w:rPr>
        <w:t xml:space="preserve">. </w:t>
      </w:r>
    </w:p>
    <w:p w14:paraId="41943F0C" w14:textId="77777777" w:rsidR="00CD15CC" w:rsidRPr="0082231F" w:rsidRDefault="00CD15CC" w:rsidP="00B6654B">
      <w:pPr>
        <w:rPr>
          <w:rFonts w:cs="Arial"/>
          <w:sz w:val="20"/>
          <w:szCs w:val="20"/>
        </w:rPr>
      </w:pPr>
      <w:proofErr w:type="spellStart"/>
      <w:r w:rsidRPr="0082231F">
        <w:rPr>
          <w:rFonts w:cs="Arial"/>
          <w:b/>
          <w:sz w:val="20"/>
          <w:szCs w:val="20"/>
        </w:rPr>
        <w:t>Environmentální</w:t>
      </w:r>
      <w:proofErr w:type="spellEnd"/>
      <w:r w:rsidRPr="0082231F">
        <w:rPr>
          <w:rFonts w:cs="Arial"/>
          <w:b/>
          <w:sz w:val="20"/>
          <w:szCs w:val="20"/>
        </w:rPr>
        <w:t xml:space="preserve"> </w:t>
      </w:r>
      <w:proofErr w:type="spellStart"/>
      <w:r w:rsidRPr="0082231F">
        <w:rPr>
          <w:rFonts w:cs="Arial"/>
          <w:b/>
          <w:sz w:val="20"/>
          <w:szCs w:val="20"/>
        </w:rPr>
        <w:t>vzdělávání</w:t>
      </w:r>
      <w:proofErr w:type="spellEnd"/>
      <w:r w:rsidR="002132C4" w:rsidRPr="0082231F">
        <w:rPr>
          <w:rFonts w:cs="Arial"/>
          <w:sz w:val="20"/>
          <w:szCs w:val="20"/>
        </w:rPr>
        <w:t xml:space="preserve"> </w:t>
      </w:r>
      <w:proofErr w:type="spellStart"/>
      <w:r w:rsidR="002132C4" w:rsidRPr="0082231F">
        <w:rPr>
          <w:rFonts w:cs="Arial"/>
          <w:sz w:val="20"/>
          <w:szCs w:val="20"/>
        </w:rPr>
        <w:t>jsme</w:t>
      </w:r>
      <w:proofErr w:type="spellEnd"/>
      <w:r w:rsidR="002132C4" w:rsidRPr="0082231F">
        <w:rPr>
          <w:rFonts w:cs="Arial"/>
          <w:sz w:val="20"/>
          <w:szCs w:val="20"/>
        </w:rPr>
        <w:t xml:space="preserve"> </w:t>
      </w:r>
      <w:proofErr w:type="spellStart"/>
      <w:r w:rsidR="002132C4" w:rsidRPr="0082231F">
        <w:rPr>
          <w:rFonts w:cs="Arial"/>
          <w:sz w:val="20"/>
          <w:szCs w:val="20"/>
        </w:rPr>
        <w:t>posílili</w:t>
      </w:r>
      <w:proofErr w:type="spellEnd"/>
      <w:r w:rsidR="002132C4" w:rsidRPr="0082231F">
        <w:rPr>
          <w:rFonts w:cs="Arial"/>
          <w:sz w:val="20"/>
          <w:szCs w:val="20"/>
        </w:rPr>
        <w:t xml:space="preserve"> </w:t>
      </w:r>
      <w:proofErr w:type="spellStart"/>
      <w:r w:rsidR="002132C4" w:rsidRPr="0082231F">
        <w:rPr>
          <w:rFonts w:cs="Arial"/>
          <w:sz w:val="20"/>
          <w:szCs w:val="20"/>
        </w:rPr>
        <w:t>vybudováním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venkovní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učebny</w:t>
      </w:r>
      <w:proofErr w:type="spellEnd"/>
      <w:r w:rsidR="002132C4" w:rsidRPr="0082231F">
        <w:rPr>
          <w:rFonts w:cs="Arial"/>
          <w:sz w:val="20"/>
          <w:szCs w:val="20"/>
        </w:rPr>
        <w:t>. Zde</w:t>
      </w:r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žáci</w:t>
      </w:r>
      <w:proofErr w:type="spellEnd"/>
      <w:r w:rsidRPr="0082231F">
        <w:rPr>
          <w:rFonts w:cs="Arial"/>
          <w:sz w:val="20"/>
          <w:szCs w:val="20"/>
        </w:rPr>
        <w:t xml:space="preserve"> 5. </w:t>
      </w:r>
      <w:proofErr w:type="spellStart"/>
      <w:r w:rsidRPr="0082231F">
        <w:rPr>
          <w:rFonts w:cs="Arial"/>
          <w:sz w:val="20"/>
          <w:szCs w:val="20"/>
        </w:rPr>
        <w:t>ročníku</w:t>
      </w:r>
      <w:proofErr w:type="spellEnd"/>
      <w:r w:rsidRPr="0082231F">
        <w:rPr>
          <w:rFonts w:cs="Arial"/>
          <w:sz w:val="20"/>
          <w:szCs w:val="20"/>
        </w:rPr>
        <w:t xml:space="preserve"> v </w:t>
      </w:r>
      <w:proofErr w:type="spellStart"/>
      <w:r w:rsidRPr="0082231F">
        <w:rPr>
          <w:rFonts w:cs="Arial"/>
          <w:sz w:val="20"/>
          <w:szCs w:val="20"/>
        </w:rPr>
        <w:t>rámci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projektu</w:t>
      </w:r>
      <w:proofErr w:type="spellEnd"/>
      <w:r w:rsidRPr="0082231F">
        <w:rPr>
          <w:rFonts w:cs="Arial"/>
          <w:sz w:val="20"/>
          <w:szCs w:val="20"/>
        </w:rPr>
        <w:t xml:space="preserve"> “</w:t>
      </w:r>
      <w:proofErr w:type="spellStart"/>
      <w:r w:rsidRPr="0082231F">
        <w:rPr>
          <w:rFonts w:cs="Arial"/>
          <w:sz w:val="20"/>
          <w:szCs w:val="20"/>
        </w:rPr>
        <w:t>Klimatická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zahrada</w:t>
      </w:r>
      <w:proofErr w:type="spellEnd"/>
      <w:r w:rsidRPr="0082231F">
        <w:rPr>
          <w:rFonts w:cs="Arial"/>
          <w:sz w:val="20"/>
          <w:szCs w:val="20"/>
        </w:rPr>
        <w:t xml:space="preserve">” </w:t>
      </w:r>
      <w:proofErr w:type="spellStart"/>
      <w:r w:rsidR="002132C4" w:rsidRPr="0082231F">
        <w:rPr>
          <w:rFonts w:cs="Arial"/>
          <w:sz w:val="20"/>
          <w:szCs w:val="20"/>
        </w:rPr>
        <w:t>zařídili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jezírko</w:t>
      </w:r>
      <w:proofErr w:type="spellEnd"/>
      <w:r w:rsidRPr="0082231F">
        <w:rPr>
          <w:rFonts w:cs="Arial"/>
          <w:sz w:val="20"/>
          <w:szCs w:val="20"/>
        </w:rPr>
        <w:t xml:space="preserve"> s </w:t>
      </w:r>
      <w:proofErr w:type="spellStart"/>
      <w:r w:rsidRPr="0082231F">
        <w:rPr>
          <w:rFonts w:cs="Arial"/>
          <w:sz w:val="20"/>
          <w:szCs w:val="20"/>
        </w:rPr>
        <w:t>vodními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rostlinami</w:t>
      </w:r>
      <w:proofErr w:type="spellEnd"/>
      <w:r w:rsidRPr="0082231F">
        <w:rPr>
          <w:rFonts w:cs="Arial"/>
          <w:sz w:val="20"/>
          <w:szCs w:val="20"/>
        </w:rPr>
        <w:t xml:space="preserve"> a </w:t>
      </w:r>
      <w:proofErr w:type="spellStart"/>
      <w:r w:rsidRPr="0082231F">
        <w:rPr>
          <w:rFonts w:cs="Arial"/>
          <w:sz w:val="20"/>
          <w:szCs w:val="20"/>
        </w:rPr>
        <w:t>rybkami</w:t>
      </w:r>
      <w:proofErr w:type="spellEnd"/>
      <w:r w:rsidRPr="0082231F">
        <w:rPr>
          <w:rFonts w:cs="Arial"/>
          <w:sz w:val="20"/>
          <w:szCs w:val="20"/>
        </w:rPr>
        <w:t xml:space="preserve">. Ve </w:t>
      </w:r>
      <w:proofErr w:type="spellStart"/>
      <w:r w:rsidRPr="0082231F">
        <w:rPr>
          <w:rFonts w:cs="Arial"/>
          <w:sz w:val="20"/>
          <w:szCs w:val="20"/>
        </w:rPr>
        <w:t>venkovní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učebně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jsme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společně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2132C4" w:rsidRPr="0082231F">
        <w:rPr>
          <w:rFonts w:cs="Arial"/>
          <w:sz w:val="20"/>
          <w:szCs w:val="20"/>
        </w:rPr>
        <w:t>zhotovili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vyvýšené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záho</w:t>
      </w:r>
      <w:r w:rsidR="00BE2B8B" w:rsidRPr="0082231F">
        <w:rPr>
          <w:rFonts w:cs="Arial"/>
          <w:sz w:val="20"/>
          <w:szCs w:val="20"/>
        </w:rPr>
        <w:t>n</w:t>
      </w:r>
      <w:r w:rsidRPr="0082231F">
        <w:rPr>
          <w:rFonts w:cs="Arial"/>
          <w:sz w:val="20"/>
          <w:szCs w:val="20"/>
        </w:rPr>
        <w:t>y</w:t>
      </w:r>
      <w:proofErr w:type="spellEnd"/>
      <w:r w:rsidRPr="0082231F">
        <w:rPr>
          <w:rFonts w:cs="Arial"/>
          <w:sz w:val="20"/>
          <w:szCs w:val="20"/>
        </w:rPr>
        <w:t xml:space="preserve"> s </w:t>
      </w:r>
      <w:proofErr w:type="spellStart"/>
      <w:r w:rsidRPr="0082231F">
        <w:rPr>
          <w:rFonts w:cs="Arial"/>
          <w:sz w:val="20"/>
          <w:szCs w:val="20"/>
        </w:rPr>
        <w:t>bylinkami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jahodami</w:t>
      </w:r>
      <w:proofErr w:type="spellEnd"/>
      <w:r w:rsidRPr="0082231F">
        <w:rPr>
          <w:rFonts w:cs="Arial"/>
          <w:sz w:val="20"/>
          <w:szCs w:val="20"/>
        </w:rPr>
        <w:t xml:space="preserve"> a </w:t>
      </w:r>
      <w:proofErr w:type="spellStart"/>
      <w:r w:rsidRPr="0082231F">
        <w:rPr>
          <w:rFonts w:cs="Arial"/>
          <w:sz w:val="20"/>
          <w:szCs w:val="20"/>
        </w:rPr>
        <w:t>sezónní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zeleninou</w:t>
      </w:r>
      <w:proofErr w:type="spellEnd"/>
      <w:r w:rsidRPr="0082231F">
        <w:rPr>
          <w:rFonts w:cs="Arial"/>
          <w:sz w:val="20"/>
          <w:szCs w:val="20"/>
        </w:rPr>
        <w:t xml:space="preserve">. </w:t>
      </w:r>
      <w:proofErr w:type="spellStart"/>
      <w:r w:rsidRPr="0082231F">
        <w:rPr>
          <w:rFonts w:cs="Arial"/>
          <w:sz w:val="20"/>
          <w:szCs w:val="20"/>
        </w:rPr>
        <w:t>Jsou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zde</w:t>
      </w:r>
      <w:proofErr w:type="spellEnd"/>
      <w:r w:rsidR="007D7865" w:rsidRPr="0082231F">
        <w:rPr>
          <w:rFonts w:cs="Arial"/>
          <w:sz w:val="20"/>
          <w:szCs w:val="20"/>
        </w:rPr>
        <w:t xml:space="preserve"> </w:t>
      </w:r>
      <w:proofErr w:type="spellStart"/>
      <w:r w:rsidR="007D7865" w:rsidRPr="0082231F">
        <w:rPr>
          <w:rFonts w:cs="Arial"/>
          <w:sz w:val="20"/>
          <w:szCs w:val="20"/>
        </w:rPr>
        <w:t>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ovocné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stromky</w:t>
      </w:r>
      <w:proofErr w:type="spellEnd"/>
      <w:r w:rsidRPr="0082231F">
        <w:rPr>
          <w:rFonts w:cs="Arial"/>
          <w:sz w:val="20"/>
          <w:szCs w:val="20"/>
        </w:rPr>
        <w:t xml:space="preserve">. O </w:t>
      </w:r>
      <w:proofErr w:type="spellStart"/>
      <w:r w:rsidRPr="0082231F">
        <w:rPr>
          <w:rFonts w:cs="Arial"/>
          <w:sz w:val="20"/>
          <w:szCs w:val="20"/>
        </w:rPr>
        <w:t>všechno</w:t>
      </w:r>
      <w:proofErr w:type="spellEnd"/>
      <w:r w:rsidRPr="0082231F">
        <w:rPr>
          <w:rFonts w:cs="Arial"/>
          <w:sz w:val="20"/>
          <w:szCs w:val="20"/>
        </w:rPr>
        <w:t xml:space="preserve"> se </w:t>
      </w:r>
      <w:proofErr w:type="spellStart"/>
      <w:r w:rsidRPr="0082231F">
        <w:rPr>
          <w:rFonts w:cs="Arial"/>
          <w:sz w:val="20"/>
          <w:szCs w:val="20"/>
        </w:rPr>
        <w:t>starají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děti</w:t>
      </w:r>
      <w:proofErr w:type="spellEnd"/>
      <w:r w:rsidRPr="0082231F">
        <w:rPr>
          <w:rFonts w:cs="Arial"/>
          <w:sz w:val="20"/>
          <w:szCs w:val="20"/>
        </w:rPr>
        <w:t xml:space="preserve"> a </w:t>
      </w:r>
      <w:proofErr w:type="spellStart"/>
      <w:r w:rsidRPr="0082231F">
        <w:rPr>
          <w:rFonts w:cs="Arial"/>
          <w:sz w:val="20"/>
          <w:szCs w:val="20"/>
        </w:rPr>
        <w:t>žáci</w:t>
      </w:r>
      <w:proofErr w:type="spellEnd"/>
      <w:r w:rsidRPr="0082231F">
        <w:rPr>
          <w:rFonts w:cs="Arial"/>
          <w:sz w:val="20"/>
          <w:szCs w:val="20"/>
        </w:rPr>
        <w:t xml:space="preserve"> z NEMA. </w:t>
      </w:r>
      <w:proofErr w:type="spellStart"/>
      <w:r w:rsidR="00BE2B8B" w:rsidRPr="0082231F">
        <w:rPr>
          <w:rFonts w:cs="Arial"/>
          <w:sz w:val="20"/>
          <w:szCs w:val="20"/>
        </w:rPr>
        <w:t>Musí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dobře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hospodařit</w:t>
      </w:r>
      <w:proofErr w:type="spellEnd"/>
      <w:r w:rsidR="00BE2B8B" w:rsidRPr="0082231F">
        <w:rPr>
          <w:rFonts w:cs="Arial"/>
          <w:sz w:val="20"/>
          <w:szCs w:val="20"/>
        </w:rPr>
        <w:t xml:space="preserve"> s vodou, </w:t>
      </w:r>
      <w:proofErr w:type="spellStart"/>
      <w:r w:rsidR="00BE2B8B" w:rsidRPr="0082231F">
        <w:rPr>
          <w:rFonts w:cs="Arial"/>
          <w:sz w:val="20"/>
          <w:szCs w:val="20"/>
        </w:rPr>
        <w:t>neboť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jediným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zdrojem</w:t>
      </w:r>
      <w:proofErr w:type="spellEnd"/>
      <w:r w:rsidR="00BE2B8B" w:rsidRPr="0082231F">
        <w:rPr>
          <w:rFonts w:cs="Arial"/>
          <w:sz w:val="20"/>
          <w:szCs w:val="20"/>
        </w:rPr>
        <w:t xml:space="preserve"> je </w:t>
      </w:r>
      <w:proofErr w:type="spellStart"/>
      <w:r w:rsidR="00BE2B8B" w:rsidRPr="0082231F">
        <w:rPr>
          <w:rFonts w:cs="Arial"/>
          <w:sz w:val="20"/>
          <w:szCs w:val="20"/>
        </w:rPr>
        <w:t>její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zachytávání</w:t>
      </w:r>
      <w:proofErr w:type="spellEnd"/>
      <w:r w:rsidR="00BE2B8B" w:rsidRPr="0082231F">
        <w:rPr>
          <w:rFonts w:cs="Arial"/>
          <w:sz w:val="20"/>
          <w:szCs w:val="20"/>
        </w:rPr>
        <w:t xml:space="preserve"> z </w:t>
      </w:r>
      <w:proofErr w:type="spellStart"/>
      <w:r w:rsidR="00BE2B8B" w:rsidRPr="0082231F">
        <w:rPr>
          <w:rFonts w:cs="Arial"/>
          <w:sz w:val="20"/>
          <w:szCs w:val="20"/>
        </w:rPr>
        <w:t>okapů</w:t>
      </w:r>
      <w:proofErr w:type="spellEnd"/>
      <w:r w:rsidR="00BE2B8B" w:rsidRPr="0082231F">
        <w:rPr>
          <w:rFonts w:cs="Arial"/>
          <w:sz w:val="20"/>
          <w:szCs w:val="20"/>
        </w:rPr>
        <w:t xml:space="preserve"> do </w:t>
      </w:r>
      <w:proofErr w:type="spellStart"/>
      <w:r w:rsidR="00BE2B8B" w:rsidRPr="0082231F">
        <w:rPr>
          <w:rFonts w:cs="Arial"/>
          <w:sz w:val="20"/>
          <w:szCs w:val="20"/>
        </w:rPr>
        <w:t>nádrží</w:t>
      </w:r>
      <w:proofErr w:type="spellEnd"/>
      <w:r w:rsidR="00BE2B8B" w:rsidRPr="0082231F">
        <w:rPr>
          <w:rFonts w:cs="Arial"/>
          <w:sz w:val="20"/>
          <w:szCs w:val="20"/>
        </w:rPr>
        <w:t xml:space="preserve">. V </w:t>
      </w:r>
      <w:proofErr w:type="spellStart"/>
      <w:r w:rsidR="00BE2B8B" w:rsidRPr="0082231F">
        <w:rPr>
          <w:rFonts w:cs="Arial"/>
          <w:sz w:val="20"/>
          <w:szCs w:val="20"/>
        </w:rPr>
        <w:t>blízkosti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venkovní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učebny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protéká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říčka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Rokytka</w:t>
      </w:r>
      <w:proofErr w:type="spellEnd"/>
      <w:r w:rsidR="00BE2B8B" w:rsidRPr="0082231F">
        <w:rPr>
          <w:rFonts w:cs="Arial"/>
          <w:sz w:val="20"/>
          <w:szCs w:val="20"/>
        </w:rPr>
        <w:t xml:space="preserve">, </w:t>
      </w:r>
      <w:proofErr w:type="spellStart"/>
      <w:r w:rsidR="00BE2B8B" w:rsidRPr="0082231F">
        <w:rPr>
          <w:rFonts w:cs="Arial"/>
          <w:sz w:val="20"/>
          <w:szCs w:val="20"/>
        </w:rPr>
        <w:t>jejíž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okolí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žáci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pravidelně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čistí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ve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spolupráci</w:t>
      </w:r>
      <w:proofErr w:type="spellEnd"/>
      <w:r w:rsidR="00BE2B8B" w:rsidRPr="0082231F">
        <w:rPr>
          <w:rFonts w:cs="Arial"/>
          <w:sz w:val="20"/>
          <w:szCs w:val="20"/>
        </w:rPr>
        <w:t xml:space="preserve"> s </w:t>
      </w:r>
      <w:proofErr w:type="spellStart"/>
      <w:r w:rsidR="00BE2B8B" w:rsidRPr="0082231F">
        <w:rPr>
          <w:rFonts w:cs="Arial"/>
          <w:sz w:val="20"/>
          <w:szCs w:val="20"/>
        </w:rPr>
        <w:t>městem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Říčany</w:t>
      </w:r>
      <w:proofErr w:type="spellEnd"/>
      <w:r w:rsidR="007D7865" w:rsidRPr="0082231F">
        <w:rPr>
          <w:rFonts w:cs="Arial"/>
          <w:sz w:val="20"/>
          <w:szCs w:val="20"/>
        </w:rPr>
        <w:t xml:space="preserve">, </w:t>
      </w:r>
      <w:proofErr w:type="spellStart"/>
      <w:r w:rsidR="007D7865" w:rsidRPr="0082231F">
        <w:rPr>
          <w:rFonts w:cs="Arial"/>
          <w:sz w:val="20"/>
          <w:szCs w:val="20"/>
        </w:rPr>
        <w:t>které</w:t>
      </w:r>
      <w:proofErr w:type="spellEnd"/>
      <w:r w:rsidR="007D7865" w:rsidRPr="0082231F">
        <w:rPr>
          <w:rFonts w:cs="Arial"/>
          <w:sz w:val="20"/>
          <w:szCs w:val="20"/>
        </w:rPr>
        <w:t xml:space="preserve"> </w:t>
      </w:r>
      <w:proofErr w:type="spellStart"/>
      <w:r w:rsidR="007D7865" w:rsidRPr="0082231F">
        <w:rPr>
          <w:rFonts w:cs="Arial"/>
          <w:sz w:val="20"/>
          <w:szCs w:val="20"/>
        </w:rPr>
        <w:t>nám</w:t>
      </w:r>
      <w:proofErr w:type="spellEnd"/>
      <w:r w:rsidR="007D7865" w:rsidRPr="0082231F">
        <w:rPr>
          <w:rFonts w:cs="Arial"/>
          <w:sz w:val="20"/>
          <w:szCs w:val="20"/>
        </w:rPr>
        <w:t xml:space="preserve"> </w:t>
      </w:r>
      <w:proofErr w:type="spellStart"/>
      <w:r w:rsidR="007D7865" w:rsidRPr="0082231F">
        <w:rPr>
          <w:rFonts w:cs="Arial"/>
          <w:sz w:val="20"/>
          <w:szCs w:val="20"/>
        </w:rPr>
        <w:t>poskytuje</w:t>
      </w:r>
      <w:proofErr w:type="spellEnd"/>
      <w:r w:rsidR="007D7865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pytle</w:t>
      </w:r>
      <w:proofErr w:type="spellEnd"/>
      <w:r w:rsidR="00BE2B8B" w:rsidRPr="0082231F">
        <w:rPr>
          <w:rFonts w:cs="Arial"/>
          <w:sz w:val="20"/>
          <w:szCs w:val="20"/>
        </w:rPr>
        <w:t xml:space="preserve">, </w:t>
      </w:r>
      <w:proofErr w:type="spellStart"/>
      <w:r w:rsidR="00BE2B8B" w:rsidRPr="0082231F">
        <w:rPr>
          <w:rFonts w:cs="Arial"/>
          <w:sz w:val="20"/>
          <w:szCs w:val="20"/>
        </w:rPr>
        <w:t>rukavice</w:t>
      </w:r>
      <w:proofErr w:type="spellEnd"/>
      <w:r w:rsidR="007D7865" w:rsidRPr="0082231F">
        <w:rPr>
          <w:rFonts w:cs="Arial"/>
          <w:sz w:val="20"/>
          <w:szCs w:val="20"/>
        </w:rPr>
        <w:t xml:space="preserve"> a </w:t>
      </w:r>
      <w:proofErr w:type="spellStart"/>
      <w:r w:rsidR="00BE2B8B" w:rsidRPr="0082231F">
        <w:rPr>
          <w:rFonts w:cs="Arial"/>
          <w:sz w:val="20"/>
          <w:szCs w:val="20"/>
        </w:rPr>
        <w:t>odvoz</w:t>
      </w:r>
      <w:proofErr w:type="spellEnd"/>
      <w:r w:rsidR="00BE2B8B" w:rsidRPr="0082231F">
        <w:rPr>
          <w:rFonts w:cs="Arial"/>
          <w:sz w:val="20"/>
          <w:szCs w:val="20"/>
        </w:rPr>
        <w:t xml:space="preserve"> </w:t>
      </w:r>
      <w:proofErr w:type="spellStart"/>
      <w:r w:rsidR="00BE2B8B" w:rsidRPr="0082231F">
        <w:rPr>
          <w:rFonts w:cs="Arial"/>
          <w:sz w:val="20"/>
          <w:szCs w:val="20"/>
        </w:rPr>
        <w:t>odpadu</w:t>
      </w:r>
      <w:proofErr w:type="spellEnd"/>
      <w:r w:rsidR="00BE2B8B" w:rsidRPr="0082231F">
        <w:rPr>
          <w:rFonts w:cs="Arial"/>
          <w:sz w:val="20"/>
          <w:szCs w:val="20"/>
        </w:rPr>
        <w:t>.</w:t>
      </w:r>
    </w:p>
    <w:p w14:paraId="6F438FF0" w14:textId="77777777" w:rsidR="00BE2B8B" w:rsidRPr="0082231F" w:rsidRDefault="00BE2B8B" w:rsidP="00B6654B">
      <w:pPr>
        <w:rPr>
          <w:rFonts w:cs="Arial"/>
          <w:sz w:val="20"/>
          <w:szCs w:val="20"/>
        </w:rPr>
      </w:pPr>
      <w:proofErr w:type="spellStart"/>
      <w:r w:rsidRPr="0082231F">
        <w:rPr>
          <w:rFonts w:cs="Arial"/>
          <w:sz w:val="20"/>
          <w:szCs w:val="20"/>
        </w:rPr>
        <w:t>Spolupracujeme</w:t>
      </w:r>
      <w:proofErr w:type="spellEnd"/>
      <w:r w:rsidRPr="0082231F">
        <w:rPr>
          <w:rFonts w:cs="Arial"/>
          <w:sz w:val="20"/>
          <w:szCs w:val="20"/>
        </w:rPr>
        <w:t xml:space="preserve"> s </w:t>
      </w:r>
      <w:proofErr w:type="spellStart"/>
      <w:r w:rsidRPr="0082231F">
        <w:rPr>
          <w:rFonts w:cs="Arial"/>
          <w:sz w:val="20"/>
          <w:szCs w:val="20"/>
        </w:rPr>
        <w:t>Muzeem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Říčany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kde</w:t>
      </w:r>
      <w:proofErr w:type="spellEnd"/>
      <w:r w:rsidRPr="0082231F">
        <w:rPr>
          <w:rFonts w:cs="Arial"/>
          <w:sz w:val="20"/>
          <w:szCs w:val="20"/>
        </w:rPr>
        <w:t xml:space="preserve"> se </w:t>
      </w:r>
      <w:proofErr w:type="spellStart"/>
      <w:r w:rsidRPr="0082231F">
        <w:rPr>
          <w:rFonts w:cs="Arial"/>
          <w:sz w:val="20"/>
          <w:szCs w:val="20"/>
        </w:rPr>
        <w:t>pravidelně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zúčastňujeme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env</w:t>
      </w:r>
      <w:r w:rsidR="0006227F" w:rsidRPr="0082231F">
        <w:rPr>
          <w:rFonts w:cs="Arial"/>
          <w:sz w:val="20"/>
          <w:szCs w:val="20"/>
        </w:rPr>
        <w:t>i</w:t>
      </w:r>
      <w:r w:rsidRPr="0082231F">
        <w:rPr>
          <w:rFonts w:cs="Arial"/>
          <w:sz w:val="20"/>
          <w:szCs w:val="20"/>
        </w:rPr>
        <w:t>ronmentálních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vycházek</w:t>
      </w:r>
      <w:proofErr w:type="spellEnd"/>
      <w:r w:rsidRPr="0082231F">
        <w:rPr>
          <w:rFonts w:cs="Arial"/>
          <w:sz w:val="20"/>
          <w:szCs w:val="20"/>
        </w:rPr>
        <w:t xml:space="preserve"> do </w:t>
      </w:r>
      <w:proofErr w:type="spellStart"/>
      <w:r w:rsidRPr="0082231F">
        <w:rPr>
          <w:rFonts w:cs="Arial"/>
          <w:sz w:val="20"/>
          <w:szCs w:val="20"/>
        </w:rPr>
        <w:t>okolí</w:t>
      </w:r>
      <w:proofErr w:type="spellEnd"/>
      <w:r w:rsidRPr="0082231F">
        <w:rPr>
          <w:rFonts w:cs="Arial"/>
          <w:sz w:val="20"/>
          <w:szCs w:val="20"/>
        </w:rPr>
        <w:t xml:space="preserve">, take </w:t>
      </w:r>
      <w:proofErr w:type="spellStart"/>
      <w:r w:rsidRPr="0082231F">
        <w:rPr>
          <w:rFonts w:cs="Arial"/>
          <w:sz w:val="20"/>
          <w:szCs w:val="20"/>
        </w:rPr>
        <w:t>navštěvujeme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organizace</w:t>
      </w:r>
      <w:proofErr w:type="spellEnd"/>
      <w:r w:rsidRPr="0082231F">
        <w:rPr>
          <w:rFonts w:cs="Arial"/>
          <w:sz w:val="20"/>
          <w:szCs w:val="20"/>
        </w:rPr>
        <w:t xml:space="preserve"> v </w:t>
      </w:r>
      <w:proofErr w:type="spellStart"/>
      <w:r w:rsidRPr="0082231F">
        <w:rPr>
          <w:rFonts w:cs="Arial"/>
          <w:sz w:val="20"/>
          <w:szCs w:val="20"/>
        </w:rPr>
        <w:t>Toulcově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dvoře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kde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probíhají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školení</w:t>
      </w:r>
      <w:proofErr w:type="spellEnd"/>
      <w:r w:rsidRPr="0082231F">
        <w:rPr>
          <w:rFonts w:cs="Arial"/>
          <w:sz w:val="20"/>
          <w:szCs w:val="20"/>
        </w:rPr>
        <w:t xml:space="preserve"> pro pedagogy a </w:t>
      </w:r>
      <w:proofErr w:type="spellStart"/>
      <w:r w:rsidRPr="0082231F">
        <w:rPr>
          <w:rFonts w:cs="Arial"/>
          <w:sz w:val="20"/>
          <w:szCs w:val="20"/>
        </w:rPr>
        <w:t>workshopy</w:t>
      </w:r>
      <w:proofErr w:type="spellEnd"/>
      <w:r w:rsidRPr="0082231F">
        <w:rPr>
          <w:rFonts w:cs="Arial"/>
          <w:sz w:val="20"/>
          <w:szCs w:val="20"/>
        </w:rPr>
        <w:t xml:space="preserve"> pro </w:t>
      </w:r>
      <w:proofErr w:type="spellStart"/>
      <w:r w:rsidRPr="0082231F">
        <w:rPr>
          <w:rFonts w:cs="Arial"/>
          <w:sz w:val="20"/>
          <w:szCs w:val="20"/>
        </w:rPr>
        <w:t>děti</w:t>
      </w:r>
      <w:proofErr w:type="spellEnd"/>
      <w:r w:rsidRPr="0082231F">
        <w:rPr>
          <w:rFonts w:cs="Arial"/>
          <w:sz w:val="20"/>
          <w:szCs w:val="20"/>
        </w:rPr>
        <w:t xml:space="preserve">. V </w:t>
      </w:r>
      <w:proofErr w:type="spellStart"/>
      <w:r w:rsidRPr="0082231F">
        <w:rPr>
          <w:rFonts w:cs="Arial"/>
          <w:sz w:val="20"/>
          <w:szCs w:val="20"/>
        </w:rPr>
        <w:t>rámci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zkvalitnění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environmentální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výuky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zahájila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paní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učitelka</w:t>
      </w:r>
      <w:proofErr w:type="spellEnd"/>
      <w:r w:rsidRPr="0082231F">
        <w:rPr>
          <w:rFonts w:cs="Arial"/>
          <w:sz w:val="20"/>
          <w:szCs w:val="20"/>
        </w:rPr>
        <w:t xml:space="preserve"> z MŠ stadium </w:t>
      </w:r>
      <w:proofErr w:type="spellStart"/>
      <w:r w:rsidRPr="0082231F">
        <w:rPr>
          <w:rFonts w:cs="Arial"/>
          <w:sz w:val="20"/>
          <w:szCs w:val="20"/>
        </w:rPr>
        <w:t>koordinátora</w:t>
      </w:r>
      <w:proofErr w:type="spellEnd"/>
      <w:r w:rsidRPr="0082231F">
        <w:rPr>
          <w:rFonts w:cs="Arial"/>
          <w:sz w:val="20"/>
          <w:szCs w:val="20"/>
        </w:rPr>
        <w:t xml:space="preserve"> EVVO. </w:t>
      </w:r>
    </w:p>
    <w:p w14:paraId="0DF5EF90" w14:textId="77777777" w:rsidR="0006227F" w:rsidRPr="0082231F" w:rsidRDefault="0006227F" w:rsidP="00B6654B">
      <w:pPr>
        <w:rPr>
          <w:rFonts w:cs="Arial"/>
          <w:sz w:val="20"/>
          <w:szCs w:val="20"/>
        </w:rPr>
      </w:pPr>
      <w:proofErr w:type="spellStart"/>
      <w:r w:rsidRPr="0082231F">
        <w:rPr>
          <w:rFonts w:cs="Arial"/>
          <w:b/>
          <w:sz w:val="20"/>
          <w:szCs w:val="20"/>
        </w:rPr>
        <w:t>Digitální</w:t>
      </w:r>
      <w:proofErr w:type="spellEnd"/>
      <w:r w:rsidRPr="0082231F">
        <w:rPr>
          <w:rFonts w:cs="Arial"/>
          <w:b/>
          <w:sz w:val="20"/>
          <w:szCs w:val="20"/>
        </w:rPr>
        <w:t xml:space="preserve"> </w:t>
      </w:r>
      <w:proofErr w:type="spellStart"/>
      <w:r w:rsidRPr="0082231F">
        <w:rPr>
          <w:rFonts w:cs="Arial"/>
          <w:b/>
          <w:sz w:val="20"/>
          <w:szCs w:val="20"/>
        </w:rPr>
        <w:t>vzdělávání</w:t>
      </w:r>
      <w:proofErr w:type="spellEnd"/>
      <w:r w:rsidRPr="0082231F">
        <w:rPr>
          <w:rFonts w:cs="Arial"/>
          <w:b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má</w:t>
      </w:r>
      <w:proofErr w:type="spellEnd"/>
      <w:r w:rsidRPr="0082231F">
        <w:rPr>
          <w:rFonts w:cs="Arial"/>
          <w:sz w:val="20"/>
          <w:szCs w:val="20"/>
        </w:rPr>
        <w:t xml:space="preserve"> pod </w:t>
      </w:r>
      <w:proofErr w:type="spellStart"/>
      <w:r w:rsidRPr="0082231F">
        <w:rPr>
          <w:rFonts w:cs="Arial"/>
          <w:sz w:val="20"/>
          <w:szCs w:val="20"/>
        </w:rPr>
        <w:t>záštitou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náš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koordinátor</w:t>
      </w:r>
      <w:proofErr w:type="spellEnd"/>
      <w:r w:rsidRPr="0082231F">
        <w:rPr>
          <w:rFonts w:cs="Arial"/>
          <w:sz w:val="20"/>
          <w:szCs w:val="20"/>
        </w:rPr>
        <w:t xml:space="preserve"> ICT. MŠ </w:t>
      </w:r>
      <w:proofErr w:type="spellStart"/>
      <w:r w:rsidR="007D7865" w:rsidRPr="0082231F">
        <w:rPr>
          <w:rFonts w:cs="Arial"/>
          <w:sz w:val="20"/>
          <w:szCs w:val="20"/>
        </w:rPr>
        <w:t>i</w:t>
      </w:r>
      <w:proofErr w:type="spellEnd"/>
      <w:r w:rsidRPr="0082231F">
        <w:rPr>
          <w:rFonts w:cs="Arial"/>
          <w:sz w:val="20"/>
          <w:szCs w:val="20"/>
        </w:rPr>
        <w:t xml:space="preserve"> ZŠ je </w:t>
      </w:r>
      <w:proofErr w:type="spellStart"/>
      <w:r w:rsidRPr="0082231F">
        <w:rPr>
          <w:rFonts w:cs="Arial"/>
          <w:sz w:val="20"/>
          <w:szCs w:val="20"/>
        </w:rPr>
        <w:t>vybavena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dostatkem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techniky</w:t>
      </w:r>
      <w:proofErr w:type="spellEnd"/>
      <w:r w:rsidRPr="0082231F">
        <w:rPr>
          <w:rFonts w:cs="Arial"/>
          <w:sz w:val="20"/>
          <w:szCs w:val="20"/>
        </w:rPr>
        <w:t xml:space="preserve"> pro </w:t>
      </w:r>
      <w:proofErr w:type="spellStart"/>
      <w:r w:rsidRPr="0082231F">
        <w:rPr>
          <w:rFonts w:cs="Arial"/>
          <w:sz w:val="20"/>
          <w:szCs w:val="20"/>
        </w:rPr>
        <w:t>digitalizaci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organizace</w:t>
      </w:r>
      <w:proofErr w:type="spellEnd"/>
      <w:r w:rsidR="007D7865" w:rsidRPr="0082231F">
        <w:rPr>
          <w:rFonts w:cs="Arial"/>
          <w:sz w:val="20"/>
          <w:szCs w:val="20"/>
        </w:rPr>
        <w:t xml:space="preserve"> </w:t>
      </w:r>
      <w:proofErr w:type="spellStart"/>
      <w:r w:rsidR="007D7865" w:rsidRPr="0082231F">
        <w:rPr>
          <w:rFonts w:cs="Arial"/>
          <w:sz w:val="20"/>
          <w:szCs w:val="20"/>
        </w:rPr>
        <w:t>i</w:t>
      </w:r>
      <w:proofErr w:type="spellEnd"/>
      <w:r w:rsidRPr="0082231F">
        <w:rPr>
          <w:rFonts w:cs="Arial"/>
          <w:sz w:val="20"/>
          <w:szCs w:val="20"/>
        </w:rPr>
        <w:t xml:space="preserve"> pro </w:t>
      </w:r>
      <w:proofErr w:type="spellStart"/>
      <w:r w:rsidRPr="0082231F">
        <w:rPr>
          <w:rFonts w:cs="Arial"/>
          <w:sz w:val="20"/>
          <w:szCs w:val="20"/>
        </w:rPr>
        <w:t>výuku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žáků</w:t>
      </w:r>
      <w:proofErr w:type="spellEnd"/>
      <w:r w:rsidRPr="0082231F">
        <w:rPr>
          <w:rFonts w:cs="Arial"/>
          <w:sz w:val="20"/>
          <w:szCs w:val="20"/>
        </w:rPr>
        <w:t xml:space="preserve">. V MŠ </w:t>
      </w:r>
      <w:proofErr w:type="spellStart"/>
      <w:r w:rsidRPr="0082231F">
        <w:rPr>
          <w:rFonts w:cs="Arial"/>
          <w:sz w:val="20"/>
          <w:szCs w:val="20"/>
        </w:rPr>
        <w:t>využíváme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zejména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robůtky</w:t>
      </w:r>
      <w:proofErr w:type="spellEnd"/>
      <w:r w:rsidRPr="0082231F">
        <w:rPr>
          <w:rFonts w:cs="Arial"/>
          <w:sz w:val="20"/>
          <w:szCs w:val="20"/>
        </w:rPr>
        <w:t xml:space="preserve"> Blue </w:t>
      </w:r>
      <w:proofErr w:type="spellStart"/>
      <w:r w:rsidRPr="0082231F">
        <w:rPr>
          <w:rFonts w:cs="Arial"/>
          <w:sz w:val="20"/>
          <w:szCs w:val="20"/>
        </w:rPr>
        <w:t>boty</w:t>
      </w:r>
      <w:proofErr w:type="spellEnd"/>
      <w:r w:rsidRPr="0082231F">
        <w:rPr>
          <w:rFonts w:cs="Arial"/>
          <w:sz w:val="20"/>
          <w:szCs w:val="20"/>
        </w:rPr>
        <w:t xml:space="preserve"> a </w:t>
      </w:r>
      <w:proofErr w:type="spellStart"/>
      <w:r w:rsidRPr="0082231F">
        <w:rPr>
          <w:rFonts w:cs="Arial"/>
          <w:sz w:val="20"/>
          <w:szCs w:val="20"/>
        </w:rPr>
        <w:t>interaktivní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obrazovku</w:t>
      </w:r>
      <w:proofErr w:type="spellEnd"/>
      <w:r w:rsidRPr="0082231F">
        <w:rPr>
          <w:rFonts w:cs="Arial"/>
          <w:sz w:val="20"/>
          <w:szCs w:val="20"/>
        </w:rPr>
        <w:t xml:space="preserve">. V ZŠ </w:t>
      </w:r>
      <w:proofErr w:type="spellStart"/>
      <w:r w:rsidRPr="0082231F">
        <w:rPr>
          <w:rFonts w:cs="Arial"/>
          <w:sz w:val="20"/>
          <w:szCs w:val="20"/>
        </w:rPr>
        <w:t>notebooky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="00BE2C43" w:rsidRPr="0082231F">
        <w:rPr>
          <w:rFonts w:cs="Arial"/>
          <w:sz w:val="20"/>
          <w:szCs w:val="20"/>
        </w:rPr>
        <w:t>Oz</w:t>
      </w:r>
      <w:r w:rsidRPr="0082231F">
        <w:rPr>
          <w:rFonts w:cs="Arial"/>
          <w:sz w:val="20"/>
          <w:szCs w:val="20"/>
        </w:rPr>
        <w:t>oboty</w:t>
      </w:r>
      <w:proofErr w:type="spellEnd"/>
      <w:r w:rsidRPr="0082231F">
        <w:rPr>
          <w:rFonts w:cs="Arial"/>
          <w:sz w:val="20"/>
          <w:szCs w:val="20"/>
        </w:rPr>
        <w:t>, Lego spike</w:t>
      </w:r>
      <w:r w:rsidR="00BE2C43" w:rsidRPr="0082231F">
        <w:rPr>
          <w:rFonts w:cs="Arial"/>
          <w:sz w:val="20"/>
          <w:szCs w:val="20"/>
        </w:rPr>
        <w:t xml:space="preserve"> a </w:t>
      </w:r>
      <w:proofErr w:type="spellStart"/>
      <w:r w:rsidR="00BE2C43" w:rsidRPr="0082231F">
        <w:rPr>
          <w:rFonts w:cs="Arial"/>
          <w:sz w:val="20"/>
          <w:szCs w:val="20"/>
        </w:rPr>
        <w:t>mnoho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dalších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pomůcek</w:t>
      </w:r>
      <w:proofErr w:type="spellEnd"/>
      <w:r w:rsidR="00BE2C43" w:rsidRPr="0082231F">
        <w:rPr>
          <w:rFonts w:cs="Arial"/>
          <w:sz w:val="20"/>
          <w:szCs w:val="20"/>
        </w:rPr>
        <w:t xml:space="preserve">. Pro ZŠ </w:t>
      </w:r>
      <w:proofErr w:type="spellStart"/>
      <w:r w:rsidR="00BE2C43" w:rsidRPr="0082231F">
        <w:rPr>
          <w:rFonts w:cs="Arial"/>
          <w:sz w:val="20"/>
          <w:szCs w:val="20"/>
        </w:rPr>
        <w:t>organizujeme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kroužek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programování</w:t>
      </w:r>
      <w:proofErr w:type="spellEnd"/>
      <w:r w:rsidR="00BE2C43" w:rsidRPr="0082231F">
        <w:rPr>
          <w:rFonts w:cs="Arial"/>
          <w:sz w:val="20"/>
          <w:szCs w:val="20"/>
        </w:rPr>
        <w:t xml:space="preserve"> a </w:t>
      </w:r>
      <w:proofErr w:type="spellStart"/>
      <w:r w:rsidR="00BE2C43" w:rsidRPr="0082231F">
        <w:rPr>
          <w:rFonts w:cs="Arial"/>
          <w:sz w:val="20"/>
          <w:szCs w:val="20"/>
        </w:rPr>
        <w:t>robotiky</w:t>
      </w:r>
      <w:proofErr w:type="spellEnd"/>
      <w:r w:rsidR="00BE2C43" w:rsidRPr="0082231F">
        <w:rPr>
          <w:rFonts w:cs="Arial"/>
          <w:sz w:val="20"/>
          <w:szCs w:val="20"/>
        </w:rPr>
        <w:t xml:space="preserve">. </w:t>
      </w:r>
      <w:proofErr w:type="spellStart"/>
      <w:r w:rsidR="00BE2C43" w:rsidRPr="0082231F">
        <w:rPr>
          <w:rFonts w:cs="Arial"/>
          <w:sz w:val="20"/>
          <w:szCs w:val="20"/>
        </w:rPr>
        <w:t>Využíváme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interaktivní</w:t>
      </w:r>
      <w:proofErr w:type="spellEnd"/>
      <w:r w:rsidR="00BE2C43" w:rsidRPr="0082231F">
        <w:rPr>
          <w:rFonts w:cs="Arial"/>
          <w:sz w:val="20"/>
          <w:szCs w:val="20"/>
        </w:rPr>
        <w:t xml:space="preserve"> program </w:t>
      </w:r>
      <w:proofErr w:type="spellStart"/>
      <w:r w:rsidR="00BE2C43" w:rsidRPr="0082231F">
        <w:rPr>
          <w:rFonts w:cs="Arial"/>
          <w:sz w:val="20"/>
          <w:szCs w:val="20"/>
        </w:rPr>
        <w:t>od</w:t>
      </w:r>
      <w:proofErr w:type="spellEnd"/>
      <w:r w:rsidR="00BE2C43" w:rsidRPr="0082231F">
        <w:rPr>
          <w:rFonts w:cs="Arial"/>
          <w:sz w:val="20"/>
          <w:szCs w:val="20"/>
        </w:rPr>
        <w:t xml:space="preserve"> ČEZU o </w:t>
      </w:r>
      <w:proofErr w:type="spellStart"/>
      <w:r w:rsidR="00BE2C43" w:rsidRPr="0082231F">
        <w:rPr>
          <w:rFonts w:cs="Arial"/>
          <w:sz w:val="20"/>
          <w:szCs w:val="20"/>
        </w:rPr>
        <w:t>jaderných</w:t>
      </w:r>
      <w:proofErr w:type="spellEnd"/>
      <w:r w:rsidR="00BE2C43" w:rsidRPr="0082231F">
        <w:rPr>
          <w:rFonts w:cs="Arial"/>
          <w:sz w:val="20"/>
          <w:szCs w:val="20"/>
        </w:rPr>
        <w:t xml:space="preserve">, </w:t>
      </w:r>
      <w:proofErr w:type="spellStart"/>
      <w:r w:rsidR="00BE2C43" w:rsidRPr="0082231F">
        <w:rPr>
          <w:rFonts w:cs="Arial"/>
          <w:sz w:val="20"/>
          <w:szCs w:val="20"/>
        </w:rPr>
        <w:t>vodních</w:t>
      </w:r>
      <w:proofErr w:type="spellEnd"/>
      <w:r w:rsidR="00BE2C43" w:rsidRPr="0082231F">
        <w:rPr>
          <w:rFonts w:cs="Arial"/>
          <w:sz w:val="20"/>
          <w:szCs w:val="20"/>
        </w:rPr>
        <w:t xml:space="preserve"> a </w:t>
      </w:r>
      <w:proofErr w:type="spellStart"/>
      <w:r w:rsidR="00BE2C43" w:rsidRPr="0082231F">
        <w:rPr>
          <w:rFonts w:cs="Arial"/>
          <w:sz w:val="20"/>
          <w:szCs w:val="20"/>
        </w:rPr>
        <w:t>větrných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elektrárnách</w:t>
      </w:r>
      <w:proofErr w:type="spellEnd"/>
      <w:r w:rsidR="00BE2C43" w:rsidRPr="0082231F">
        <w:rPr>
          <w:rFonts w:cs="Arial"/>
          <w:sz w:val="20"/>
          <w:szCs w:val="20"/>
        </w:rPr>
        <w:t xml:space="preserve">, o tom, jak </w:t>
      </w:r>
      <w:proofErr w:type="spellStart"/>
      <w:r w:rsidR="00BE2C43" w:rsidRPr="0082231F">
        <w:rPr>
          <w:rFonts w:cs="Arial"/>
          <w:sz w:val="20"/>
          <w:szCs w:val="20"/>
        </w:rPr>
        <w:t>funguje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elektrická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rozvodná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síť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atd</w:t>
      </w:r>
      <w:proofErr w:type="spellEnd"/>
      <w:r w:rsidR="00BE2C43" w:rsidRPr="0082231F">
        <w:rPr>
          <w:rFonts w:cs="Arial"/>
          <w:sz w:val="20"/>
          <w:szCs w:val="20"/>
        </w:rPr>
        <w:t xml:space="preserve">.  MŠ </w:t>
      </w:r>
      <w:proofErr w:type="spellStart"/>
      <w:r w:rsidR="00BE2C43" w:rsidRPr="0082231F">
        <w:rPr>
          <w:rFonts w:cs="Arial"/>
          <w:sz w:val="20"/>
          <w:szCs w:val="20"/>
        </w:rPr>
        <w:t>splupracuje</w:t>
      </w:r>
      <w:proofErr w:type="spellEnd"/>
      <w:r w:rsidR="00BE2C43" w:rsidRPr="0082231F">
        <w:rPr>
          <w:rFonts w:cs="Arial"/>
          <w:sz w:val="20"/>
          <w:szCs w:val="20"/>
        </w:rPr>
        <w:t xml:space="preserve"> s Malou </w:t>
      </w:r>
      <w:proofErr w:type="spellStart"/>
      <w:r w:rsidR="00BE2C43" w:rsidRPr="0082231F">
        <w:rPr>
          <w:rFonts w:cs="Arial"/>
          <w:sz w:val="20"/>
          <w:szCs w:val="20"/>
        </w:rPr>
        <w:t>technickou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univerzitou</w:t>
      </w:r>
      <w:proofErr w:type="spellEnd"/>
      <w:r w:rsidR="00BE2C43" w:rsidRPr="0082231F">
        <w:rPr>
          <w:rFonts w:cs="Arial"/>
          <w:sz w:val="20"/>
          <w:szCs w:val="20"/>
        </w:rPr>
        <w:t xml:space="preserve">, </w:t>
      </w:r>
      <w:proofErr w:type="spellStart"/>
      <w:r w:rsidR="00BE2C43" w:rsidRPr="0082231F">
        <w:rPr>
          <w:rFonts w:cs="Arial"/>
          <w:sz w:val="20"/>
          <w:szCs w:val="20"/>
        </w:rPr>
        <w:t>kde</w:t>
      </w:r>
      <w:proofErr w:type="spellEnd"/>
      <w:r w:rsidR="00BE2C43" w:rsidRPr="0082231F">
        <w:rPr>
          <w:rFonts w:cs="Arial"/>
          <w:sz w:val="20"/>
          <w:szCs w:val="20"/>
        </w:rPr>
        <w:t xml:space="preserve"> se v </w:t>
      </w:r>
      <w:proofErr w:type="spellStart"/>
      <w:r w:rsidR="00BE2C43" w:rsidRPr="0082231F">
        <w:rPr>
          <w:rFonts w:cs="Arial"/>
          <w:sz w:val="20"/>
          <w:szCs w:val="20"/>
        </w:rPr>
        <w:t>rámci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pravidelných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setkání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děti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učí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např</w:t>
      </w:r>
      <w:proofErr w:type="spellEnd"/>
      <w:r w:rsidR="00BE2C43" w:rsidRPr="0082231F">
        <w:rPr>
          <w:rFonts w:cs="Arial"/>
          <w:sz w:val="20"/>
          <w:szCs w:val="20"/>
        </w:rPr>
        <w:t xml:space="preserve">., jak se </w:t>
      </w:r>
      <w:proofErr w:type="spellStart"/>
      <w:r w:rsidR="00BE2C43" w:rsidRPr="0082231F">
        <w:rPr>
          <w:rFonts w:cs="Arial"/>
          <w:sz w:val="20"/>
          <w:szCs w:val="20"/>
        </w:rPr>
        <w:t>staví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mosty</w:t>
      </w:r>
      <w:proofErr w:type="spellEnd"/>
      <w:r w:rsidR="00BE2C43" w:rsidRPr="0082231F">
        <w:rPr>
          <w:rFonts w:cs="Arial"/>
          <w:sz w:val="20"/>
          <w:szCs w:val="20"/>
        </w:rPr>
        <w:t xml:space="preserve">, jak </w:t>
      </w:r>
      <w:proofErr w:type="spellStart"/>
      <w:r w:rsidR="00BE2C43" w:rsidRPr="0082231F">
        <w:rPr>
          <w:rFonts w:cs="Arial"/>
          <w:sz w:val="20"/>
          <w:szCs w:val="20"/>
        </w:rPr>
        <w:t>funguje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elektrárna</w:t>
      </w:r>
      <w:proofErr w:type="spellEnd"/>
      <w:r w:rsidR="00BE2C43" w:rsidRPr="0082231F">
        <w:rPr>
          <w:rFonts w:cs="Arial"/>
          <w:sz w:val="20"/>
          <w:szCs w:val="20"/>
        </w:rPr>
        <w:t xml:space="preserve">, co </w:t>
      </w:r>
      <w:proofErr w:type="spellStart"/>
      <w:r w:rsidR="00BE2C43" w:rsidRPr="0082231F">
        <w:rPr>
          <w:rFonts w:cs="Arial"/>
          <w:sz w:val="20"/>
          <w:szCs w:val="20"/>
        </w:rPr>
        <w:t>dělá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projektant</w:t>
      </w:r>
      <w:proofErr w:type="spellEnd"/>
      <w:r w:rsidR="00BE2C43" w:rsidRPr="0082231F">
        <w:rPr>
          <w:rFonts w:cs="Arial"/>
          <w:sz w:val="20"/>
          <w:szCs w:val="20"/>
        </w:rPr>
        <w:t xml:space="preserve"> </w:t>
      </w:r>
      <w:proofErr w:type="spellStart"/>
      <w:r w:rsidR="00BE2C43" w:rsidRPr="0082231F">
        <w:rPr>
          <w:rFonts w:cs="Arial"/>
          <w:sz w:val="20"/>
          <w:szCs w:val="20"/>
        </w:rPr>
        <w:t>atd</w:t>
      </w:r>
      <w:proofErr w:type="spellEnd"/>
      <w:r w:rsidR="00BE2C43" w:rsidRPr="0082231F">
        <w:rPr>
          <w:rFonts w:cs="Arial"/>
          <w:sz w:val="20"/>
          <w:szCs w:val="20"/>
        </w:rPr>
        <w:t>.</w:t>
      </w:r>
    </w:p>
    <w:p w14:paraId="2EF42714" w14:textId="0173CEB4" w:rsidR="00BE2C43" w:rsidRPr="0082231F" w:rsidRDefault="00BE2C43" w:rsidP="00B6654B">
      <w:pPr>
        <w:rPr>
          <w:rFonts w:cs="Arial"/>
          <w:sz w:val="20"/>
          <w:szCs w:val="20"/>
        </w:rPr>
      </w:pPr>
      <w:proofErr w:type="spellStart"/>
      <w:r w:rsidRPr="0082231F">
        <w:rPr>
          <w:rFonts w:cs="Arial"/>
          <w:b/>
          <w:sz w:val="20"/>
          <w:szCs w:val="20"/>
        </w:rPr>
        <w:t>Technické</w:t>
      </w:r>
      <w:proofErr w:type="spellEnd"/>
      <w:r w:rsidRPr="0082231F">
        <w:rPr>
          <w:rFonts w:cs="Arial"/>
          <w:b/>
          <w:sz w:val="20"/>
          <w:szCs w:val="20"/>
        </w:rPr>
        <w:t xml:space="preserve"> </w:t>
      </w:r>
      <w:proofErr w:type="spellStart"/>
      <w:r w:rsidRPr="0082231F">
        <w:rPr>
          <w:rFonts w:cs="Arial"/>
          <w:b/>
          <w:sz w:val="20"/>
          <w:szCs w:val="20"/>
        </w:rPr>
        <w:t>vzdělávání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podporujeme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pracovními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činnostmi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na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školní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zahradě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kde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jsou</w:t>
      </w:r>
      <w:proofErr w:type="spellEnd"/>
      <w:r w:rsidRPr="0082231F">
        <w:rPr>
          <w:rFonts w:cs="Arial"/>
          <w:sz w:val="20"/>
          <w:szCs w:val="20"/>
        </w:rPr>
        <w:t xml:space="preserve"> 2 </w:t>
      </w:r>
      <w:proofErr w:type="spellStart"/>
      <w:r w:rsidRPr="0082231F">
        <w:rPr>
          <w:rFonts w:cs="Arial"/>
          <w:sz w:val="20"/>
          <w:szCs w:val="20"/>
        </w:rPr>
        <w:t>vybavené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ponky</w:t>
      </w:r>
      <w:proofErr w:type="spellEnd"/>
      <w:r w:rsidRPr="0082231F">
        <w:rPr>
          <w:rFonts w:cs="Arial"/>
          <w:sz w:val="20"/>
          <w:szCs w:val="20"/>
        </w:rPr>
        <w:t xml:space="preserve"> a </w:t>
      </w:r>
      <w:proofErr w:type="spellStart"/>
      <w:r w:rsidRPr="0082231F">
        <w:rPr>
          <w:rFonts w:cs="Arial"/>
          <w:sz w:val="20"/>
          <w:szCs w:val="20"/>
        </w:rPr>
        <w:t>děti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žáci</w:t>
      </w:r>
      <w:proofErr w:type="spellEnd"/>
      <w:r w:rsidRPr="0082231F">
        <w:rPr>
          <w:rFonts w:cs="Arial"/>
          <w:sz w:val="20"/>
          <w:szCs w:val="20"/>
        </w:rPr>
        <w:t xml:space="preserve"> se </w:t>
      </w:r>
      <w:proofErr w:type="spellStart"/>
      <w:r w:rsidRPr="0082231F">
        <w:rPr>
          <w:rFonts w:cs="Arial"/>
          <w:sz w:val="20"/>
          <w:szCs w:val="20"/>
        </w:rPr>
        <w:t>učí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např</w:t>
      </w:r>
      <w:proofErr w:type="spellEnd"/>
      <w:r w:rsidRPr="0082231F">
        <w:rPr>
          <w:rFonts w:cs="Arial"/>
          <w:sz w:val="20"/>
          <w:szCs w:val="20"/>
        </w:rPr>
        <w:t xml:space="preserve">. </w:t>
      </w:r>
      <w:proofErr w:type="spellStart"/>
      <w:r w:rsidRPr="0082231F">
        <w:rPr>
          <w:rFonts w:cs="Arial"/>
          <w:sz w:val="20"/>
          <w:szCs w:val="20"/>
        </w:rPr>
        <w:t>zatloukat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hřebíky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šroubovat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řezat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dřevo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nebo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sestavovat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jednoduchý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nábytek</w:t>
      </w:r>
      <w:proofErr w:type="spellEnd"/>
      <w:r w:rsidRPr="0082231F">
        <w:rPr>
          <w:rFonts w:cs="Arial"/>
          <w:sz w:val="20"/>
          <w:szCs w:val="20"/>
        </w:rPr>
        <w:t xml:space="preserve">. Do MŠ a ZŠ </w:t>
      </w:r>
      <w:proofErr w:type="spellStart"/>
      <w:r w:rsidRPr="0082231F">
        <w:rPr>
          <w:rFonts w:cs="Arial"/>
          <w:sz w:val="20"/>
          <w:szCs w:val="20"/>
        </w:rPr>
        <w:t>pravidelně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jezdí</w:t>
      </w:r>
      <w:proofErr w:type="spellEnd"/>
      <w:r w:rsidRPr="0082231F">
        <w:rPr>
          <w:rFonts w:cs="Arial"/>
          <w:sz w:val="20"/>
          <w:szCs w:val="20"/>
        </w:rPr>
        <w:t xml:space="preserve"> pan </w:t>
      </w:r>
      <w:proofErr w:type="spellStart"/>
      <w:r w:rsidRPr="0082231F">
        <w:rPr>
          <w:rFonts w:cs="Arial"/>
          <w:sz w:val="20"/>
          <w:szCs w:val="20"/>
        </w:rPr>
        <w:t>truhlář</w:t>
      </w:r>
      <w:proofErr w:type="spellEnd"/>
      <w:r w:rsidRPr="0082231F">
        <w:rPr>
          <w:rFonts w:cs="Arial"/>
          <w:sz w:val="20"/>
          <w:szCs w:val="20"/>
        </w:rPr>
        <w:t xml:space="preserve"> z </w:t>
      </w:r>
      <w:proofErr w:type="spellStart"/>
      <w:r w:rsidRPr="0082231F">
        <w:rPr>
          <w:rFonts w:cs="Arial"/>
          <w:sz w:val="20"/>
          <w:szCs w:val="20"/>
        </w:rPr>
        <w:t>projektu</w:t>
      </w:r>
      <w:proofErr w:type="spellEnd"/>
      <w:r w:rsidRPr="0082231F">
        <w:rPr>
          <w:rFonts w:cs="Arial"/>
          <w:sz w:val="20"/>
          <w:szCs w:val="20"/>
        </w:rPr>
        <w:t xml:space="preserve"> “</w:t>
      </w:r>
      <w:proofErr w:type="spellStart"/>
      <w:r w:rsidRPr="0082231F">
        <w:rPr>
          <w:rFonts w:cs="Arial"/>
          <w:sz w:val="20"/>
          <w:szCs w:val="20"/>
        </w:rPr>
        <w:t>Dřevíčková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dílna</w:t>
      </w:r>
      <w:proofErr w:type="spellEnd"/>
      <w:r w:rsidRPr="0082231F">
        <w:rPr>
          <w:rFonts w:cs="Arial"/>
          <w:sz w:val="20"/>
          <w:szCs w:val="20"/>
        </w:rPr>
        <w:t xml:space="preserve">”, </w:t>
      </w:r>
      <w:proofErr w:type="spellStart"/>
      <w:r w:rsidRPr="0082231F">
        <w:rPr>
          <w:rFonts w:cs="Arial"/>
          <w:sz w:val="20"/>
          <w:szCs w:val="20"/>
        </w:rPr>
        <w:t>který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učí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děti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vyrábět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jednoduchou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dřevěnou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hračku</w:t>
      </w:r>
      <w:proofErr w:type="spellEnd"/>
      <w:r w:rsidRPr="0082231F">
        <w:rPr>
          <w:rFonts w:cs="Arial"/>
          <w:sz w:val="20"/>
          <w:szCs w:val="20"/>
        </w:rPr>
        <w:t>.</w:t>
      </w:r>
    </w:p>
    <w:p w14:paraId="678BF3D8" w14:textId="77777777" w:rsidR="003A08DA" w:rsidRPr="0082231F" w:rsidRDefault="00635FF0" w:rsidP="00B6654B">
      <w:pPr>
        <w:rPr>
          <w:sz w:val="20"/>
          <w:szCs w:val="20"/>
        </w:rPr>
      </w:pPr>
      <w:proofErr w:type="spellStart"/>
      <w:r w:rsidRPr="0082231F">
        <w:rPr>
          <w:b/>
          <w:sz w:val="20"/>
          <w:szCs w:val="20"/>
        </w:rPr>
        <w:t>Kulturní</w:t>
      </w:r>
      <w:proofErr w:type="spellEnd"/>
      <w:r w:rsidRPr="0082231F">
        <w:rPr>
          <w:b/>
          <w:sz w:val="20"/>
          <w:szCs w:val="20"/>
        </w:rPr>
        <w:t xml:space="preserve"> </w:t>
      </w:r>
      <w:proofErr w:type="spellStart"/>
      <w:r w:rsidRPr="0082231F">
        <w:rPr>
          <w:b/>
          <w:sz w:val="20"/>
          <w:szCs w:val="20"/>
        </w:rPr>
        <w:t>vzdělávání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podporujeme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pravidelnými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návštěvami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divadel</w:t>
      </w:r>
      <w:proofErr w:type="spellEnd"/>
      <w:r w:rsidRPr="0082231F">
        <w:rPr>
          <w:sz w:val="20"/>
          <w:szCs w:val="20"/>
        </w:rPr>
        <w:t xml:space="preserve"> v </w:t>
      </w:r>
      <w:proofErr w:type="spellStart"/>
      <w:r w:rsidRPr="0082231F">
        <w:rPr>
          <w:sz w:val="20"/>
          <w:szCs w:val="20"/>
        </w:rPr>
        <w:t>Praze</w:t>
      </w:r>
      <w:proofErr w:type="spellEnd"/>
      <w:r w:rsidRPr="0082231F">
        <w:rPr>
          <w:sz w:val="20"/>
          <w:szCs w:val="20"/>
        </w:rPr>
        <w:t xml:space="preserve"> (</w:t>
      </w:r>
      <w:proofErr w:type="spellStart"/>
      <w:r w:rsidRPr="0082231F">
        <w:rPr>
          <w:sz w:val="20"/>
          <w:szCs w:val="20"/>
        </w:rPr>
        <w:t>např</w:t>
      </w:r>
      <w:proofErr w:type="spellEnd"/>
      <w:r w:rsidRPr="0082231F">
        <w:rPr>
          <w:sz w:val="20"/>
          <w:szCs w:val="20"/>
        </w:rPr>
        <w:t xml:space="preserve">. Minor), </w:t>
      </w:r>
      <w:proofErr w:type="spellStart"/>
      <w:r w:rsidRPr="0082231F">
        <w:rPr>
          <w:sz w:val="20"/>
          <w:szCs w:val="20"/>
        </w:rPr>
        <w:t>nebo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kulturními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="007D7865" w:rsidRPr="0082231F">
        <w:rPr>
          <w:sz w:val="20"/>
          <w:szCs w:val="20"/>
        </w:rPr>
        <w:t>akcemi</w:t>
      </w:r>
      <w:proofErr w:type="spellEnd"/>
      <w:r w:rsidRPr="0082231F">
        <w:rPr>
          <w:sz w:val="20"/>
          <w:szCs w:val="20"/>
        </w:rPr>
        <w:t xml:space="preserve"> v KS </w:t>
      </w:r>
      <w:proofErr w:type="spellStart"/>
      <w:r w:rsidRPr="0082231F">
        <w:rPr>
          <w:sz w:val="20"/>
          <w:szCs w:val="20"/>
        </w:rPr>
        <w:t>Labuť</w:t>
      </w:r>
      <w:proofErr w:type="spellEnd"/>
      <w:r w:rsidRPr="0082231F">
        <w:rPr>
          <w:sz w:val="20"/>
          <w:szCs w:val="20"/>
        </w:rPr>
        <w:t xml:space="preserve"> v </w:t>
      </w:r>
      <w:proofErr w:type="spellStart"/>
      <w:r w:rsidRPr="0082231F">
        <w:rPr>
          <w:sz w:val="20"/>
          <w:szCs w:val="20"/>
        </w:rPr>
        <w:t>Říčanech</w:t>
      </w:r>
      <w:proofErr w:type="spellEnd"/>
      <w:r w:rsidRPr="0082231F">
        <w:rPr>
          <w:sz w:val="20"/>
          <w:szCs w:val="20"/>
        </w:rPr>
        <w:t xml:space="preserve"> a v </w:t>
      </w:r>
      <w:proofErr w:type="spellStart"/>
      <w:r w:rsidRPr="0082231F">
        <w:rPr>
          <w:sz w:val="20"/>
          <w:szCs w:val="20"/>
        </w:rPr>
        <w:t>Uhříněvsi</w:t>
      </w:r>
      <w:proofErr w:type="spellEnd"/>
      <w:r w:rsidRPr="0082231F">
        <w:rPr>
          <w:sz w:val="20"/>
          <w:szCs w:val="20"/>
        </w:rPr>
        <w:t xml:space="preserve">. </w:t>
      </w:r>
      <w:proofErr w:type="spellStart"/>
      <w:r w:rsidRPr="0082231F">
        <w:rPr>
          <w:sz w:val="20"/>
          <w:szCs w:val="20"/>
        </w:rPr>
        <w:t>Divadla</w:t>
      </w:r>
      <w:proofErr w:type="spellEnd"/>
      <w:r w:rsidRPr="0082231F">
        <w:rPr>
          <w:sz w:val="20"/>
          <w:szCs w:val="20"/>
        </w:rPr>
        <w:t xml:space="preserve"> k </w:t>
      </w:r>
      <w:proofErr w:type="spellStart"/>
      <w:r w:rsidRPr="0082231F">
        <w:rPr>
          <w:sz w:val="20"/>
          <w:szCs w:val="20"/>
        </w:rPr>
        <w:t>nám</w:t>
      </w:r>
      <w:proofErr w:type="spellEnd"/>
      <w:r w:rsidRPr="0082231F">
        <w:rPr>
          <w:sz w:val="20"/>
          <w:szCs w:val="20"/>
        </w:rPr>
        <w:t xml:space="preserve"> take </w:t>
      </w:r>
      <w:proofErr w:type="spellStart"/>
      <w:r w:rsidRPr="0082231F">
        <w:rPr>
          <w:sz w:val="20"/>
          <w:szCs w:val="20"/>
        </w:rPr>
        <w:t>jezdí</w:t>
      </w:r>
      <w:proofErr w:type="spellEnd"/>
      <w:r w:rsidRPr="0082231F">
        <w:rPr>
          <w:sz w:val="20"/>
          <w:szCs w:val="20"/>
        </w:rPr>
        <w:t xml:space="preserve"> do MŠ a ZŠ. </w:t>
      </w:r>
      <w:proofErr w:type="spellStart"/>
      <w:r w:rsidRPr="0082231F">
        <w:rPr>
          <w:sz w:val="20"/>
          <w:szCs w:val="20"/>
        </w:rPr>
        <w:t>Čtenářskou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gramotnost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podporujeme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návštěvami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knihovny</w:t>
      </w:r>
      <w:proofErr w:type="spellEnd"/>
      <w:r w:rsidRPr="0082231F">
        <w:rPr>
          <w:sz w:val="20"/>
          <w:szCs w:val="20"/>
        </w:rPr>
        <w:t xml:space="preserve"> a </w:t>
      </w:r>
      <w:proofErr w:type="spellStart"/>
      <w:r w:rsidRPr="0082231F">
        <w:rPr>
          <w:sz w:val="20"/>
          <w:szCs w:val="20"/>
        </w:rPr>
        <w:t>besedami</w:t>
      </w:r>
      <w:proofErr w:type="spellEnd"/>
      <w:r w:rsidRPr="0082231F">
        <w:rPr>
          <w:sz w:val="20"/>
          <w:szCs w:val="20"/>
        </w:rPr>
        <w:t xml:space="preserve"> se </w:t>
      </w:r>
      <w:proofErr w:type="spellStart"/>
      <w:r w:rsidRPr="0082231F">
        <w:rPr>
          <w:sz w:val="20"/>
          <w:szCs w:val="20"/>
        </w:rPr>
        <w:t>spisovateli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nebo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workshop</w:t>
      </w:r>
      <w:r w:rsidR="007D7865" w:rsidRPr="0082231F">
        <w:rPr>
          <w:sz w:val="20"/>
          <w:szCs w:val="20"/>
        </w:rPr>
        <w:t>y</w:t>
      </w:r>
      <w:proofErr w:type="spellEnd"/>
      <w:r w:rsidRPr="0082231F">
        <w:rPr>
          <w:sz w:val="20"/>
          <w:szCs w:val="20"/>
        </w:rPr>
        <w:t xml:space="preserve"> (</w:t>
      </w:r>
      <w:proofErr w:type="spellStart"/>
      <w:r w:rsidRPr="0082231F">
        <w:rPr>
          <w:sz w:val="20"/>
          <w:szCs w:val="20"/>
        </w:rPr>
        <w:t>např</w:t>
      </w:r>
      <w:proofErr w:type="spellEnd"/>
      <w:r w:rsidRPr="0082231F">
        <w:rPr>
          <w:sz w:val="20"/>
          <w:szCs w:val="20"/>
        </w:rPr>
        <w:t xml:space="preserve">. Jak se </w:t>
      </w:r>
      <w:proofErr w:type="spellStart"/>
      <w:r w:rsidRPr="0082231F">
        <w:rPr>
          <w:sz w:val="20"/>
          <w:szCs w:val="20"/>
        </w:rPr>
        <w:t>dělá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kniha</w:t>
      </w:r>
      <w:proofErr w:type="spellEnd"/>
      <w:r w:rsidR="003A08DA" w:rsidRPr="0082231F">
        <w:rPr>
          <w:sz w:val="20"/>
          <w:szCs w:val="20"/>
        </w:rPr>
        <w:t>).</w:t>
      </w:r>
      <w:r w:rsidR="007D7865" w:rsidRPr="0082231F">
        <w:rPr>
          <w:sz w:val="20"/>
          <w:szCs w:val="20"/>
        </w:rPr>
        <w:t xml:space="preserve"> </w:t>
      </w:r>
      <w:proofErr w:type="spellStart"/>
      <w:r w:rsidR="003A08DA" w:rsidRPr="0082231F">
        <w:rPr>
          <w:sz w:val="20"/>
          <w:szCs w:val="20"/>
        </w:rPr>
        <w:t>Mediální</w:t>
      </w:r>
      <w:proofErr w:type="spellEnd"/>
      <w:r w:rsidR="003A08DA" w:rsidRPr="0082231F">
        <w:rPr>
          <w:sz w:val="20"/>
          <w:szCs w:val="20"/>
        </w:rPr>
        <w:t xml:space="preserve"> </w:t>
      </w:r>
      <w:proofErr w:type="spellStart"/>
      <w:r w:rsidR="003A08DA" w:rsidRPr="0082231F">
        <w:rPr>
          <w:sz w:val="20"/>
          <w:szCs w:val="20"/>
        </w:rPr>
        <w:t>gramotnost</w:t>
      </w:r>
      <w:proofErr w:type="spellEnd"/>
      <w:r w:rsidR="003A08DA" w:rsidRPr="0082231F">
        <w:rPr>
          <w:sz w:val="20"/>
          <w:szCs w:val="20"/>
        </w:rPr>
        <w:t xml:space="preserve"> </w:t>
      </w:r>
      <w:proofErr w:type="spellStart"/>
      <w:r w:rsidR="003A08DA" w:rsidRPr="0082231F">
        <w:rPr>
          <w:sz w:val="20"/>
          <w:szCs w:val="20"/>
        </w:rPr>
        <w:t>podporujeme</w:t>
      </w:r>
      <w:proofErr w:type="spellEnd"/>
      <w:r w:rsidR="003A08DA" w:rsidRPr="0082231F">
        <w:rPr>
          <w:sz w:val="20"/>
          <w:szCs w:val="20"/>
        </w:rPr>
        <w:t xml:space="preserve"> </w:t>
      </w:r>
      <w:proofErr w:type="spellStart"/>
      <w:r w:rsidR="003A08DA" w:rsidRPr="0082231F">
        <w:rPr>
          <w:sz w:val="20"/>
          <w:szCs w:val="20"/>
        </w:rPr>
        <w:t>spoluprací</w:t>
      </w:r>
      <w:proofErr w:type="spellEnd"/>
      <w:r w:rsidR="003A08DA" w:rsidRPr="0082231F">
        <w:rPr>
          <w:sz w:val="20"/>
          <w:szCs w:val="20"/>
        </w:rPr>
        <w:t xml:space="preserve"> se </w:t>
      </w:r>
      <w:proofErr w:type="spellStart"/>
      <w:r w:rsidR="003A08DA" w:rsidRPr="0082231F">
        <w:rPr>
          <w:sz w:val="20"/>
          <w:szCs w:val="20"/>
        </w:rPr>
        <w:t>spolkem</w:t>
      </w:r>
      <w:proofErr w:type="spellEnd"/>
      <w:r w:rsidR="003A08DA" w:rsidRPr="0082231F">
        <w:rPr>
          <w:sz w:val="20"/>
          <w:szCs w:val="20"/>
        </w:rPr>
        <w:t xml:space="preserve"> </w:t>
      </w:r>
      <w:proofErr w:type="spellStart"/>
      <w:r w:rsidR="003A08DA" w:rsidRPr="0082231F">
        <w:rPr>
          <w:sz w:val="20"/>
          <w:szCs w:val="20"/>
        </w:rPr>
        <w:t>Faketicky</w:t>
      </w:r>
      <w:proofErr w:type="spellEnd"/>
      <w:r w:rsidR="003A08DA" w:rsidRPr="0082231F">
        <w:rPr>
          <w:sz w:val="20"/>
          <w:szCs w:val="20"/>
        </w:rPr>
        <w:t xml:space="preserve">, </w:t>
      </w:r>
      <w:proofErr w:type="spellStart"/>
      <w:r w:rsidR="007D7865" w:rsidRPr="0082231F">
        <w:rPr>
          <w:sz w:val="20"/>
          <w:szCs w:val="20"/>
        </w:rPr>
        <w:t>kde</w:t>
      </w:r>
      <w:proofErr w:type="spellEnd"/>
      <w:r w:rsidR="007D7865" w:rsidRPr="0082231F">
        <w:rPr>
          <w:sz w:val="20"/>
          <w:szCs w:val="20"/>
        </w:rPr>
        <w:t xml:space="preserve"> student </w:t>
      </w:r>
      <w:proofErr w:type="spellStart"/>
      <w:r w:rsidR="007D7865" w:rsidRPr="0082231F">
        <w:rPr>
          <w:sz w:val="20"/>
          <w:szCs w:val="20"/>
        </w:rPr>
        <w:t>žurnalistiky</w:t>
      </w:r>
      <w:proofErr w:type="spellEnd"/>
      <w:r w:rsidR="007D7865" w:rsidRPr="0082231F">
        <w:rPr>
          <w:sz w:val="20"/>
          <w:szCs w:val="20"/>
        </w:rPr>
        <w:t xml:space="preserve"> </w:t>
      </w:r>
      <w:proofErr w:type="spellStart"/>
      <w:r w:rsidR="003A08DA" w:rsidRPr="0082231F">
        <w:rPr>
          <w:sz w:val="20"/>
          <w:szCs w:val="20"/>
        </w:rPr>
        <w:t>učí</w:t>
      </w:r>
      <w:proofErr w:type="spellEnd"/>
      <w:r w:rsidR="003A08DA" w:rsidRPr="0082231F">
        <w:rPr>
          <w:sz w:val="20"/>
          <w:szCs w:val="20"/>
        </w:rPr>
        <w:t xml:space="preserve"> </w:t>
      </w:r>
      <w:proofErr w:type="spellStart"/>
      <w:r w:rsidR="003A08DA" w:rsidRPr="0082231F">
        <w:rPr>
          <w:sz w:val="20"/>
          <w:szCs w:val="20"/>
        </w:rPr>
        <w:t>děti</w:t>
      </w:r>
      <w:proofErr w:type="spellEnd"/>
      <w:r w:rsidR="003A08DA" w:rsidRPr="0082231F">
        <w:rPr>
          <w:sz w:val="20"/>
          <w:szCs w:val="20"/>
        </w:rPr>
        <w:t xml:space="preserve"> </w:t>
      </w:r>
      <w:proofErr w:type="spellStart"/>
      <w:r w:rsidR="003A08DA" w:rsidRPr="0082231F">
        <w:rPr>
          <w:sz w:val="20"/>
          <w:szCs w:val="20"/>
        </w:rPr>
        <w:t>rozpoznávat</w:t>
      </w:r>
      <w:proofErr w:type="spellEnd"/>
      <w:r w:rsidR="003A08DA" w:rsidRPr="0082231F">
        <w:rPr>
          <w:sz w:val="20"/>
          <w:szCs w:val="20"/>
        </w:rPr>
        <w:t xml:space="preserve"> </w:t>
      </w:r>
      <w:proofErr w:type="spellStart"/>
      <w:r w:rsidR="003A08DA" w:rsidRPr="0082231F">
        <w:rPr>
          <w:sz w:val="20"/>
          <w:szCs w:val="20"/>
        </w:rPr>
        <w:t>dezinformace</w:t>
      </w:r>
      <w:proofErr w:type="spellEnd"/>
      <w:r w:rsidR="003A08DA" w:rsidRPr="0082231F">
        <w:rPr>
          <w:sz w:val="20"/>
          <w:szCs w:val="20"/>
        </w:rPr>
        <w:t xml:space="preserve">. </w:t>
      </w:r>
    </w:p>
    <w:p w14:paraId="7F168D8A" w14:textId="77777777" w:rsidR="00635FF0" w:rsidRPr="0082231F" w:rsidRDefault="003A08DA" w:rsidP="00B6654B">
      <w:pPr>
        <w:rPr>
          <w:rFonts w:cs="Arial"/>
          <w:sz w:val="20"/>
          <w:szCs w:val="20"/>
        </w:rPr>
      </w:pPr>
      <w:proofErr w:type="spellStart"/>
      <w:r w:rsidRPr="0082231F">
        <w:rPr>
          <w:sz w:val="20"/>
          <w:szCs w:val="20"/>
        </w:rPr>
        <w:t>Kulturu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podporujeme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i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společnými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akcemi</w:t>
      </w:r>
      <w:proofErr w:type="spellEnd"/>
      <w:r w:rsidRPr="0082231F">
        <w:rPr>
          <w:sz w:val="20"/>
          <w:szCs w:val="20"/>
        </w:rPr>
        <w:t xml:space="preserve"> a </w:t>
      </w:r>
      <w:proofErr w:type="spellStart"/>
      <w:r w:rsidRPr="0082231F">
        <w:rPr>
          <w:sz w:val="20"/>
          <w:szCs w:val="20"/>
        </w:rPr>
        <w:t>hapenningy</w:t>
      </w:r>
      <w:proofErr w:type="spellEnd"/>
      <w:r w:rsidRPr="0082231F">
        <w:rPr>
          <w:sz w:val="20"/>
          <w:szCs w:val="20"/>
        </w:rPr>
        <w:t xml:space="preserve"> pro </w:t>
      </w:r>
      <w:proofErr w:type="spellStart"/>
      <w:r w:rsidRPr="0082231F">
        <w:rPr>
          <w:sz w:val="20"/>
          <w:szCs w:val="20"/>
        </w:rPr>
        <w:t>rodiče</w:t>
      </w:r>
      <w:proofErr w:type="spellEnd"/>
      <w:r w:rsidRPr="0082231F">
        <w:rPr>
          <w:sz w:val="20"/>
          <w:szCs w:val="20"/>
        </w:rPr>
        <w:t xml:space="preserve">, </w:t>
      </w:r>
      <w:proofErr w:type="spellStart"/>
      <w:r w:rsidRPr="0082231F">
        <w:rPr>
          <w:sz w:val="20"/>
          <w:szCs w:val="20"/>
        </w:rPr>
        <w:t>Například</w:t>
      </w:r>
      <w:proofErr w:type="spellEnd"/>
      <w:r w:rsidRPr="0082231F">
        <w:rPr>
          <w:sz w:val="20"/>
          <w:szCs w:val="20"/>
        </w:rPr>
        <w:t xml:space="preserve"> u </w:t>
      </w:r>
      <w:proofErr w:type="spellStart"/>
      <w:r w:rsidRPr="0082231F">
        <w:rPr>
          <w:sz w:val="20"/>
          <w:szCs w:val="20"/>
        </w:rPr>
        <w:t>příležitosti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vzniku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Československa</w:t>
      </w:r>
      <w:proofErr w:type="spellEnd"/>
      <w:r w:rsidRPr="0082231F">
        <w:rPr>
          <w:sz w:val="20"/>
          <w:szCs w:val="20"/>
        </w:rPr>
        <w:t xml:space="preserve"> k </w:t>
      </w:r>
      <w:proofErr w:type="spellStart"/>
      <w:r w:rsidRPr="0082231F">
        <w:rPr>
          <w:sz w:val="20"/>
          <w:szCs w:val="20"/>
        </w:rPr>
        <w:t>nám</w:t>
      </w:r>
      <w:proofErr w:type="spellEnd"/>
      <w:r w:rsidRPr="0082231F">
        <w:rPr>
          <w:sz w:val="20"/>
          <w:szCs w:val="20"/>
        </w:rPr>
        <w:t xml:space="preserve"> do </w:t>
      </w:r>
      <w:proofErr w:type="spellStart"/>
      <w:r w:rsidRPr="0082231F">
        <w:rPr>
          <w:sz w:val="20"/>
          <w:szCs w:val="20"/>
        </w:rPr>
        <w:t>školy</w:t>
      </w:r>
      <w:proofErr w:type="spellEnd"/>
      <w:r w:rsidRPr="0082231F">
        <w:rPr>
          <w:sz w:val="20"/>
          <w:szCs w:val="20"/>
        </w:rPr>
        <w:t xml:space="preserve"> “</w:t>
      </w:r>
      <w:proofErr w:type="spellStart"/>
      <w:r w:rsidRPr="0082231F">
        <w:rPr>
          <w:sz w:val="20"/>
          <w:szCs w:val="20"/>
        </w:rPr>
        <w:t>přijíždí</w:t>
      </w:r>
      <w:proofErr w:type="spellEnd"/>
      <w:r w:rsidRPr="0082231F">
        <w:rPr>
          <w:sz w:val="20"/>
          <w:szCs w:val="20"/>
        </w:rPr>
        <w:t xml:space="preserve"> T.G.M.</w:t>
      </w:r>
      <w:r w:rsidR="007D7865" w:rsidRPr="0082231F">
        <w:rPr>
          <w:sz w:val="20"/>
          <w:szCs w:val="20"/>
        </w:rPr>
        <w:t>”</w:t>
      </w:r>
      <w:r w:rsidRPr="0082231F">
        <w:rPr>
          <w:sz w:val="20"/>
          <w:szCs w:val="20"/>
        </w:rPr>
        <w:t xml:space="preserve">, </w:t>
      </w:r>
      <w:proofErr w:type="spellStart"/>
      <w:r w:rsidRPr="0082231F">
        <w:rPr>
          <w:sz w:val="20"/>
          <w:szCs w:val="20"/>
        </w:rPr>
        <w:t>nebo</w:t>
      </w:r>
      <w:proofErr w:type="spellEnd"/>
      <w:r w:rsidRPr="0082231F">
        <w:rPr>
          <w:sz w:val="20"/>
          <w:szCs w:val="20"/>
        </w:rPr>
        <w:t xml:space="preserve"> 17.11. </w:t>
      </w:r>
      <w:proofErr w:type="spellStart"/>
      <w:r w:rsidRPr="0082231F">
        <w:rPr>
          <w:sz w:val="20"/>
          <w:szCs w:val="20"/>
        </w:rPr>
        <w:t>si</w:t>
      </w:r>
      <w:proofErr w:type="spellEnd"/>
      <w:r w:rsidRPr="0082231F">
        <w:rPr>
          <w:sz w:val="20"/>
          <w:szCs w:val="20"/>
        </w:rPr>
        <w:t xml:space="preserve"> “</w:t>
      </w:r>
      <w:proofErr w:type="spellStart"/>
      <w:r w:rsidRPr="0082231F">
        <w:rPr>
          <w:sz w:val="20"/>
          <w:szCs w:val="20"/>
        </w:rPr>
        <w:t>hrajeme</w:t>
      </w:r>
      <w:proofErr w:type="spellEnd"/>
      <w:r w:rsidRPr="0082231F">
        <w:rPr>
          <w:sz w:val="20"/>
          <w:szCs w:val="20"/>
        </w:rPr>
        <w:t xml:space="preserve">” </w:t>
      </w:r>
      <w:proofErr w:type="spellStart"/>
      <w:r w:rsidRPr="0082231F">
        <w:rPr>
          <w:sz w:val="20"/>
          <w:szCs w:val="20"/>
        </w:rPr>
        <w:t>na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Sametovou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sz w:val="20"/>
          <w:szCs w:val="20"/>
        </w:rPr>
        <w:t>revoluci</w:t>
      </w:r>
      <w:proofErr w:type="spellEnd"/>
      <w:r w:rsidRPr="0082231F">
        <w:rPr>
          <w:sz w:val="20"/>
          <w:szCs w:val="20"/>
        </w:rPr>
        <w:t>.</w:t>
      </w:r>
      <w:r>
        <w:t xml:space="preserve"> </w:t>
      </w:r>
      <w:proofErr w:type="spellStart"/>
      <w:r w:rsidRPr="0082231F">
        <w:rPr>
          <w:sz w:val="20"/>
          <w:szCs w:val="20"/>
        </w:rPr>
        <w:t>Vánoce</w:t>
      </w:r>
      <w:proofErr w:type="spellEnd"/>
      <w:r w:rsidRPr="0082231F">
        <w:rPr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lastRenderedPageBreak/>
        <w:t>slavíme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koncertem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našich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žáků</w:t>
      </w:r>
      <w:proofErr w:type="spellEnd"/>
      <w:r w:rsidRPr="0082231F">
        <w:rPr>
          <w:rFonts w:cs="Arial"/>
          <w:sz w:val="20"/>
          <w:szCs w:val="20"/>
        </w:rPr>
        <w:t xml:space="preserve"> v </w:t>
      </w:r>
      <w:proofErr w:type="spellStart"/>
      <w:r w:rsidRPr="0082231F">
        <w:rPr>
          <w:rFonts w:cs="Arial"/>
          <w:sz w:val="20"/>
          <w:szCs w:val="20"/>
        </w:rPr>
        <w:t>Husově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evangelickém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kostele</w:t>
      </w:r>
      <w:proofErr w:type="spellEnd"/>
      <w:r w:rsidRPr="0082231F">
        <w:rPr>
          <w:rFonts w:cs="Arial"/>
          <w:sz w:val="20"/>
          <w:szCs w:val="20"/>
        </w:rPr>
        <w:t xml:space="preserve"> v </w:t>
      </w:r>
      <w:proofErr w:type="spellStart"/>
      <w:r w:rsidRPr="0082231F">
        <w:rPr>
          <w:rFonts w:cs="Arial"/>
          <w:sz w:val="20"/>
          <w:szCs w:val="20"/>
        </w:rPr>
        <w:t>Uhříněvsi</w:t>
      </w:r>
      <w:proofErr w:type="spellEnd"/>
      <w:r w:rsidRPr="0082231F">
        <w:rPr>
          <w:rFonts w:cs="Arial"/>
          <w:sz w:val="20"/>
          <w:szCs w:val="20"/>
        </w:rPr>
        <w:t xml:space="preserve">. Do </w:t>
      </w:r>
      <w:proofErr w:type="spellStart"/>
      <w:r w:rsidRPr="0082231F">
        <w:rPr>
          <w:rFonts w:cs="Arial"/>
          <w:sz w:val="20"/>
          <w:szCs w:val="20"/>
        </w:rPr>
        <w:t>vystoupení</w:t>
      </w:r>
      <w:proofErr w:type="spellEnd"/>
      <w:r w:rsidRPr="0082231F">
        <w:rPr>
          <w:rFonts w:cs="Arial"/>
          <w:sz w:val="20"/>
          <w:szCs w:val="20"/>
        </w:rPr>
        <w:t xml:space="preserve"> se </w:t>
      </w:r>
      <w:proofErr w:type="spellStart"/>
      <w:r w:rsidRPr="0082231F">
        <w:rPr>
          <w:rFonts w:cs="Arial"/>
          <w:sz w:val="20"/>
          <w:szCs w:val="20"/>
        </w:rPr>
        <w:t>mohou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zapojit</w:t>
      </w:r>
      <w:proofErr w:type="spellEnd"/>
      <w:r w:rsidR="007D7865" w:rsidRPr="0082231F">
        <w:rPr>
          <w:rFonts w:cs="Arial"/>
          <w:sz w:val="20"/>
          <w:szCs w:val="20"/>
        </w:rPr>
        <w:t xml:space="preserve"> </w:t>
      </w:r>
      <w:proofErr w:type="spellStart"/>
      <w:r w:rsidR="007D7865" w:rsidRPr="0082231F">
        <w:rPr>
          <w:rFonts w:cs="Arial"/>
          <w:sz w:val="20"/>
          <w:szCs w:val="20"/>
        </w:rPr>
        <w:t>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rodiče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kteří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hrají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na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nějaký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hudební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nástroj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nebo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mají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chuť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zpívat</w:t>
      </w:r>
      <w:proofErr w:type="spellEnd"/>
      <w:r w:rsidRPr="0082231F">
        <w:rPr>
          <w:rFonts w:cs="Arial"/>
          <w:sz w:val="20"/>
          <w:szCs w:val="20"/>
        </w:rPr>
        <w:t xml:space="preserve">. </w:t>
      </w:r>
      <w:proofErr w:type="spellStart"/>
      <w:r w:rsidRPr="0082231F">
        <w:rPr>
          <w:rFonts w:cs="Arial"/>
          <w:sz w:val="20"/>
          <w:szCs w:val="20"/>
        </w:rPr>
        <w:t>Tradicí</w:t>
      </w:r>
      <w:proofErr w:type="spellEnd"/>
      <w:r w:rsidRPr="0082231F">
        <w:rPr>
          <w:rFonts w:cs="Arial"/>
          <w:sz w:val="20"/>
          <w:szCs w:val="20"/>
        </w:rPr>
        <w:t xml:space="preserve"> se </w:t>
      </w:r>
      <w:proofErr w:type="spellStart"/>
      <w:r w:rsidRPr="0082231F">
        <w:rPr>
          <w:rFonts w:cs="Arial"/>
          <w:sz w:val="20"/>
          <w:szCs w:val="20"/>
        </w:rPr>
        <w:t>tak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stal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Sbor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rodičů</w:t>
      </w:r>
      <w:proofErr w:type="spellEnd"/>
      <w:r w:rsidRPr="0082231F">
        <w:rPr>
          <w:rFonts w:cs="Arial"/>
          <w:sz w:val="20"/>
          <w:szCs w:val="20"/>
        </w:rPr>
        <w:t xml:space="preserve"> a </w:t>
      </w:r>
      <w:proofErr w:type="spellStart"/>
      <w:r w:rsidRPr="0082231F">
        <w:rPr>
          <w:rFonts w:cs="Arial"/>
          <w:sz w:val="20"/>
          <w:szCs w:val="20"/>
        </w:rPr>
        <w:t>přátel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školy</w:t>
      </w:r>
      <w:proofErr w:type="spellEnd"/>
      <w:r w:rsidRPr="0082231F">
        <w:rPr>
          <w:rFonts w:cs="Arial"/>
          <w:sz w:val="20"/>
          <w:szCs w:val="20"/>
        </w:rPr>
        <w:t>.</w:t>
      </w:r>
      <w:r w:rsidR="00635FF0" w:rsidRPr="0082231F">
        <w:rPr>
          <w:rFonts w:cs="Arial"/>
          <w:sz w:val="20"/>
          <w:szCs w:val="20"/>
        </w:rPr>
        <w:t xml:space="preserve"> </w:t>
      </w:r>
      <w:proofErr w:type="spellStart"/>
      <w:r w:rsidR="007D7865" w:rsidRPr="0082231F">
        <w:rPr>
          <w:rFonts w:cs="Arial"/>
          <w:sz w:val="20"/>
          <w:szCs w:val="20"/>
        </w:rPr>
        <w:t>Děti</w:t>
      </w:r>
      <w:proofErr w:type="spellEnd"/>
      <w:r w:rsidR="007D7865" w:rsidRPr="0082231F">
        <w:rPr>
          <w:rFonts w:cs="Arial"/>
          <w:sz w:val="20"/>
          <w:szCs w:val="20"/>
        </w:rPr>
        <w:t xml:space="preserve"> a </w:t>
      </w:r>
      <w:proofErr w:type="spellStart"/>
      <w:r w:rsidR="007D7865" w:rsidRPr="0082231F">
        <w:rPr>
          <w:rFonts w:cs="Arial"/>
          <w:sz w:val="20"/>
          <w:szCs w:val="20"/>
        </w:rPr>
        <w:t>žáci</w:t>
      </w:r>
      <w:proofErr w:type="spellEnd"/>
      <w:r w:rsidR="007D7865" w:rsidRPr="0082231F">
        <w:rPr>
          <w:rFonts w:cs="Arial"/>
          <w:sz w:val="20"/>
          <w:szCs w:val="20"/>
        </w:rPr>
        <w:t xml:space="preserve"> se </w:t>
      </w:r>
      <w:proofErr w:type="spellStart"/>
      <w:r w:rsidR="007D7865" w:rsidRPr="0082231F">
        <w:rPr>
          <w:rFonts w:cs="Arial"/>
          <w:sz w:val="20"/>
          <w:szCs w:val="20"/>
        </w:rPr>
        <w:t>účastní</w:t>
      </w:r>
      <w:proofErr w:type="spellEnd"/>
      <w:r w:rsidR="007D7865" w:rsidRPr="0082231F">
        <w:rPr>
          <w:rFonts w:cs="Arial"/>
          <w:sz w:val="20"/>
          <w:szCs w:val="20"/>
        </w:rPr>
        <w:t xml:space="preserve"> </w:t>
      </w:r>
      <w:proofErr w:type="spellStart"/>
      <w:r w:rsidR="007D7865" w:rsidRPr="0082231F">
        <w:rPr>
          <w:rFonts w:cs="Arial"/>
          <w:sz w:val="20"/>
          <w:szCs w:val="20"/>
        </w:rPr>
        <w:t>projektu</w:t>
      </w:r>
      <w:proofErr w:type="spellEnd"/>
      <w:r w:rsidR="007D7865" w:rsidRPr="0082231F">
        <w:rPr>
          <w:rFonts w:cs="Arial"/>
          <w:sz w:val="20"/>
          <w:szCs w:val="20"/>
        </w:rPr>
        <w:t xml:space="preserve"> “</w:t>
      </w:r>
      <w:proofErr w:type="spellStart"/>
      <w:r w:rsidR="007D7865" w:rsidRPr="0082231F">
        <w:rPr>
          <w:rFonts w:cs="Arial"/>
          <w:sz w:val="20"/>
          <w:szCs w:val="20"/>
        </w:rPr>
        <w:t>Hurá</w:t>
      </w:r>
      <w:proofErr w:type="spellEnd"/>
      <w:r w:rsidR="007D7865" w:rsidRPr="0082231F">
        <w:rPr>
          <w:rFonts w:cs="Arial"/>
          <w:sz w:val="20"/>
          <w:szCs w:val="20"/>
        </w:rPr>
        <w:t xml:space="preserve"> do </w:t>
      </w:r>
      <w:proofErr w:type="spellStart"/>
      <w:r w:rsidR="007D7865" w:rsidRPr="0082231F">
        <w:rPr>
          <w:rFonts w:cs="Arial"/>
          <w:sz w:val="20"/>
          <w:szCs w:val="20"/>
        </w:rPr>
        <w:t>opery</w:t>
      </w:r>
      <w:proofErr w:type="spellEnd"/>
      <w:r w:rsidR="007D7865" w:rsidRPr="0082231F">
        <w:rPr>
          <w:rFonts w:cs="Arial"/>
          <w:sz w:val="20"/>
          <w:szCs w:val="20"/>
        </w:rPr>
        <w:t xml:space="preserve">” , </w:t>
      </w:r>
      <w:proofErr w:type="spellStart"/>
      <w:r w:rsidR="007D7865" w:rsidRPr="0082231F">
        <w:rPr>
          <w:rFonts w:cs="Arial"/>
          <w:sz w:val="20"/>
          <w:szCs w:val="20"/>
        </w:rPr>
        <w:t>navštěvují</w:t>
      </w:r>
      <w:proofErr w:type="spellEnd"/>
      <w:r w:rsidR="007D7865" w:rsidRPr="0082231F">
        <w:rPr>
          <w:rFonts w:cs="Arial"/>
          <w:sz w:val="20"/>
          <w:szCs w:val="20"/>
        </w:rPr>
        <w:t xml:space="preserve"> </w:t>
      </w:r>
      <w:proofErr w:type="spellStart"/>
      <w:r w:rsidR="007D7865" w:rsidRPr="0082231F">
        <w:rPr>
          <w:rFonts w:cs="Arial"/>
          <w:sz w:val="20"/>
          <w:szCs w:val="20"/>
        </w:rPr>
        <w:t>muzea</w:t>
      </w:r>
      <w:proofErr w:type="spellEnd"/>
      <w:r w:rsidR="007D7865" w:rsidRPr="0082231F">
        <w:rPr>
          <w:rFonts w:cs="Arial"/>
          <w:sz w:val="20"/>
          <w:szCs w:val="20"/>
        </w:rPr>
        <w:t xml:space="preserve">, </w:t>
      </w:r>
      <w:proofErr w:type="spellStart"/>
      <w:r w:rsidR="007D7865" w:rsidRPr="0082231F">
        <w:rPr>
          <w:rFonts w:cs="Arial"/>
          <w:sz w:val="20"/>
          <w:szCs w:val="20"/>
        </w:rPr>
        <w:t>výstavy</w:t>
      </w:r>
      <w:proofErr w:type="spellEnd"/>
      <w:r w:rsidR="007D7865" w:rsidRPr="0082231F">
        <w:rPr>
          <w:rFonts w:cs="Arial"/>
          <w:sz w:val="20"/>
          <w:szCs w:val="20"/>
        </w:rPr>
        <w:t xml:space="preserve"> a </w:t>
      </w:r>
      <w:proofErr w:type="spellStart"/>
      <w:r w:rsidR="007D7865" w:rsidRPr="0082231F">
        <w:rPr>
          <w:rFonts w:cs="Arial"/>
          <w:sz w:val="20"/>
          <w:szCs w:val="20"/>
        </w:rPr>
        <w:t>mnoho</w:t>
      </w:r>
      <w:proofErr w:type="spellEnd"/>
      <w:r w:rsidR="007D7865" w:rsidRPr="0082231F">
        <w:rPr>
          <w:rFonts w:cs="Arial"/>
          <w:sz w:val="20"/>
          <w:szCs w:val="20"/>
        </w:rPr>
        <w:t xml:space="preserve"> </w:t>
      </w:r>
      <w:proofErr w:type="spellStart"/>
      <w:r w:rsidR="007D7865" w:rsidRPr="0082231F">
        <w:rPr>
          <w:rFonts w:cs="Arial"/>
          <w:sz w:val="20"/>
          <w:szCs w:val="20"/>
        </w:rPr>
        <w:t>dalších</w:t>
      </w:r>
      <w:proofErr w:type="spellEnd"/>
      <w:r w:rsidR="007D7865" w:rsidRPr="0082231F">
        <w:rPr>
          <w:rFonts w:cs="Arial"/>
          <w:sz w:val="20"/>
          <w:szCs w:val="20"/>
        </w:rPr>
        <w:t xml:space="preserve"> </w:t>
      </w:r>
      <w:proofErr w:type="spellStart"/>
      <w:r w:rsidR="007D7865" w:rsidRPr="0082231F">
        <w:rPr>
          <w:rFonts w:cs="Arial"/>
          <w:sz w:val="20"/>
          <w:szCs w:val="20"/>
        </w:rPr>
        <w:t>zajímavých</w:t>
      </w:r>
      <w:proofErr w:type="spellEnd"/>
      <w:r w:rsidR="007D7865" w:rsidRPr="0082231F">
        <w:rPr>
          <w:rFonts w:cs="Arial"/>
          <w:sz w:val="20"/>
          <w:szCs w:val="20"/>
        </w:rPr>
        <w:t xml:space="preserve"> </w:t>
      </w:r>
      <w:proofErr w:type="spellStart"/>
      <w:r w:rsidR="007D7865" w:rsidRPr="0082231F">
        <w:rPr>
          <w:rFonts w:cs="Arial"/>
          <w:sz w:val="20"/>
          <w:szCs w:val="20"/>
        </w:rPr>
        <w:t>kulturních</w:t>
      </w:r>
      <w:proofErr w:type="spellEnd"/>
      <w:r w:rsidR="007D7865" w:rsidRPr="0082231F">
        <w:rPr>
          <w:rFonts w:cs="Arial"/>
          <w:sz w:val="20"/>
          <w:szCs w:val="20"/>
        </w:rPr>
        <w:t xml:space="preserve"> </w:t>
      </w:r>
      <w:proofErr w:type="spellStart"/>
      <w:r w:rsidR="007D7865" w:rsidRPr="0082231F">
        <w:rPr>
          <w:rFonts w:cs="Arial"/>
          <w:sz w:val="20"/>
          <w:szCs w:val="20"/>
        </w:rPr>
        <w:t>akcí</w:t>
      </w:r>
      <w:proofErr w:type="spellEnd"/>
      <w:r w:rsidR="007D7865" w:rsidRPr="0082231F">
        <w:rPr>
          <w:rFonts w:cs="Arial"/>
          <w:sz w:val="20"/>
          <w:szCs w:val="20"/>
        </w:rPr>
        <w:t>.</w:t>
      </w:r>
    </w:p>
    <w:p w14:paraId="1F40F2CD" w14:textId="77777777" w:rsidR="004F2747" w:rsidRPr="0082231F" w:rsidRDefault="0054397A" w:rsidP="00DB5CA6">
      <w:pPr>
        <w:pStyle w:val="Nadpis1"/>
        <w:rPr>
          <w:rFonts w:ascii="Arial" w:hAnsi="Arial" w:cs="Arial"/>
          <w:sz w:val="20"/>
          <w:szCs w:val="20"/>
        </w:rPr>
      </w:pPr>
      <w:r w:rsidRPr="0082231F">
        <w:rPr>
          <w:rFonts w:ascii="Arial" w:hAnsi="Arial" w:cs="Arial"/>
          <w:sz w:val="20"/>
          <w:szCs w:val="20"/>
        </w:rPr>
        <w:t>4</w:t>
      </w:r>
      <w:r w:rsidR="00DB5CA6" w:rsidRPr="0082231F">
        <w:rPr>
          <w:rFonts w:ascii="Arial" w:hAnsi="Arial" w:cs="Arial"/>
          <w:sz w:val="20"/>
          <w:szCs w:val="20"/>
        </w:rPr>
        <w:t>.</w:t>
      </w:r>
      <w:r w:rsidRPr="0082231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Rámcový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popis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personálního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zabezpečení</w:t>
      </w:r>
      <w:proofErr w:type="spellEnd"/>
    </w:p>
    <w:tbl>
      <w:tblPr>
        <w:tblW w:w="9864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1304"/>
        <w:gridCol w:w="1701"/>
        <w:gridCol w:w="1757"/>
        <w:gridCol w:w="2721"/>
      </w:tblGrid>
      <w:tr w:rsidR="004F2747" w:rsidRPr="0082231F" w14:paraId="42515AE6" w14:textId="77777777">
        <w:trPr>
          <w:cantSplit/>
          <w:tblHeader/>
        </w:trPr>
        <w:tc>
          <w:tcPr>
            <w:tcW w:w="238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9D3F6AA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Kategorie</w:t>
            </w:r>
            <w:proofErr w:type="spellEnd"/>
          </w:p>
        </w:tc>
        <w:tc>
          <w:tcPr>
            <w:tcW w:w="130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3AADF4D" w14:textId="77777777" w:rsidR="004F2747" w:rsidRPr="0082231F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Počet</w:t>
            </w:r>
            <w:proofErr w:type="spellEnd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osob</w:t>
            </w:r>
            <w:proofErr w:type="spellEnd"/>
          </w:p>
        </w:tc>
        <w:tc>
          <w:tcPr>
            <w:tcW w:w="170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D457D70" w14:textId="77777777" w:rsidR="004F2747" w:rsidRPr="0082231F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Přepočtené</w:t>
            </w:r>
            <w:proofErr w:type="spellEnd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úvazky</w:t>
            </w:r>
            <w:proofErr w:type="spellEnd"/>
          </w:p>
        </w:tc>
        <w:tc>
          <w:tcPr>
            <w:tcW w:w="1757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DEA242D" w14:textId="77777777" w:rsidR="004F2747" w:rsidRPr="0082231F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Z toho </w:t>
            </w: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kvalifikovaní</w:t>
            </w:r>
            <w:proofErr w:type="spellEnd"/>
          </w:p>
        </w:tc>
        <w:tc>
          <w:tcPr>
            <w:tcW w:w="272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A7AC12B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Poznámka</w:t>
            </w:r>
            <w:proofErr w:type="spellEnd"/>
          </w:p>
        </w:tc>
      </w:tr>
      <w:tr w:rsidR="004F2747" w:rsidRPr="0082231F" w14:paraId="12483FD1" w14:textId="77777777">
        <w:trPr>
          <w:cantSplit/>
        </w:trPr>
        <w:tc>
          <w:tcPr>
            <w:tcW w:w="2381" w:type="dxa"/>
            <w:vAlign w:val="center"/>
          </w:tcPr>
          <w:p w14:paraId="4618FFF2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Vedení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školy</w:t>
            </w:r>
            <w:proofErr w:type="spellEnd"/>
          </w:p>
        </w:tc>
        <w:tc>
          <w:tcPr>
            <w:tcW w:w="1304" w:type="dxa"/>
            <w:vAlign w:val="center"/>
          </w:tcPr>
          <w:p w14:paraId="481FD150" w14:textId="77777777" w:rsidR="004F2747" w:rsidRPr="0082231F" w:rsidRDefault="00C4594E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14:paraId="07ADC135" w14:textId="77777777" w:rsidR="004F2747" w:rsidRPr="0082231F" w:rsidRDefault="00C4594E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757" w:type="dxa"/>
            <w:vAlign w:val="center"/>
          </w:tcPr>
          <w:p w14:paraId="2FD9CB3F" w14:textId="77777777" w:rsidR="004F2747" w:rsidRPr="0082231F" w:rsidRDefault="00C4594E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721" w:type="dxa"/>
            <w:vAlign w:val="center"/>
          </w:tcPr>
          <w:p w14:paraId="5157042E" w14:textId="77777777" w:rsidR="004F2747" w:rsidRPr="0082231F" w:rsidRDefault="001C423C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 xml:space="preserve">Ředitelka, </w:t>
            </w:r>
            <w:proofErr w:type="spellStart"/>
            <w:r w:rsidRPr="0082231F">
              <w:rPr>
                <w:rFonts w:cs="Arial"/>
                <w:sz w:val="20"/>
                <w:szCs w:val="20"/>
              </w:rPr>
              <w:t>zástupci</w:t>
            </w:r>
            <w:proofErr w:type="spellEnd"/>
            <w:r w:rsidRPr="0082231F">
              <w:rPr>
                <w:rFonts w:cs="Arial"/>
                <w:sz w:val="20"/>
                <w:szCs w:val="20"/>
              </w:rPr>
              <w:t xml:space="preserve"> MŠ, ZŠ</w:t>
            </w:r>
          </w:p>
        </w:tc>
      </w:tr>
      <w:tr w:rsidR="004F2747" w:rsidRPr="0082231F" w14:paraId="5D2503D5" w14:textId="77777777">
        <w:trPr>
          <w:cantSplit/>
        </w:trPr>
        <w:tc>
          <w:tcPr>
            <w:tcW w:w="2381" w:type="dxa"/>
            <w:shd w:val="clear" w:color="auto" w:fill="F3F6F8"/>
            <w:vAlign w:val="center"/>
          </w:tcPr>
          <w:p w14:paraId="78C4E600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Učitelé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MŠ</w:t>
            </w:r>
          </w:p>
        </w:tc>
        <w:tc>
          <w:tcPr>
            <w:tcW w:w="1304" w:type="dxa"/>
            <w:shd w:val="clear" w:color="auto" w:fill="F3F6F8"/>
            <w:vAlign w:val="center"/>
          </w:tcPr>
          <w:p w14:paraId="34B88D3B" w14:textId="77777777" w:rsidR="004F2747" w:rsidRPr="0082231F" w:rsidRDefault="0077406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F3F6F8"/>
            <w:vAlign w:val="center"/>
          </w:tcPr>
          <w:p w14:paraId="270ED465" w14:textId="77777777" w:rsidR="004F2747" w:rsidRPr="0082231F" w:rsidRDefault="001C423C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757" w:type="dxa"/>
            <w:shd w:val="clear" w:color="auto" w:fill="F3F6F8"/>
            <w:vAlign w:val="center"/>
          </w:tcPr>
          <w:p w14:paraId="7EF6F6DC" w14:textId="77777777" w:rsidR="004F2747" w:rsidRPr="0082231F" w:rsidRDefault="001C423C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2721" w:type="dxa"/>
            <w:shd w:val="clear" w:color="auto" w:fill="F3F6F8"/>
            <w:vAlign w:val="center"/>
          </w:tcPr>
          <w:p w14:paraId="636963C2" w14:textId="77777777" w:rsidR="004F2747" w:rsidRPr="0082231F" w:rsidRDefault="004F274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</w:p>
        </w:tc>
      </w:tr>
      <w:tr w:rsidR="004F2747" w:rsidRPr="0082231F" w14:paraId="0EAE1E65" w14:textId="77777777">
        <w:trPr>
          <w:cantSplit/>
        </w:trPr>
        <w:tc>
          <w:tcPr>
            <w:tcW w:w="2381" w:type="dxa"/>
            <w:vAlign w:val="center"/>
          </w:tcPr>
          <w:p w14:paraId="7010F3F8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Učitelé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ZŠ</w:t>
            </w:r>
          </w:p>
        </w:tc>
        <w:tc>
          <w:tcPr>
            <w:tcW w:w="1304" w:type="dxa"/>
            <w:vAlign w:val="center"/>
          </w:tcPr>
          <w:p w14:paraId="556C5905" w14:textId="77777777" w:rsidR="004F2747" w:rsidRPr="0082231F" w:rsidRDefault="0077406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14:paraId="389FEC42" w14:textId="77777777" w:rsidR="004F2747" w:rsidRPr="0082231F" w:rsidRDefault="0077406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757" w:type="dxa"/>
            <w:vAlign w:val="center"/>
          </w:tcPr>
          <w:p w14:paraId="6A3778D7" w14:textId="77777777" w:rsidR="004F2747" w:rsidRPr="0082231F" w:rsidRDefault="0077406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721" w:type="dxa"/>
            <w:vAlign w:val="center"/>
          </w:tcPr>
          <w:p w14:paraId="6D23BA47" w14:textId="77777777" w:rsidR="004F2747" w:rsidRPr="0082231F" w:rsidRDefault="004F274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</w:p>
        </w:tc>
      </w:tr>
      <w:tr w:rsidR="004F2747" w:rsidRPr="0082231F" w14:paraId="75A80D7E" w14:textId="77777777">
        <w:trPr>
          <w:cantSplit/>
        </w:trPr>
        <w:tc>
          <w:tcPr>
            <w:tcW w:w="2381" w:type="dxa"/>
            <w:shd w:val="clear" w:color="auto" w:fill="F3F6F8"/>
            <w:vAlign w:val="center"/>
          </w:tcPr>
          <w:p w14:paraId="48D0D20C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Asistenti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pedagoga</w:t>
            </w:r>
            <w:proofErr w:type="spellEnd"/>
          </w:p>
        </w:tc>
        <w:tc>
          <w:tcPr>
            <w:tcW w:w="1304" w:type="dxa"/>
            <w:shd w:val="clear" w:color="auto" w:fill="F3F6F8"/>
            <w:vAlign w:val="center"/>
          </w:tcPr>
          <w:p w14:paraId="0E16E988" w14:textId="77777777" w:rsidR="004F2747" w:rsidRPr="0082231F" w:rsidRDefault="0077406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F3F6F8"/>
            <w:vAlign w:val="center"/>
          </w:tcPr>
          <w:p w14:paraId="2009D1B6" w14:textId="77777777" w:rsidR="004F2747" w:rsidRPr="0082231F" w:rsidRDefault="0077406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757" w:type="dxa"/>
            <w:shd w:val="clear" w:color="auto" w:fill="F3F6F8"/>
            <w:vAlign w:val="center"/>
          </w:tcPr>
          <w:p w14:paraId="33BEFBA6" w14:textId="77777777" w:rsidR="004F2747" w:rsidRPr="0082231F" w:rsidRDefault="0077406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721" w:type="dxa"/>
            <w:shd w:val="clear" w:color="auto" w:fill="F3F6F8"/>
            <w:vAlign w:val="center"/>
          </w:tcPr>
          <w:p w14:paraId="40C8E28D" w14:textId="77777777" w:rsidR="004F2747" w:rsidRPr="0082231F" w:rsidRDefault="005623F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1 v MŠ, 2 v ZŠ</w:t>
            </w:r>
          </w:p>
        </w:tc>
      </w:tr>
      <w:tr w:rsidR="004F2747" w:rsidRPr="0082231F" w14:paraId="631B1E93" w14:textId="77777777">
        <w:trPr>
          <w:cantSplit/>
        </w:trPr>
        <w:tc>
          <w:tcPr>
            <w:tcW w:w="2381" w:type="dxa"/>
            <w:vAlign w:val="center"/>
          </w:tcPr>
          <w:p w14:paraId="4B1A858C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Vychovatelé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ŠD</w:t>
            </w:r>
          </w:p>
        </w:tc>
        <w:tc>
          <w:tcPr>
            <w:tcW w:w="1304" w:type="dxa"/>
            <w:vAlign w:val="center"/>
          </w:tcPr>
          <w:p w14:paraId="53821F8E" w14:textId="77777777" w:rsidR="004F2747" w:rsidRPr="0082231F" w:rsidRDefault="0077406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4201604E" w14:textId="77777777" w:rsidR="004F2747" w:rsidRPr="0082231F" w:rsidRDefault="0077406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757" w:type="dxa"/>
            <w:vAlign w:val="center"/>
          </w:tcPr>
          <w:p w14:paraId="49D86262" w14:textId="77777777" w:rsidR="004F2747" w:rsidRPr="0082231F" w:rsidRDefault="0077406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721" w:type="dxa"/>
            <w:vAlign w:val="center"/>
          </w:tcPr>
          <w:p w14:paraId="0D431F79" w14:textId="77777777" w:rsidR="004F2747" w:rsidRPr="0082231F" w:rsidRDefault="004F274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</w:p>
        </w:tc>
      </w:tr>
      <w:tr w:rsidR="004F2747" w:rsidRPr="0082231F" w14:paraId="6FA327C0" w14:textId="77777777">
        <w:trPr>
          <w:cantSplit/>
        </w:trPr>
        <w:tc>
          <w:tcPr>
            <w:tcW w:w="2381" w:type="dxa"/>
            <w:shd w:val="clear" w:color="auto" w:fill="F3F6F8"/>
            <w:vAlign w:val="center"/>
          </w:tcPr>
          <w:p w14:paraId="2270E165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Ostatní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pedagogičtí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pracovníci</w:t>
            </w:r>
            <w:proofErr w:type="spellEnd"/>
          </w:p>
        </w:tc>
        <w:tc>
          <w:tcPr>
            <w:tcW w:w="1304" w:type="dxa"/>
            <w:shd w:val="clear" w:color="auto" w:fill="F3F6F8"/>
            <w:vAlign w:val="center"/>
          </w:tcPr>
          <w:p w14:paraId="5F839A0F" w14:textId="77777777" w:rsidR="004F2747" w:rsidRPr="0082231F" w:rsidRDefault="00C4594E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F3F6F8"/>
            <w:vAlign w:val="center"/>
          </w:tcPr>
          <w:p w14:paraId="56BA1E65" w14:textId="77777777" w:rsidR="004F2747" w:rsidRPr="0082231F" w:rsidRDefault="00C4594E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757" w:type="dxa"/>
            <w:shd w:val="clear" w:color="auto" w:fill="F3F6F8"/>
            <w:vAlign w:val="center"/>
          </w:tcPr>
          <w:p w14:paraId="3D2CE694" w14:textId="77777777" w:rsidR="004F2747" w:rsidRPr="0082231F" w:rsidRDefault="00C4594E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721" w:type="dxa"/>
            <w:shd w:val="clear" w:color="auto" w:fill="F3F6F8"/>
            <w:vAlign w:val="center"/>
          </w:tcPr>
          <w:p w14:paraId="7E968617" w14:textId="77777777" w:rsidR="004F2747" w:rsidRPr="0082231F" w:rsidRDefault="005623F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 xml:space="preserve">ICT </w:t>
            </w:r>
            <w:proofErr w:type="spellStart"/>
            <w:r w:rsidRPr="0082231F">
              <w:rPr>
                <w:rFonts w:cs="Arial"/>
                <w:sz w:val="20"/>
                <w:szCs w:val="20"/>
              </w:rPr>
              <w:t>koordinátor</w:t>
            </w:r>
            <w:proofErr w:type="spellEnd"/>
          </w:p>
        </w:tc>
      </w:tr>
      <w:tr w:rsidR="004F2747" w:rsidRPr="0082231F" w14:paraId="724F8F50" w14:textId="77777777">
        <w:trPr>
          <w:cantSplit/>
        </w:trPr>
        <w:tc>
          <w:tcPr>
            <w:tcW w:w="2381" w:type="dxa"/>
            <w:vAlign w:val="center"/>
          </w:tcPr>
          <w:p w14:paraId="6138D347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Nepedagogičtí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pracovníci</w:t>
            </w:r>
            <w:proofErr w:type="spellEnd"/>
          </w:p>
        </w:tc>
        <w:tc>
          <w:tcPr>
            <w:tcW w:w="1304" w:type="dxa"/>
            <w:vAlign w:val="center"/>
          </w:tcPr>
          <w:p w14:paraId="5C0E4599" w14:textId="77777777" w:rsidR="004F2747" w:rsidRPr="0082231F" w:rsidRDefault="0077406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2A90F39F" w14:textId="77777777" w:rsidR="004F2747" w:rsidRPr="0082231F" w:rsidRDefault="0077406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1,5</w:t>
            </w:r>
          </w:p>
        </w:tc>
        <w:tc>
          <w:tcPr>
            <w:tcW w:w="1757" w:type="dxa"/>
            <w:vAlign w:val="center"/>
          </w:tcPr>
          <w:p w14:paraId="15DEE9F7" w14:textId="77777777" w:rsidR="004F2747" w:rsidRPr="0082231F" w:rsidRDefault="0077406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721" w:type="dxa"/>
            <w:vAlign w:val="center"/>
          </w:tcPr>
          <w:p w14:paraId="23C25BFC" w14:textId="77777777" w:rsidR="004F2747" w:rsidRPr="0082231F" w:rsidRDefault="005623F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cs="Arial"/>
                <w:sz w:val="20"/>
                <w:szCs w:val="20"/>
              </w:rPr>
              <w:t>Provozní</w:t>
            </w:r>
            <w:proofErr w:type="spellEnd"/>
            <w:r w:rsidRPr="0082231F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cs="Arial"/>
                <w:sz w:val="20"/>
                <w:szCs w:val="20"/>
              </w:rPr>
              <w:t>pracovnice</w:t>
            </w:r>
            <w:proofErr w:type="spellEnd"/>
            <w:r w:rsidRPr="0082231F">
              <w:rPr>
                <w:rFonts w:cs="Arial"/>
                <w:sz w:val="20"/>
                <w:szCs w:val="20"/>
              </w:rPr>
              <w:t xml:space="preserve"> v MŠ a v ZŠ</w:t>
            </w:r>
          </w:p>
        </w:tc>
      </w:tr>
      <w:tr w:rsidR="004F2747" w:rsidRPr="0082231F" w14:paraId="0A3510EE" w14:textId="77777777">
        <w:trPr>
          <w:cantSplit/>
        </w:trPr>
        <w:tc>
          <w:tcPr>
            <w:tcW w:w="2381" w:type="dxa"/>
            <w:shd w:val="clear" w:color="auto" w:fill="F3F6F8"/>
            <w:vAlign w:val="center"/>
          </w:tcPr>
          <w:p w14:paraId="7139D5D0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Externí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pracovníci</w:t>
            </w:r>
            <w:proofErr w:type="spellEnd"/>
          </w:p>
        </w:tc>
        <w:tc>
          <w:tcPr>
            <w:tcW w:w="1304" w:type="dxa"/>
            <w:shd w:val="clear" w:color="auto" w:fill="F3F6F8"/>
            <w:vAlign w:val="center"/>
          </w:tcPr>
          <w:p w14:paraId="52CC802D" w14:textId="77777777" w:rsidR="004F2747" w:rsidRPr="0082231F" w:rsidRDefault="001C423C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F3F6F8"/>
            <w:vAlign w:val="center"/>
          </w:tcPr>
          <w:p w14:paraId="0A5E22AE" w14:textId="77777777" w:rsidR="004F2747" w:rsidRPr="0082231F" w:rsidRDefault="001C423C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757" w:type="dxa"/>
            <w:shd w:val="clear" w:color="auto" w:fill="F3F6F8"/>
            <w:vAlign w:val="center"/>
          </w:tcPr>
          <w:p w14:paraId="58652901" w14:textId="77777777" w:rsidR="004F2747" w:rsidRPr="0082231F" w:rsidRDefault="001C423C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721" w:type="dxa"/>
            <w:shd w:val="clear" w:color="auto" w:fill="F3F6F8"/>
            <w:vAlign w:val="center"/>
          </w:tcPr>
          <w:p w14:paraId="3BE2E341" w14:textId="77777777" w:rsidR="004F2747" w:rsidRPr="0082231F" w:rsidRDefault="005623F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cs="Arial"/>
                <w:sz w:val="20"/>
                <w:szCs w:val="20"/>
              </w:rPr>
              <w:t>Úklidová</w:t>
            </w:r>
            <w:proofErr w:type="spellEnd"/>
            <w:r w:rsidRPr="0082231F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cs="Arial"/>
                <w:sz w:val="20"/>
                <w:szCs w:val="20"/>
              </w:rPr>
              <w:t>firma</w:t>
            </w:r>
            <w:proofErr w:type="spellEnd"/>
            <w:r w:rsidR="001C423C" w:rsidRPr="0082231F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="001C423C" w:rsidRPr="0082231F">
              <w:rPr>
                <w:rFonts w:cs="Arial"/>
                <w:sz w:val="20"/>
                <w:szCs w:val="20"/>
              </w:rPr>
              <w:t>účetní</w:t>
            </w:r>
            <w:proofErr w:type="spellEnd"/>
          </w:p>
        </w:tc>
      </w:tr>
    </w:tbl>
    <w:p w14:paraId="30D7258C" w14:textId="77777777" w:rsidR="004F2747" w:rsidRPr="0082231F" w:rsidRDefault="004F2747">
      <w:pPr>
        <w:spacing w:after="20"/>
        <w:rPr>
          <w:rFonts w:cs="Arial"/>
          <w:sz w:val="20"/>
          <w:szCs w:val="20"/>
        </w:rPr>
      </w:pPr>
    </w:p>
    <w:p w14:paraId="48C83058" w14:textId="77777777" w:rsidR="004F2747" w:rsidRPr="0082231F" w:rsidRDefault="0054397A" w:rsidP="0054397A">
      <w:pPr>
        <w:pStyle w:val="Nadpis2"/>
        <w:rPr>
          <w:rFonts w:ascii="Arial" w:hAnsi="Arial" w:cs="Arial"/>
          <w:sz w:val="20"/>
          <w:szCs w:val="20"/>
        </w:rPr>
      </w:pPr>
      <w:r w:rsidRPr="0082231F">
        <w:rPr>
          <w:rFonts w:ascii="Arial" w:hAnsi="Arial" w:cs="Arial"/>
          <w:sz w:val="20"/>
          <w:szCs w:val="20"/>
        </w:rPr>
        <w:t xml:space="preserve">4.1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Kvalifikovanost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personální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změny</w:t>
      </w:r>
      <w:proofErr w:type="spellEnd"/>
    </w:p>
    <w:p w14:paraId="42F37A8F" w14:textId="77777777" w:rsidR="008F1580" w:rsidRPr="0082231F" w:rsidRDefault="00DB5CA6" w:rsidP="008F1580">
      <w:pPr>
        <w:rPr>
          <w:rFonts w:cs="Arial"/>
          <w:sz w:val="20"/>
          <w:szCs w:val="20"/>
        </w:rPr>
      </w:pPr>
      <w:r w:rsidRPr="0082231F">
        <w:rPr>
          <w:rFonts w:cs="Arial"/>
          <w:sz w:val="20"/>
          <w:szCs w:val="20"/>
        </w:rPr>
        <w:t xml:space="preserve">Ve </w:t>
      </w:r>
      <w:proofErr w:type="spellStart"/>
      <w:r w:rsidRPr="0082231F">
        <w:rPr>
          <w:rFonts w:cs="Arial"/>
          <w:sz w:val="20"/>
          <w:szCs w:val="20"/>
        </w:rPr>
        <w:t>školním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roce</w:t>
      </w:r>
      <w:proofErr w:type="spellEnd"/>
      <w:r w:rsidRPr="0082231F">
        <w:rPr>
          <w:rFonts w:cs="Arial"/>
          <w:sz w:val="20"/>
          <w:szCs w:val="20"/>
        </w:rPr>
        <w:t xml:space="preserve"> 2025-2026 </w:t>
      </w:r>
      <w:proofErr w:type="spellStart"/>
      <w:r w:rsidRPr="0082231F">
        <w:rPr>
          <w:rFonts w:cs="Arial"/>
          <w:sz w:val="20"/>
          <w:szCs w:val="20"/>
        </w:rPr>
        <w:t>zůstal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tým</w:t>
      </w:r>
      <w:proofErr w:type="spellEnd"/>
      <w:r w:rsidRPr="0082231F">
        <w:rPr>
          <w:rFonts w:cs="Arial"/>
          <w:sz w:val="20"/>
          <w:szCs w:val="20"/>
        </w:rPr>
        <w:t xml:space="preserve"> MŠ a ZŠ </w:t>
      </w:r>
      <w:proofErr w:type="spellStart"/>
      <w:r w:rsidRPr="0082231F">
        <w:rPr>
          <w:rFonts w:cs="Arial"/>
          <w:sz w:val="20"/>
          <w:szCs w:val="20"/>
        </w:rPr>
        <w:t>nezměněný</w:t>
      </w:r>
      <w:proofErr w:type="spellEnd"/>
      <w:r w:rsidRPr="0082231F">
        <w:rPr>
          <w:rFonts w:cs="Arial"/>
          <w:sz w:val="20"/>
          <w:szCs w:val="20"/>
        </w:rPr>
        <w:t xml:space="preserve">. </w:t>
      </w:r>
      <w:proofErr w:type="spellStart"/>
      <w:r w:rsidR="00702B69" w:rsidRPr="0082231F">
        <w:rPr>
          <w:rFonts w:cs="Arial"/>
          <w:sz w:val="20"/>
          <w:szCs w:val="20"/>
        </w:rPr>
        <w:t>Vzdělání</w:t>
      </w:r>
      <w:proofErr w:type="spellEnd"/>
      <w:r w:rsidR="00702B69" w:rsidRPr="0082231F">
        <w:rPr>
          <w:rFonts w:cs="Arial"/>
          <w:sz w:val="20"/>
          <w:szCs w:val="20"/>
        </w:rPr>
        <w:t xml:space="preserve"> </w:t>
      </w:r>
      <w:proofErr w:type="spellStart"/>
      <w:r w:rsidR="00702B69" w:rsidRPr="0082231F">
        <w:rPr>
          <w:rFonts w:cs="Arial"/>
          <w:sz w:val="20"/>
          <w:szCs w:val="20"/>
        </w:rPr>
        <w:t>si</w:t>
      </w:r>
      <w:proofErr w:type="spellEnd"/>
      <w:r w:rsidR="00702B69" w:rsidRPr="0082231F">
        <w:rPr>
          <w:rFonts w:cs="Arial"/>
          <w:sz w:val="20"/>
          <w:szCs w:val="20"/>
        </w:rPr>
        <w:t xml:space="preserve"> </w:t>
      </w:r>
      <w:proofErr w:type="spellStart"/>
      <w:r w:rsidR="00702B69" w:rsidRPr="0082231F">
        <w:rPr>
          <w:rFonts w:cs="Arial"/>
          <w:sz w:val="20"/>
          <w:szCs w:val="20"/>
        </w:rPr>
        <w:t>doplnila</w:t>
      </w:r>
      <w:proofErr w:type="spellEnd"/>
      <w:r w:rsidR="00702B69" w:rsidRPr="0082231F">
        <w:rPr>
          <w:rFonts w:cs="Arial"/>
          <w:sz w:val="20"/>
          <w:szCs w:val="20"/>
        </w:rPr>
        <w:t xml:space="preserve"> </w:t>
      </w:r>
      <w:proofErr w:type="spellStart"/>
      <w:r w:rsidR="00702B69" w:rsidRPr="0082231F">
        <w:rPr>
          <w:rFonts w:cs="Arial"/>
          <w:sz w:val="20"/>
          <w:szCs w:val="20"/>
        </w:rPr>
        <w:t>jedna</w:t>
      </w:r>
      <w:proofErr w:type="spellEnd"/>
      <w:r w:rsidR="00702B69" w:rsidRPr="0082231F">
        <w:rPr>
          <w:rFonts w:cs="Arial"/>
          <w:sz w:val="20"/>
          <w:szCs w:val="20"/>
        </w:rPr>
        <w:t xml:space="preserve"> </w:t>
      </w:r>
      <w:proofErr w:type="spellStart"/>
      <w:r w:rsidR="00702B69" w:rsidRPr="0082231F">
        <w:rPr>
          <w:rFonts w:cs="Arial"/>
          <w:sz w:val="20"/>
          <w:szCs w:val="20"/>
        </w:rPr>
        <w:t>asistentka</w:t>
      </w:r>
      <w:proofErr w:type="spellEnd"/>
      <w:r w:rsidR="00702B69" w:rsidRPr="0082231F">
        <w:rPr>
          <w:rFonts w:cs="Arial"/>
          <w:sz w:val="20"/>
          <w:szCs w:val="20"/>
        </w:rPr>
        <w:t xml:space="preserve"> </w:t>
      </w:r>
      <w:proofErr w:type="spellStart"/>
      <w:r w:rsidR="00702B69" w:rsidRPr="0082231F">
        <w:rPr>
          <w:rFonts w:cs="Arial"/>
          <w:sz w:val="20"/>
          <w:szCs w:val="20"/>
        </w:rPr>
        <w:t>pedagoga</w:t>
      </w:r>
      <w:proofErr w:type="spellEnd"/>
      <w:r w:rsidR="00702B69" w:rsidRPr="0082231F">
        <w:rPr>
          <w:rFonts w:cs="Arial"/>
          <w:sz w:val="20"/>
          <w:szCs w:val="20"/>
        </w:rPr>
        <w:t xml:space="preserve">. V MŠ je </w:t>
      </w:r>
      <w:proofErr w:type="spellStart"/>
      <w:r w:rsidR="00702B69" w:rsidRPr="0082231F">
        <w:rPr>
          <w:rFonts w:cs="Arial"/>
          <w:sz w:val="20"/>
          <w:szCs w:val="20"/>
        </w:rPr>
        <w:t>kvalifikovanost</w:t>
      </w:r>
      <w:proofErr w:type="spellEnd"/>
      <w:r w:rsidR="00702B69" w:rsidRPr="0082231F">
        <w:rPr>
          <w:rFonts w:cs="Arial"/>
          <w:sz w:val="20"/>
          <w:szCs w:val="20"/>
        </w:rPr>
        <w:t xml:space="preserve"> 100%, v ZŠ 90%.</w:t>
      </w:r>
    </w:p>
    <w:p w14:paraId="11B18A95" w14:textId="77777777" w:rsidR="004F2747" w:rsidRPr="0082231F" w:rsidRDefault="00702B69">
      <w:pPr>
        <w:rPr>
          <w:rFonts w:cs="Arial"/>
          <w:sz w:val="20"/>
          <w:szCs w:val="20"/>
        </w:rPr>
      </w:pPr>
      <w:r w:rsidRPr="0082231F">
        <w:rPr>
          <w:rFonts w:cs="Arial"/>
          <w:sz w:val="20"/>
          <w:szCs w:val="20"/>
        </w:rPr>
        <w:t xml:space="preserve">1 </w:t>
      </w:r>
      <w:proofErr w:type="spellStart"/>
      <w:r w:rsidRPr="0082231F">
        <w:rPr>
          <w:rFonts w:cs="Arial"/>
          <w:sz w:val="20"/>
          <w:szCs w:val="20"/>
        </w:rPr>
        <w:t>pedagog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r w:rsidR="009A7E96" w:rsidRPr="0082231F">
        <w:rPr>
          <w:rFonts w:cs="Arial"/>
          <w:sz w:val="20"/>
          <w:szCs w:val="20"/>
        </w:rPr>
        <w:t xml:space="preserve">z MŠ </w:t>
      </w:r>
      <w:proofErr w:type="spellStart"/>
      <w:r w:rsidRPr="0082231F">
        <w:rPr>
          <w:rFonts w:cs="Arial"/>
          <w:sz w:val="20"/>
          <w:szCs w:val="20"/>
        </w:rPr>
        <w:t>zahájil</w:t>
      </w:r>
      <w:proofErr w:type="spellEnd"/>
      <w:r w:rsidRPr="0082231F">
        <w:rPr>
          <w:rFonts w:cs="Arial"/>
          <w:sz w:val="20"/>
          <w:szCs w:val="20"/>
        </w:rPr>
        <w:t xml:space="preserve"> studium </w:t>
      </w:r>
      <w:proofErr w:type="spellStart"/>
      <w:r w:rsidRPr="0082231F">
        <w:rPr>
          <w:rFonts w:cs="Arial"/>
          <w:sz w:val="20"/>
          <w:szCs w:val="20"/>
        </w:rPr>
        <w:t>koordinátora</w:t>
      </w:r>
      <w:proofErr w:type="spellEnd"/>
      <w:r w:rsidRPr="0082231F">
        <w:rPr>
          <w:rFonts w:cs="Arial"/>
          <w:sz w:val="20"/>
          <w:szCs w:val="20"/>
        </w:rPr>
        <w:t xml:space="preserve"> EVVO. </w:t>
      </w:r>
      <w:proofErr w:type="spellStart"/>
      <w:r w:rsidRPr="0082231F">
        <w:rPr>
          <w:rFonts w:cs="Arial"/>
          <w:sz w:val="20"/>
          <w:szCs w:val="20"/>
        </w:rPr>
        <w:t>Škola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disponuje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kvalifikovaným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koordinátorem</w:t>
      </w:r>
      <w:proofErr w:type="spellEnd"/>
      <w:r w:rsidRPr="0082231F">
        <w:rPr>
          <w:rFonts w:cs="Arial"/>
          <w:sz w:val="20"/>
          <w:szCs w:val="20"/>
        </w:rPr>
        <w:t xml:space="preserve"> ICT, </w:t>
      </w:r>
      <w:proofErr w:type="spellStart"/>
      <w:r w:rsidRPr="0082231F">
        <w:rPr>
          <w:rFonts w:cs="Arial"/>
          <w:sz w:val="20"/>
          <w:szCs w:val="20"/>
        </w:rPr>
        <w:t>metodikem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prevence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výchovným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poradcem</w:t>
      </w:r>
      <w:proofErr w:type="spellEnd"/>
      <w:r w:rsidRPr="0082231F">
        <w:rPr>
          <w:rFonts w:cs="Arial"/>
          <w:sz w:val="20"/>
          <w:szCs w:val="20"/>
        </w:rPr>
        <w:t xml:space="preserve"> a </w:t>
      </w:r>
      <w:proofErr w:type="spellStart"/>
      <w:r w:rsidRPr="0082231F">
        <w:rPr>
          <w:rFonts w:cs="Arial"/>
          <w:sz w:val="20"/>
          <w:szCs w:val="20"/>
        </w:rPr>
        <w:t>speciálním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pedagogem</w:t>
      </w:r>
      <w:proofErr w:type="spellEnd"/>
      <w:r w:rsidRPr="0082231F">
        <w:rPr>
          <w:rFonts w:cs="Arial"/>
          <w:sz w:val="20"/>
          <w:szCs w:val="20"/>
        </w:rPr>
        <w:t xml:space="preserve">. Pro </w:t>
      </w:r>
      <w:proofErr w:type="spellStart"/>
      <w:r w:rsidRPr="0082231F">
        <w:rPr>
          <w:rFonts w:cs="Arial"/>
          <w:sz w:val="20"/>
          <w:szCs w:val="20"/>
        </w:rPr>
        <w:t>funkci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školního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psychologa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využívá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="009A7E96" w:rsidRPr="0082231F">
        <w:rPr>
          <w:rFonts w:cs="Arial"/>
          <w:sz w:val="20"/>
          <w:szCs w:val="20"/>
        </w:rPr>
        <w:t>škola</w:t>
      </w:r>
      <w:proofErr w:type="spellEnd"/>
      <w:r w:rsidR="009A7E96"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spolupráci</w:t>
      </w:r>
      <w:proofErr w:type="spellEnd"/>
      <w:r w:rsidRPr="0082231F">
        <w:rPr>
          <w:rFonts w:cs="Arial"/>
          <w:sz w:val="20"/>
          <w:szCs w:val="20"/>
        </w:rPr>
        <w:t xml:space="preserve"> s </w:t>
      </w:r>
      <w:proofErr w:type="spellStart"/>
      <w:r w:rsidRPr="0082231F">
        <w:rPr>
          <w:rFonts w:cs="Arial"/>
          <w:sz w:val="20"/>
          <w:szCs w:val="20"/>
        </w:rPr>
        <w:t>odborníky</w:t>
      </w:r>
      <w:proofErr w:type="spellEnd"/>
      <w:r w:rsidRPr="0082231F">
        <w:rPr>
          <w:rFonts w:cs="Arial"/>
          <w:sz w:val="20"/>
          <w:szCs w:val="20"/>
        </w:rPr>
        <w:t xml:space="preserve"> z Centra </w:t>
      </w:r>
      <w:proofErr w:type="spellStart"/>
      <w:r w:rsidRPr="0082231F">
        <w:rPr>
          <w:rFonts w:cs="Arial"/>
          <w:sz w:val="20"/>
          <w:szCs w:val="20"/>
        </w:rPr>
        <w:t>psychické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odolnosti</w:t>
      </w:r>
      <w:proofErr w:type="spellEnd"/>
      <w:r w:rsidRPr="0082231F">
        <w:rPr>
          <w:rFonts w:cs="Arial"/>
          <w:sz w:val="20"/>
          <w:szCs w:val="20"/>
        </w:rPr>
        <w:t>.</w:t>
      </w:r>
    </w:p>
    <w:p w14:paraId="631E264E" w14:textId="77777777" w:rsidR="004F2747" w:rsidRPr="0082231F" w:rsidRDefault="00FC1D2A" w:rsidP="00FC1D2A">
      <w:pPr>
        <w:pStyle w:val="Nadpis1"/>
        <w:rPr>
          <w:rFonts w:ascii="Arial" w:hAnsi="Arial" w:cs="Arial"/>
          <w:sz w:val="20"/>
          <w:szCs w:val="20"/>
        </w:rPr>
      </w:pPr>
      <w:r w:rsidRPr="0082231F">
        <w:rPr>
          <w:rFonts w:ascii="Arial" w:hAnsi="Arial" w:cs="Arial"/>
          <w:sz w:val="20"/>
          <w:szCs w:val="20"/>
        </w:rPr>
        <w:t xml:space="preserve">4.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Údaje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o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zápisu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přijímání</w:t>
      </w:r>
      <w:proofErr w:type="spellEnd"/>
    </w:p>
    <w:p w14:paraId="16B076AC" w14:textId="77777777" w:rsidR="004F2747" w:rsidRPr="0082231F" w:rsidRDefault="00FC1D2A" w:rsidP="00FC1D2A">
      <w:pPr>
        <w:pStyle w:val="Nadpis2"/>
        <w:rPr>
          <w:rFonts w:ascii="Arial" w:hAnsi="Arial" w:cs="Arial"/>
          <w:sz w:val="20"/>
          <w:szCs w:val="20"/>
        </w:rPr>
      </w:pPr>
      <w:r w:rsidRPr="0082231F">
        <w:rPr>
          <w:rFonts w:ascii="Arial" w:hAnsi="Arial" w:cs="Arial"/>
          <w:sz w:val="20"/>
          <w:szCs w:val="20"/>
        </w:rPr>
        <w:t xml:space="preserve">4.1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Zápis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k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povinné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školní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docházce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pro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školní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rok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2026/2027</w:t>
      </w:r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876"/>
      </w:tblGrid>
      <w:tr w:rsidR="004F2747" w:rsidRPr="0082231F" w14:paraId="13EC9F02" w14:textId="77777777">
        <w:trPr>
          <w:cantSplit/>
          <w:tblHeader/>
        </w:trPr>
        <w:tc>
          <w:tcPr>
            <w:tcW w:w="4989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AC57363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Údaj</w:t>
            </w:r>
            <w:proofErr w:type="spellEnd"/>
          </w:p>
        </w:tc>
        <w:tc>
          <w:tcPr>
            <w:tcW w:w="4876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3E85AB4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b/>
                <w:color w:val="FFFFFF"/>
                <w:sz w:val="20"/>
                <w:szCs w:val="20"/>
              </w:rPr>
              <w:t>Hodnota</w:t>
            </w:r>
            <w:proofErr w:type="spellEnd"/>
          </w:p>
        </w:tc>
      </w:tr>
      <w:tr w:rsidR="004F2747" w:rsidRPr="0082231F" w14:paraId="040EB395" w14:textId="77777777">
        <w:trPr>
          <w:cantSplit/>
        </w:trPr>
        <w:tc>
          <w:tcPr>
            <w:tcW w:w="4989" w:type="dxa"/>
            <w:vAlign w:val="center"/>
          </w:tcPr>
          <w:p w14:paraId="779CCD9D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Termín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zápisu</w:t>
            </w:r>
            <w:proofErr w:type="spellEnd"/>
          </w:p>
        </w:tc>
        <w:tc>
          <w:tcPr>
            <w:tcW w:w="4876" w:type="dxa"/>
            <w:vAlign w:val="center"/>
          </w:tcPr>
          <w:p w14:paraId="55890196" w14:textId="77777777" w:rsidR="004F2747" w:rsidRPr="0082231F" w:rsidRDefault="001C6F81" w:rsidP="001C6F81">
            <w:pPr>
              <w:pStyle w:val="Nadpis4"/>
              <w:rPr>
                <w:rFonts w:ascii="Arial" w:hAnsi="Arial" w:cs="Arial"/>
                <w:b w:val="0"/>
                <w:i w:val="0"/>
                <w:color w:val="auto"/>
                <w:sz w:val="20"/>
                <w:szCs w:val="20"/>
              </w:rPr>
            </w:pPr>
            <w:r w:rsidRPr="0082231F">
              <w:rPr>
                <w:rFonts w:ascii="Arial" w:hAnsi="Arial" w:cs="Arial"/>
                <w:b w:val="0"/>
                <w:i w:val="0"/>
                <w:color w:val="auto"/>
                <w:sz w:val="20"/>
                <w:szCs w:val="20"/>
              </w:rPr>
              <w:t>21.1.2026</w:t>
            </w:r>
          </w:p>
        </w:tc>
      </w:tr>
      <w:tr w:rsidR="004F2747" w:rsidRPr="0082231F" w14:paraId="6D018057" w14:textId="77777777">
        <w:trPr>
          <w:cantSplit/>
        </w:trPr>
        <w:tc>
          <w:tcPr>
            <w:tcW w:w="4989" w:type="dxa"/>
            <w:shd w:val="clear" w:color="auto" w:fill="F3F6F8"/>
            <w:vAlign w:val="center"/>
          </w:tcPr>
          <w:p w14:paraId="430C17AC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Počet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podaných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žádostí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o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přijetí</w:t>
            </w:r>
            <w:proofErr w:type="spellEnd"/>
          </w:p>
        </w:tc>
        <w:tc>
          <w:tcPr>
            <w:tcW w:w="4876" w:type="dxa"/>
            <w:shd w:val="clear" w:color="auto" w:fill="F3F6F8"/>
            <w:vAlign w:val="center"/>
          </w:tcPr>
          <w:p w14:paraId="41F4F255" w14:textId="77777777" w:rsidR="004F2747" w:rsidRPr="0082231F" w:rsidRDefault="001C6F81">
            <w:pPr>
              <w:spacing w:after="0" w:line="252" w:lineRule="auto"/>
              <w:rPr>
                <w:rFonts w:cs="Arial"/>
                <w:color w:val="auto"/>
                <w:sz w:val="20"/>
                <w:szCs w:val="20"/>
              </w:rPr>
            </w:pPr>
            <w:r w:rsidRPr="0082231F">
              <w:rPr>
                <w:rFonts w:cs="Arial"/>
                <w:color w:val="auto"/>
                <w:sz w:val="20"/>
                <w:szCs w:val="20"/>
              </w:rPr>
              <w:t>12</w:t>
            </w:r>
          </w:p>
        </w:tc>
      </w:tr>
      <w:tr w:rsidR="004F2747" w:rsidRPr="0082231F" w14:paraId="4AF1CE20" w14:textId="77777777">
        <w:trPr>
          <w:cantSplit/>
        </w:trPr>
        <w:tc>
          <w:tcPr>
            <w:tcW w:w="4989" w:type="dxa"/>
            <w:vAlign w:val="center"/>
          </w:tcPr>
          <w:p w14:paraId="6DA58529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Počet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přijatých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žáků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do 1.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ročníku</w:t>
            </w:r>
            <w:proofErr w:type="spellEnd"/>
          </w:p>
        </w:tc>
        <w:tc>
          <w:tcPr>
            <w:tcW w:w="4876" w:type="dxa"/>
            <w:vAlign w:val="center"/>
          </w:tcPr>
          <w:p w14:paraId="01F263F8" w14:textId="19CDF77A" w:rsidR="004F2747" w:rsidRPr="0082231F" w:rsidRDefault="001C6F8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1</w:t>
            </w:r>
            <w:r w:rsidR="00171AE9" w:rsidRPr="0082231F">
              <w:rPr>
                <w:rFonts w:cs="Arial"/>
                <w:sz w:val="20"/>
                <w:szCs w:val="20"/>
              </w:rPr>
              <w:t xml:space="preserve">1 </w:t>
            </w:r>
          </w:p>
        </w:tc>
      </w:tr>
      <w:tr w:rsidR="004F2747" w:rsidRPr="0082231F" w14:paraId="2F1DF950" w14:textId="77777777">
        <w:trPr>
          <w:cantSplit/>
        </w:trPr>
        <w:tc>
          <w:tcPr>
            <w:tcW w:w="4989" w:type="dxa"/>
            <w:shd w:val="clear" w:color="auto" w:fill="F3F6F8"/>
            <w:vAlign w:val="center"/>
          </w:tcPr>
          <w:p w14:paraId="397D81D6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Počet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nepřijatých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žáků</w:t>
            </w:r>
            <w:proofErr w:type="spellEnd"/>
          </w:p>
        </w:tc>
        <w:tc>
          <w:tcPr>
            <w:tcW w:w="4876" w:type="dxa"/>
            <w:shd w:val="clear" w:color="auto" w:fill="F3F6F8"/>
            <w:vAlign w:val="center"/>
          </w:tcPr>
          <w:p w14:paraId="1EEAC1EA" w14:textId="77777777" w:rsidR="004F2747" w:rsidRPr="0082231F" w:rsidRDefault="001C6F8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0</w:t>
            </w:r>
          </w:p>
        </w:tc>
      </w:tr>
      <w:tr w:rsidR="004F2747" w:rsidRPr="0082231F" w14:paraId="5BEB2380" w14:textId="77777777">
        <w:trPr>
          <w:cantSplit/>
        </w:trPr>
        <w:tc>
          <w:tcPr>
            <w:tcW w:w="4989" w:type="dxa"/>
            <w:vAlign w:val="center"/>
          </w:tcPr>
          <w:p w14:paraId="2BF23A98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Počet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žádostí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o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odklad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povinné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školní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docházky</w:t>
            </w:r>
            <w:proofErr w:type="spellEnd"/>
          </w:p>
        </w:tc>
        <w:tc>
          <w:tcPr>
            <w:tcW w:w="4876" w:type="dxa"/>
            <w:vAlign w:val="center"/>
          </w:tcPr>
          <w:p w14:paraId="06BEAC78" w14:textId="77777777" w:rsidR="004F2747" w:rsidRPr="0082231F" w:rsidRDefault="001C6F8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2</w:t>
            </w:r>
          </w:p>
        </w:tc>
      </w:tr>
      <w:tr w:rsidR="004F2747" w:rsidRPr="0082231F" w14:paraId="66257E78" w14:textId="77777777">
        <w:trPr>
          <w:cantSplit/>
        </w:trPr>
        <w:tc>
          <w:tcPr>
            <w:tcW w:w="4989" w:type="dxa"/>
            <w:shd w:val="clear" w:color="auto" w:fill="F3F6F8"/>
            <w:vAlign w:val="center"/>
          </w:tcPr>
          <w:p w14:paraId="66BDD045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Počet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povolených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odkladů</w:t>
            </w:r>
            <w:proofErr w:type="spellEnd"/>
          </w:p>
        </w:tc>
        <w:tc>
          <w:tcPr>
            <w:tcW w:w="4876" w:type="dxa"/>
            <w:shd w:val="clear" w:color="auto" w:fill="F3F6F8"/>
            <w:vAlign w:val="center"/>
          </w:tcPr>
          <w:p w14:paraId="1AEBE10D" w14:textId="77777777" w:rsidR="004F2747" w:rsidRPr="0082231F" w:rsidRDefault="001C6F8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2</w:t>
            </w:r>
          </w:p>
        </w:tc>
      </w:tr>
      <w:tr w:rsidR="004F2747" w:rsidRPr="0082231F" w14:paraId="61F30D67" w14:textId="77777777">
        <w:trPr>
          <w:cantSplit/>
        </w:trPr>
        <w:tc>
          <w:tcPr>
            <w:tcW w:w="4989" w:type="dxa"/>
            <w:vAlign w:val="center"/>
          </w:tcPr>
          <w:p w14:paraId="4771BE20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Přijetí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>/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přestupy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do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vyšších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ročníků</w:t>
            </w:r>
            <w:proofErr w:type="spellEnd"/>
          </w:p>
        </w:tc>
        <w:tc>
          <w:tcPr>
            <w:tcW w:w="4876" w:type="dxa"/>
            <w:vAlign w:val="center"/>
          </w:tcPr>
          <w:p w14:paraId="7197A71E" w14:textId="0841938D" w:rsidR="004F2747" w:rsidRPr="0082231F" w:rsidRDefault="001C6F8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1</w:t>
            </w:r>
            <w:r w:rsidR="00AF6F09" w:rsidRPr="0082231F">
              <w:rPr>
                <w:rFonts w:cs="Arial"/>
                <w:sz w:val="20"/>
                <w:szCs w:val="20"/>
              </w:rPr>
              <w:t xml:space="preserve"> do 4. </w:t>
            </w:r>
            <w:proofErr w:type="spellStart"/>
            <w:r w:rsidR="00AF6F09" w:rsidRPr="0082231F">
              <w:rPr>
                <w:rFonts w:cs="Arial"/>
                <w:sz w:val="20"/>
                <w:szCs w:val="20"/>
              </w:rPr>
              <w:t>ročníku</w:t>
            </w:r>
            <w:proofErr w:type="spellEnd"/>
          </w:p>
        </w:tc>
      </w:tr>
    </w:tbl>
    <w:p w14:paraId="44560AA6" w14:textId="77777777" w:rsidR="004F2747" w:rsidRPr="0082231F" w:rsidRDefault="004F2747">
      <w:pPr>
        <w:spacing w:after="20"/>
        <w:rPr>
          <w:rFonts w:cs="Arial"/>
          <w:sz w:val="20"/>
          <w:szCs w:val="20"/>
        </w:rPr>
      </w:pPr>
    </w:p>
    <w:p w14:paraId="33E3612A" w14:textId="77777777" w:rsidR="00F3315A" w:rsidRPr="0082231F" w:rsidRDefault="00F3315A">
      <w:pPr>
        <w:spacing w:after="20"/>
        <w:rPr>
          <w:rFonts w:cs="Arial"/>
          <w:sz w:val="20"/>
          <w:szCs w:val="20"/>
        </w:rPr>
      </w:pPr>
      <w:proofErr w:type="spellStart"/>
      <w:r w:rsidRPr="0082231F">
        <w:rPr>
          <w:rFonts w:cs="Arial"/>
          <w:sz w:val="20"/>
          <w:szCs w:val="20"/>
        </w:rPr>
        <w:t>Vzhledem</w:t>
      </w:r>
      <w:proofErr w:type="spellEnd"/>
      <w:r w:rsidRPr="0082231F">
        <w:rPr>
          <w:rFonts w:cs="Arial"/>
          <w:sz w:val="20"/>
          <w:szCs w:val="20"/>
        </w:rPr>
        <w:t xml:space="preserve"> k </w:t>
      </w:r>
      <w:proofErr w:type="spellStart"/>
      <w:r w:rsidRPr="0082231F">
        <w:rPr>
          <w:rFonts w:cs="Arial"/>
          <w:sz w:val="20"/>
          <w:szCs w:val="20"/>
        </w:rPr>
        <w:t>tomu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že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děti</w:t>
      </w:r>
      <w:proofErr w:type="spellEnd"/>
      <w:r w:rsidRPr="0082231F">
        <w:rPr>
          <w:rFonts w:cs="Arial"/>
          <w:sz w:val="20"/>
          <w:szCs w:val="20"/>
        </w:rPr>
        <w:t xml:space="preserve"> z MŠ NEMO </w:t>
      </w:r>
      <w:proofErr w:type="spellStart"/>
      <w:r w:rsidRPr="0082231F">
        <w:rPr>
          <w:rFonts w:cs="Arial"/>
          <w:sz w:val="20"/>
          <w:szCs w:val="20"/>
        </w:rPr>
        <w:t>pokračují</w:t>
      </w:r>
      <w:proofErr w:type="spellEnd"/>
      <w:r w:rsidRPr="0082231F">
        <w:rPr>
          <w:rFonts w:cs="Arial"/>
          <w:sz w:val="20"/>
          <w:szCs w:val="20"/>
        </w:rPr>
        <w:t xml:space="preserve"> v ZŠ NEMO, </w:t>
      </w:r>
      <w:proofErr w:type="spellStart"/>
      <w:r w:rsidRPr="0082231F">
        <w:rPr>
          <w:rFonts w:cs="Arial"/>
          <w:sz w:val="20"/>
          <w:szCs w:val="20"/>
        </w:rPr>
        <w:t>tak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jsme</w:t>
      </w:r>
      <w:proofErr w:type="spellEnd"/>
      <w:r w:rsidR="00196A49" w:rsidRPr="0082231F">
        <w:rPr>
          <w:rFonts w:cs="Arial"/>
          <w:sz w:val="20"/>
          <w:szCs w:val="20"/>
        </w:rPr>
        <w:t xml:space="preserve"> </w:t>
      </w:r>
      <w:proofErr w:type="spellStart"/>
      <w:r w:rsidR="00196A49" w:rsidRPr="0082231F">
        <w:rPr>
          <w:rFonts w:cs="Arial"/>
          <w:sz w:val="20"/>
          <w:szCs w:val="20"/>
        </w:rPr>
        <w:t>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tento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školní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rok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pokryli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kapacitu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školy</w:t>
      </w:r>
      <w:proofErr w:type="spellEnd"/>
      <w:r w:rsidRPr="0082231F">
        <w:rPr>
          <w:rFonts w:cs="Arial"/>
          <w:sz w:val="20"/>
          <w:szCs w:val="20"/>
        </w:rPr>
        <w:t xml:space="preserve"> ze 100%</w:t>
      </w:r>
      <w:r w:rsidR="00196A49" w:rsidRPr="0082231F">
        <w:rPr>
          <w:rFonts w:cs="Arial"/>
          <w:sz w:val="20"/>
          <w:szCs w:val="20"/>
        </w:rPr>
        <w:t xml:space="preserve"> </w:t>
      </w:r>
      <w:proofErr w:type="spellStart"/>
      <w:r w:rsidR="00196A49" w:rsidRPr="0082231F">
        <w:rPr>
          <w:rFonts w:cs="Arial"/>
          <w:sz w:val="20"/>
          <w:szCs w:val="20"/>
        </w:rPr>
        <w:t>dětmi</w:t>
      </w:r>
      <w:proofErr w:type="spellEnd"/>
      <w:r w:rsidR="00196A49" w:rsidRPr="0082231F">
        <w:rPr>
          <w:rFonts w:cs="Arial"/>
          <w:sz w:val="20"/>
          <w:szCs w:val="20"/>
        </w:rPr>
        <w:t xml:space="preserve"> z </w:t>
      </w:r>
      <w:proofErr w:type="spellStart"/>
      <w:r w:rsidR="00196A49" w:rsidRPr="0082231F">
        <w:rPr>
          <w:rFonts w:cs="Arial"/>
          <w:sz w:val="20"/>
          <w:szCs w:val="20"/>
        </w:rPr>
        <w:t>naší</w:t>
      </w:r>
      <w:proofErr w:type="spellEnd"/>
      <w:r w:rsidR="00196A49" w:rsidRPr="0082231F">
        <w:rPr>
          <w:rFonts w:cs="Arial"/>
          <w:sz w:val="20"/>
          <w:szCs w:val="20"/>
        </w:rPr>
        <w:t xml:space="preserve"> MŠ</w:t>
      </w:r>
      <w:r w:rsidRPr="0082231F">
        <w:rPr>
          <w:rFonts w:cs="Arial"/>
          <w:sz w:val="20"/>
          <w:szCs w:val="20"/>
        </w:rPr>
        <w:t xml:space="preserve">. </w:t>
      </w:r>
      <w:r w:rsidR="00196A49" w:rsidRPr="0082231F">
        <w:rPr>
          <w:rFonts w:cs="Arial"/>
          <w:sz w:val="20"/>
          <w:szCs w:val="20"/>
        </w:rPr>
        <w:t xml:space="preserve">V </w:t>
      </w:r>
      <w:proofErr w:type="spellStart"/>
      <w:r w:rsidR="00196A49" w:rsidRPr="0082231F">
        <w:rPr>
          <w:rFonts w:cs="Arial"/>
          <w:sz w:val="20"/>
          <w:szCs w:val="20"/>
        </w:rPr>
        <w:t>kritériích</w:t>
      </w:r>
      <w:proofErr w:type="spellEnd"/>
      <w:r w:rsidR="00196A49" w:rsidRPr="0082231F">
        <w:rPr>
          <w:rFonts w:cs="Arial"/>
          <w:sz w:val="20"/>
          <w:szCs w:val="20"/>
        </w:rPr>
        <w:t xml:space="preserve"> </w:t>
      </w:r>
      <w:proofErr w:type="spellStart"/>
      <w:r w:rsidR="00196A49" w:rsidRPr="0082231F">
        <w:rPr>
          <w:rFonts w:cs="Arial"/>
          <w:sz w:val="20"/>
          <w:szCs w:val="20"/>
        </w:rPr>
        <w:t>mají</w:t>
      </w:r>
      <w:proofErr w:type="spellEnd"/>
      <w:r w:rsidR="00196A49" w:rsidRPr="0082231F">
        <w:rPr>
          <w:rFonts w:cs="Arial"/>
          <w:sz w:val="20"/>
          <w:szCs w:val="20"/>
        </w:rPr>
        <w:t xml:space="preserve"> </w:t>
      </w:r>
      <w:proofErr w:type="spellStart"/>
      <w:r w:rsidR="00196A49" w:rsidRPr="0082231F">
        <w:rPr>
          <w:rFonts w:cs="Arial"/>
          <w:sz w:val="20"/>
          <w:szCs w:val="20"/>
        </w:rPr>
        <w:t>přednost</w:t>
      </w:r>
      <w:proofErr w:type="spellEnd"/>
      <w:r w:rsidR="00196A49" w:rsidRPr="0082231F">
        <w:rPr>
          <w:rFonts w:cs="Arial"/>
          <w:sz w:val="20"/>
          <w:szCs w:val="20"/>
        </w:rPr>
        <w:t xml:space="preserve"> </w:t>
      </w:r>
      <w:proofErr w:type="spellStart"/>
      <w:r w:rsidR="00196A49" w:rsidRPr="0082231F">
        <w:rPr>
          <w:rFonts w:cs="Arial"/>
          <w:sz w:val="20"/>
          <w:szCs w:val="20"/>
        </w:rPr>
        <w:t>děti</w:t>
      </w:r>
      <w:proofErr w:type="spellEnd"/>
      <w:r w:rsidR="00196A49" w:rsidRPr="0082231F">
        <w:rPr>
          <w:rFonts w:cs="Arial"/>
          <w:sz w:val="20"/>
          <w:szCs w:val="20"/>
        </w:rPr>
        <w:t xml:space="preserve"> z </w:t>
      </w:r>
      <w:proofErr w:type="spellStart"/>
      <w:r w:rsidR="00196A49" w:rsidRPr="0082231F">
        <w:rPr>
          <w:rFonts w:cs="Arial"/>
          <w:sz w:val="20"/>
          <w:szCs w:val="20"/>
        </w:rPr>
        <w:t>naší</w:t>
      </w:r>
      <w:proofErr w:type="spellEnd"/>
      <w:r w:rsidR="00196A49" w:rsidRPr="0082231F">
        <w:rPr>
          <w:rFonts w:cs="Arial"/>
          <w:sz w:val="20"/>
          <w:szCs w:val="20"/>
        </w:rPr>
        <w:t xml:space="preserve"> MŠ, aby </w:t>
      </w:r>
      <w:proofErr w:type="spellStart"/>
      <w:r w:rsidR="00196A49" w:rsidRPr="0082231F">
        <w:rPr>
          <w:rFonts w:cs="Arial"/>
          <w:sz w:val="20"/>
          <w:szCs w:val="20"/>
        </w:rPr>
        <w:t>byla</w:t>
      </w:r>
      <w:proofErr w:type="spellEnd"/>
      <w:r w:rsidR="00196A49" w:rsidRPr="0082231F">
        <w:rPr>
          <w:rFonts w:cs="Arial"/>
          <w:sz w:val="20"/>
          <w:szCs w:val="20"/>
        </w:rPr>
        <w:t xml:space="preserve"> </w:t>
      </w:r>
      <w:proofErr w:type="spellStart"/>
      <w:r w:rsidR="00196A49" w:rsidRPr="0082231F">
        <w:rPr>
          <w:rFonts w:cs="Arial"/>
          <w:sz w:val="20"/>
          <w:szCs w:val="20"/>
        </w:rPr>
        <w:t>zajištěna</w:t>
      </w:r>
      <w:proofErr w:type="spellEnd"/>
      <w:r w:rsidR="00196A49" w:rsidRPr="0082231F">
        <w:rPr>
          <w:rFonts w:cs="Arial"/>
          <w:sz w:val="20"/>
          <w:szCs w:val="20"/>
        </w:rPr>
        <w:t xml:space="preserve"> </w:t>
      </w:r>
      <w:proofErr w:type="spellStart"/>
      <w:r w:rsidR="00196A49" w:rsidRPr="0082231F">
        <w:rPr>
          <w:rFonts w:cs="Arial"/>
          <w:sz w:val="20"/>
          <w:szCs w:val="20"/>
        </w:rPr>
        <w:t>kontinuita</w:t>
      </w:r>
      <w:proofErr w:type="spellEnd"/>
      <w:r w:rsidR="00196A49" w:rsidRPr="0082231F">
        <w:rPr>
          <w:rFonts w:cs="Arial"/>
          <w:sz w:val="20"/>
          <w:szCs w:val="20"/>
        </w:rPr>
        <w:t xml:space="preserve"> v </w:t>
      </w:r>
      <w:proofErr w:type="spellStart"/>
      <w:r w:rsidR="00196A49" w:rsidRPr="0082231F">
        <w:rPr>
          <w:rFonts w:cs="Arial"/>
          <w:sz w:val="20"/>
          <w:szCs w:val="20"/>
        </w:rPr>
        <w:t>nastavených</w:t>
      </w:r>
      <w:proofErr w:type="spellEnd"/>
      <w:r w:rsidR="00196A49" w:rsidRPr="0082231F">
        <w:rPr>
          <w:rFonts w:cs="Arial"/>
          <w:sz w:val="20"/>
          <w:szCs w:val="20"/>
        </w:rPr>
        <w:t xml:space="preserve"> </w:t>
      </w:r>
      <w:proofErr w:type="spellStart"/>
      <w:r w:rsidR="00196A49" w:rsidRPr="0082231F">
        <w:rPr>
          <w:rFonts w:cs="Arial"/>
          <w:sz w:val="20"/>
          <w:szCs w:val="20"/>
        </w:rPr>
        <w:t>podpůrných</w:t>
      </w:r>
      <w:proofErr w:type="spellEnd"/>
      <w:r w:rsidR="00196A49" w:rsidRPr="0082231F">
        <w:rPr>
          <w:rFonts w:cs="Arial"/>
          <w:sz w:val="20"/>
          <w:szCs w:val="20"/>
        </w:rPr>
        <w:t xml:space="preserve"> </w:t>
      </w:r>
      <w:proofErr w:type="spellStart"/>
      <w:r w:rsidR="00196A49" w:rsidRPr="0082231F">
        <w:rPr>
          <w:rFonts w:cs="Arial"/>
          <w:sz w:val="20"/>
          <w:szCs w:val="20"/>
        </w:rPr>
        <w:t>opatřeních</w:t>
      </w:r>
      <w:proofErr w:type="spellEnd"/>
      <w:r w:rsidR="00196A49" w:rsidRPr="0082231F">
        <w:rPr>
          <w:rFonts w:cs="Arial"/>
          <w:sz w:val="20"/>
          <w:szCs w:val="20"/>
        </w:rPr>
        <w:t xml:space="preserve"> a </w:t>
      </w:r>
      <w:proofErr w:type="spellStart"/>
      <w:r w:rsidR="00196A49" w:rsidRPr="0082231F">
        <w:rPr>
          <w:rFonts w:cs="Arial"/>
          <w:sz w:val="20"/>
          <w:szCs w:val="20"/>
        </w:rPr>
        <w:t>rodinná</w:t>
      </w:r>
      <w:proofErr w:type="spellEnd"/>
      <w:r w:rsidR="00196A49" w:rsidRPr="0082231F">
        <w:rPr>
          <w:rFonts w:cs="Arial"/>
          <w:sz w:val="20"/>
          <w:szCs w:val="20"/>
        </w:rPr>
        <w:t xml:space="preserve"> </w:t>
      </w:r>
      <w:proofErr w:type="spellStart"/>
      <w:r w:rsidR="00196A49" w:rsidRPr="0082231F">
        <w:rPr>
          <w:rFonts w:cs="Arial"/>
          <w:sz w:val="20"/>
          <w:szCs w:val="20"/>
        </w:rPr>
        <w:t>atmosféra</w:t>
      </w:r>
      <w:proofErr w:type="spellEnd"/>
      <w:r w:rsidR="00196A49" w:rsidRPr="0082231F">
        <w:rPr>
          <w:rFonts w:cs="Arial"/>
          <w:sz w:val="20"/>
          <w:szCs w:val="20"/>
        </w:rPr>
        <w:t xml:space="preserve">. </w:t>
      </w:r>
      <w:proofErr w:type="spellStart"/>
      <w:r w:rsidRPr="0082231F">
        <w:rPr>
          <w:rFonts w:cs="Arial"/>
          <w:sz w:val="20"/>
          <w:szCs w:val="20"/>
        </w:rPr>
        <w:t>Zápis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r w:rsidR="00196A49" w:rsidRPr="0082231F">
        <w:rPr>
          <w:rFonts w:cs="Arial"/>
          <w:sz w:val="20"/>
          <w:szCs w:val="20"/>
        </w:rPr>
        <w:t xml:space="preserve">do ZŠ NEMO </w:t>
      </w:r>
      <w:proofErr w:type="spellStart"/>
      <w:r w:rsidRPr="0082231F">
        <w:rPr>
          <w:rFonts w:cs="Arial"/>
          <w:sz w:val="20"/>
          <w:szCs w:val="20"/>
        </w:rPr>
        <w:t>proběhnul</w:t>
      </w:r>
      <w:proofErr w:type="spellEnd"/>
      <w:r w:rsidRPr="0082231F">
        <w:rPr>
          <w:rFonts w:cs="Arial"/>
          <w:sz w:val="20"/>
          <w:szCs w:val="20"/>
        </w:rPr>
        <w:t xml:space="preserve"> v </w:t>
      </w:r>
      <w:proofErr w:type="spellStart"/>
      <w:r w:rsidRPr="0082231F">
        <w:rPr>
          <w:rFonts w:cs="Arial"/>
          <w:sz w:val="20"/>
          <w:szCs w:val="20"/>
        </w:rPr>
        <w:t>přátelské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atmosféře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kdy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děti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plnily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úkoly</w:t>
      </w:r>
      <w:proofErr w:type="spellEnd"/>
      <w:r w:rsidRPr="0082231F">
        <w:rPr>
          <w:rFonts w:cs="Arial"/>
          <w:sz w:val="20"/>
          <w:szCs w:val="20"/>
        </w:rPr>
        <w:t xml:space="preserve"> a </w:t>
      </w:r>
      <w:proofErr w:type="spellStart"/>
      <w:r w:rsidRPr="0082231F">
        <w:rPr>
          <w:rFonts w:cs="Arial"/>
          <w:sz w:val="20"/>
          <w:szCs w:val="20"/>
        </w:rPr>
        <w:t>sbíraly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razítka</w:t>
      </w:r>
      <w:proofErr w:type="spellEnd"/>
      <w:r w:rsidRPr="0082231F">
        <w:rPr>
          <w:rFonts w:cs="Arial"/>
          <w:sz w:val="20"/>
          <w:szCs w:val="20"/>
        </w:rPr>
        <w:t xml:space="preserve"> do “</w:t>
      </w:r>
      <w:proofErr w:type="spellStart"/>
      <w:r w:rsidRPr="0082231F">
        <w:rPr>
          <w:rFonts w:cs="Arial"/>
          <w:sz w:val="20"/>
          <w:szCs w:val="20"/>
        </w:rPr>
        <w:t>lodního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průkazu</w:t>
      </w:r>
      <w:proofErr w:type="spellEnd"/>
      <w:r w:rsidRPr="0082231F">
        <w:rPr>
          <w:rFonts w:cs="Arial"/>
          <w:sz w:val="20"/>
          <w:szCs w:val="20"/>
        </w:rPr>
        <w:t xml:space="preserve">”. Se </w:t>
      </w:r>
      <w:proofErr w:type="spellStart"/>
      <w:r w:rsidRPr="0082231F">
        <w:rPr>
          <w:rFonts w:cs="Arial"/>
          <w:sz w:val="20"/>
          <w:szCs w:val="20"/>
        </w:rPr>
        <w:t>zápisem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pomáhali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žáci</w:t>
      </w:r>
      <w:proofErr w:type="spellEnd"/>
      <w:r w:rsidRPr="0082231F">
        <w:rPr>
          <w:rFonts w:cs="Arial"/>
          <w:sz w:val="20"/>
          <w:szCs w:val="20"/>
        </w:rPr>
        <w:t xml:space="preserve"> ze ZŠ NEMO. </w:t>
      </w:r>
      <w:proofErr w:type="spellStart"/>
      <w:r w:rsidRPr="0082231F">
        <w:rPr>
          <w:rFonts w:cs="Arial"/>
          <w:sz w:val="20"/>
          <w:szCs w:val="20"/>
        </w:rPr>
        <w:t>Před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zápisem</w:t>
      </w:r>
      <w:proofErr w:type="spellEnd"/>
      <w:r w:rsidRPr="0082231F">
        <w:rPr>
          <w:rFonts w:cs="Arial"/>
          <w:sz w:val="20"/>
          <w:szCs w:val="20"/>
        </w:rPr>
        <w:t xml:space="preserve"> se </w:t>
      </w:r>
      <w:proofErr w:type="spellStart"/>
      <w:r w:rsidRPr="0082231F">
        <w:rPr>
          <w:rFonts w:cs="Arial"/>
          <w:sz w:val="20"/>
          <w:szCs w:val="20"/>
        </w:rPr>
        <w:t>budoucí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školáci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již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seznámili</w:t>
      </w:r>
      <w:proofErr w:type="spellEnd"/>
      <w:r w:rsidRPr="0082231F">
        <w:rPr>
          <w:rFonts w:cs="Arial"/>
          <w:sz w:val="20"/>
          <w:szCs w:val="20"/>
        </w:rPr>
        <w:t xml:space="preserve"> v </w:t>
      </w:r>
      <w:proofErr w:type="spellStart"/>
      <w:r w:rsidRPr="0082231F">
        <w:rPr>
          <w:rFonts w:cs="Arial"/>
          <w:sz w:val="20"/>
          <w:szCs w:val="20"/>
        </w:rPr>
        <w:t>rámci</w:t>
      </w:r>
      <w:proofErr w:type="spellEnd"/>
      <w:r w:rsidRPr="0082231F">
        <w:rPr>
          <w:rFonts w:cs="Arial"/>
          <w:sz w:val="20"/>
          <w:szCs w:val="20"/>
        </w:rPr>
        <w:t xml:space="preserve"> “Nemo </w:t>
      </w:r>
      <w:proofErr w:type="spellStart"/>
      <w:r w:rsidRPr="0082231F">
        <w:rPr>
          <w:rFonts w:cs="Arial"/>
          <w:sz w:val="20"/>
          <w:szCs w:val="20"/>
        </w:rPr>
        <w:t>školičky</w:t>
      </w:r>
      <w:proofErr w:type="spellEnd"/>
      <w:r w:rsidRPr="0082231F">
        <w:rPr>
          <w:rFonts w:cs="Arial"/>
          <w:sz w:val="20"/>
          <w:szCs w:val="20"/>
        </w:rPr>
        <w:t xml:space="preserve">” se </w:t>
      </w:r>
      <w:proofErr w:type="spellStart"/>
      <w:r w:rsidRPr="0082231F">
        <w:rPr>
          <w:rFonts w:cs="Arial"/>
          <w:sz w:val="20"/>
          <w:szCs w:val="20"/>
        </w:rPr>
        <w:t>třídou</w:t>
      </w:r>
      <w:proofErr w:type="spellEnd"/>
      <w:r w:rsidRPr="0082231F">
        <w:rPr>
          <w:rFonts w:cs="Arial"/>
          <w:sz w:val="20"/>
          <w:szCs w:val="20"/>
        </w:rPr>
        <w:t xml:space="preserve"> I s </w:t>
      </w:r>
      <w:proofErr w:type="spellStart"/>
      <w:r w:rsidRPr="0082231F">
        <w:rPr>
          <w:rFonts w:cs="Arial"/>
          <w:sz w:val="20"/>
          <w:szCs w:val="20"/>
        </w:rPr>
        <w:t>paní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učitelkou</w:t>
      </w:r>
      <w:proofErr w:type="spellEnd"/>
      <w:r w:rsidRPr="0082231F">
        <w:rPr>
          <w:rFonts w:cs="Arial"/>
          <w:sz w:val="20"/>
          <w:szCs w:val="20"/>
        </w:rPr>
        <w:t xml:space="preserve">. </w:t>
      </w:r>
      <w:proofErr w:type="spellStart"/>
      <w:r w:rsidRPr="0082231F">
        <w:rPr>
          <w:rFonts w:cs="Arial"/>
          <w:sz w:val="20"/>
          <w:szCs w:val="20"/>
        </w:rPr>
        <w:t>Prostředí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školy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tedy</w:t>
      </w:r>
      <w:proofErr w:type="spellEnd"/>
      <w:r w:rsidRPr="0082231F">
        <w:rPr>
          <w:rFonts w:cs="Arial"/>
          <w:sz w:val="20"/>
          <w:szCs w:val="20"/>
        </w:rPr>
        <w:t xml:space="preserve"> pro </w:t>
      </w:r>
      <w:proofErr w:type="spellStart"/>
      <w:r w:rsidRPr="0082231F">
        <w:rPr>
          <w:rFonts w:cs="Arial"/>
          <w:sz w:val="20"/>
          <w:szCs w:val="20"/>
        </w:rPr>
        <w:t>ně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nebylo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cizí</w:t>
      </w:r>
      <w:proofErr w:type="spellEnd"/>
      <w:r w:rsidRPr="0082231F">
        <w:rPr>
          <w:rFonts w:cs="Arial"/>
          <w:sz w:val="20"/>
          <w:szCs w:val="20"/>
        </w:rPr>
        <w:t xml:space="preserve">, </w:t>
      </w:r>
      <w:proofErr w:type="spellStart"/>
      <w:r w:rsidRPr="0082231F">
        <w:rPr>
          <w:rFonts w:cs="Arial"/>
          <w:sz w:val="20"/>
          <w:szCs w:val="20"/>
        </w:rPr>
        <w:t>neznámé</w:t>
      </w:r>
      <w:proofErr w:type="spellEnd"/>
      <w:r w:rsidRPr="0082231F">
        <w:rPr>
          <w:rFonts w:cs="Arial"/>
          <w:sz w:val="20"/>
          <w:szCs w:val="20"/>
        </w:rPr>
        <w:t xml:space="preserve">, ale </w:t>
      </w:r>
      <w:proofErr w:type="spellStart"/>
      <w:r w:rsidRPr="0082231F">
        <w:rPr>
          <w:rFonts w:cs="Arial"/>
          <w:sz w:val="20"/>
          <w:szCs w:val="20"/>
        </w:rPr>
        <w:t>na</w:t>
      </w:r>
      <w:proofErr w:type="spellEnd"/>
      <w:r w:rsidRPr="0082231F">
        <w:rPr>
          <w:rFonts w:cs="Arial"/>
          <w:sz w:val="20"/>
          <w:szCs w:val="20"/>
        </w:rPr>
        <w:t xml:space="preserve"> </w:t>
      </w:r>
      <w:proofErr w:type="spellStart"/>
      <w:r w:rsidRPr="0082231F">
        <w:rPr>
          <w:rFonts w:cs="Arial"/>
          <w:sz w:val="20"/>
          <w:szCs w:val="20"/>
        </w:rPr>
        <w:t>zápis</w:t>
      </w:r>
      <w:proofErr w:type="spellEnd"/>
      <w:r w:rsidRPr="0082231F">
        <w:rPr>
          <w:rFonts w:cs="Arial"/>
          <w:sz w:val="20"/>
          <w:szCs w:val="20"/>
        </w:rPr>
        <w:t xml:space="preserve"> se </w:t>
      </w:r>
      <w:proofErr w:type="spellStart"/>
      <w:r w:rsidRPr="0082231F">
        <w:rPr>
          <w:rFonts w:cs="Arial"/>
          <w:sz w:val="20"/>
          <w:szCs w:val="20"/>
        </w:rPr>
        <w:t>těšili</w:t>
      </w:r>
      <w:proofErr w:type="spellEnd"/>
      <w:r w:rsidRPr="0082231F">
        <w:rPr>
          <w:rFonts w:cs="Arial"/>
          <w:sz w:val="20"/>
          <w:szCs w:val="20"/>
        </w:rPr>
        <w:t>.</w:t>
      </w:r>
    </w:p>
    <w:p w14:paraId="35136073" w14:textId="77777777" w:rsidR="004F2747" w:rsidRPr="0082231F" w:rsidRDefault="00F3315A" w:rsidP="00F3315A">
      <w:pPr>
        <w:pStyle w:val="Nadpis2"/>
        <w:rPr>
          <w:rFonts w:ascii="Arial" w:hAnsi="Arial" w:cs="Arial"/>
          <w:sz w:val="20"/>
          <w:szCs w:val="20"/>
        </w:rPr>
      </w:pPr>
      <w:r w:rsidRPr="0082231F">
        <w:rPr>
          <w:rFonts w:ascii="Arial" w:hAnsi="Arial" w:cs="Arial"/>
          <w:sz w:val="20"/>
          <w:szCs w:val="20"/>
        </w:rPr>
        <w:t xml:space="preserve">4.2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Přijímání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k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předškolnímu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vzdělávání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pro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školní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82231F">
        <w:rPr>
          <w:rFonts w:ascii="Arial" w:hAnsi="Arial" w:cs="Arial"/>
          <w:sz w:val="20"/>
          <w:szCs w:val="20"/>
        </w:rPr>
        <w:t>rok</w:t>
      </w:r>
      <w:proofErr w:type="spellEnd"/>
      <w:r w:rsidR="00B25EFB" w:rsidRPr="0082231F">
        <w:rPr>
          <w:rFonts w:ascii="Arial" w:hAnsi="Arial" w:cs="Arial"/>
          <w:sz w:val="20"/>
          <w:szCs w:val="20"/>
        </w:rPr>
        <w:t xml:space="preserve"> 2026/2027</w:t>
      </w:r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876"/>
      </w:tblGrid>
      <w:tr w:rsidR="004F2747" w:rsidRPr="0082231F" w14:paraId="423DC9A1" w14:textId="77777777">
        <w:trPr>
          <w:cantSplit/>
          <w:tblHeader/>
        </w:trPr>
        <w:tc>
          <w:tcPr>
            <w:tcW w:w="4989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367ED99" w14:textId="77777777" w:rsidR="004F2747" w:rsidRPr="0082231F" w:rsidRDefault="00B25EFB" w:rsidP="00F3315A">
            <w:pPr>
              <w:pStyle w:val="Nadpis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2231F">
              <w:rPr>
                <w:rFonts w:ascii="Arial" w:hAnsi="Arial" w:cs="Arial"/>
                <w:color w:val="FFFFFF"/>
                <w:sz w:val="20"/>
                <w:szCs w:val="20"/>
              </w:rPr>
              <w:t>Údaj</w:t>
            </w:r>
            <w:proofErr w:type="spellEnd"/>
          </w:p>
        </w:tc>
        <w:tc>
          <w:tcPr>
            <w:tcW w:w="4876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512EDE9" w14:textId="77777777" w:rsidR="004F2747" w:rsidRPr="0082231F" w:rsidRDefault="00B25EFB" w:rsidP="00F3315A">
            <w:pPr>
              <w:pStyle w:val="Nadpis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2231F">
              <w:rPr>
                <w:rFonts w:ascii="Arial" w:hAnsi="Arial" w:cs="Arial"/>
                <w:color w:val="FFFFFF"/>
                <w:sz w:val="20"/>
                <w:szCs w:val="20"/>
              </w:rPr>
              <w:t>Hodnota</w:t>
            </w:r>
            <w:proofErr w:type="spellEnd"/>
          </w:p>
        </w:tc>
      </w:tr>
      <w:tr w:rsidR="004F2747" w:rsidRPr="0082231F" w14:paraId="69A06949" w14:textId="77777777">
        <w:trPr>
          <w:cantSplit/>
        </w:trPr>
        <w:tc>
          <w:tcPr>
            <w:tcW w:w="4989" w:type="dxa"/>
            <w:vAlign w:val="center"/>
          </w:tcPr>
          <w:p w14:paraId="576CF1FD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Termín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zápisu</w:t>
            </w:r>
            <w:proofErr w:type="spellEnd"/>
          </w:p>
        </w:tc>
        <w:tc>
          <w:tcPr>
            <w:tcW w:w="4876" w:type="dxa"/>
            <w:vAlign w:val="center"/>
          </w:tcPr>
          <w:p w14:paraId="098C6236" w14:textId="77777777" w:rsidR="004F2747" w:rsidRPr="0082231F" w:rsidRDefault="00F3315A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82231F">
              <w:rPr>
                <w:rFonts w:cs="Arial"/>
                <w:sz w:val="20"/>
                <w:szCs w:val="20"/>
              </w:rPr>
              <w:t>11.3.2026</w:t>
            </w:r>
          </w:p>
        </w:tc>
      </w:tr>
      <w:tr w:rsidR="004F2747" w:rsidRPr="0082231F" w14:paraId="60C3806C" w14:textId="77777777">
        <w:trPr>
          <w:cantSplit/>
        </w:trPr>
        <w:tc>
          <w:tcPr>
            <w:tcW w:w="4989" w:type="dxa"/>
            <w:shd w:val="clear" w:color="auto" w:fill="F3F6F8"/>
            <w:vAlign w:val="center"/>
          </w:tcPr>
          <w:p w14:paraId="49F41426" w14:textId="77777777" w:rsidR="004F2747" w:rsidRPr="0082231F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Počet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podaných</w:t>
            </w:r>
            <w:proofErr w:type="spellEnd"/>
            <w:r w:rsidRPr="0082231F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 w:cs="Arial"/>
                <w:sz w:val="20"/>
                <w:szCs w:val="20"/>
              </w:rPr>
              <w:t>žádostí</w:t>
            </w:r>
            <w:proofErr w:type="spellEnd"/>
          </w:p>
        </w:tc>
        <w:tc>
          <w:tcPr>
            <w:tcW w:w="4876" w:type="dxa"/>
            <w:shd w:val="clear" w:color="auto" w:fill="F3F6F8"/>
            <w:vAlign w:val="center"/>
          </w:tcPr>
          <w:p w14:paraId="33B5CE99" w14:textId="5F2DC2C3" w:rsidR="004F2747" w:rsidRPr="0082231F" w:rsidRDefault="00344FA0">
            <w:pPr>
              <w:spacing w:after="0" w:line="252" w:lineRule="auto"/>
              <w:rPr>
                <w:rFonts w:cs="Arial"/>
                <w:color w:val="auto"/>
                <w:sz w:val="20"/>
                <w:szCs w:val="20"/>
              </w:rPr>
            </w:pPr>
            <w:r w:rsidRPr="0082231F">
              <w:rPr>
                <w:rFonts w:cs="Arial"/>
                <w:color w:val="auto"/>
                <w:sz w:val="20"/>
                <w:szCs w:val="20"/>
              </w:rPr>
              <w:t>14</w:t>
            </w:r>
          </w:p>
        </w:tc>
      </w:tr>
      <w:tr w:rsidR="004F2747" w:rsidRPr="00F3315A" w14:paraId="60A2703D" w14:textId="77777777">
        <w:trPr>
          <w:cantSplit/>
        </w:trPr>
        <w:tc>
          <w:tcPr>
            <w:tcW w:w="4989" w:type="dxa"/>
            <w:vAlign w:val="center"/>
          </w:tcPr>
          <w:p w14:paraId="47229BF5" w14:textId="77777777" w:rsidR="004F2747" w:rsidRPr="0082231F" w:rsidRDefault="00B25EFB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82231F">
              <w:rPr>
                <w:rFonts w:eastAsia="Arial"/>
                <w:sz w:val="20"/>
                <w:szCs w:val="20"/>
              </w:rPr>
              <w:t>Počet</w:t>
            </w:r>
            <w:proofErr w:type="spellEnd"/>
            <w:r w:rsidRPr="0082231F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/>
                <w:sz w:val="20"/>
                <w:szCs w:val="20"/>
              </w:rPr>
              <w:t>přijatých</w:t>
            </w:r>
            <w:proofErr w:type="spellEnd"/>
            <w:r w:rsidRPr="0082231F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/>
                <w:sz w:val="20"/>
                <w:szCs w:val="20"/>
              </w:rPr>
              <w:t>dětí</w:t>
            </w:r>
            <w:proofErr w:type="spellEnd"/>
          </w:p>
        </w:tc>
        <w:tc>
          <w:tcPr>
            <w:tcW w:w="4876" w:type="dxa"/>
            <w:vAlign w:val="center"/>
          </w:tcPr>
          <w:p w14:paraId="15C5CEFD" w14:textId="7E713FE6" w:rsidR="004F2747" w:rsidRPr="0082231F" w:rsidRDefault="00344FA0">
            <w:pPr>
              <w:spacing w:after="0" w:line="252" w:lineRule="auto"/>
              <w:rPr>
                <w:color w:val="auto"/>
                <w:sz w:val="20"/>
                <w:szCs w:val="20"/>
              </w:rPr>
            </w:pPr>
            <w:r w:rsidRPr="0082231F">
              <w:rPr>
                <w:color w:val="auto"/>
                <w:sz w:val="20"/>
                <w:szCs w:val="20"/>
              </w:rPr>
              <w:t>14</w:t>
            </w:r>
          </w:p>
        </w:tc>
      </w:tr>
      <w:tr w:rsidR="004F2747" w:rsidRPr="00F3315A" w14:paraId="5792AC04" w14:textId="77777777">
        <w:trPr>
          <w:cantSplit/>
        </w:trPr>
        <w:tc>
          <w:tcPr>
            <w:tcW w:w="4989" w:type="dxa"/>
            <w:shd w:val="clear" w:color="auto" w:fill="F3F6F8"/>
            <w:vAlign w:val="center"/>
          </w:tcPr>
          <w:p w14:paraId="52B8B411" w14:textId="77777777" w:rsidR="004F2747" w:rsidRPr="0082231F" w:rsidRDefault="00B25EFB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82231F">
              <w:rPr>
                <w:rFonts w:eastAsia="Arial"/>
                <w:sz w:val="20"/>
                <w:szCs w:val="20"/>
              </w:rPr>
              <w:t>Počet</w:t>
            </w:r>
            <w:proofErr w:type="spellEnd"/>
            <w:r w:rsidRPr="0082231F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/>
                <w:sz w:val="20"/>
                <w:szCs w:val="20"/>
              </w:rPr>
              <w:t>nepřijatých</w:t>
            </w:r>
            <w:proofErr w:type="spellEnd"/>
            <w:r w:rsidRPr="0082231F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82231F">
              <w:rPr>
                <w:rFonts w:eastAsia="Arial"/>
                <w:sz w:val="20"/>
                <w:szCs w:val="20"/>
              </w:rPr>
              <w:t>dětí</w:t>
            </w:r>
            <w:proofErr w:type="spellEnd"/>
          </w:p>
        </w:tc>
        <w:tc>
          <w:tcPr>
            <w:tcW w:w="4876" w:type="dxa"/>
            <w:shd w:val="clear" w:color="auto" w:fill="F3F6F8"/>
            <w:vAlign w:val="center"/>
          </w:tcPr>
          <w:p w14:paraId="12E0DD33" w14:textId="77777777" w:rsidR="004F2747" w:rsidRPr="0082231F" w:rsidRDefault="00EF146C">
            <w:pPr>
              <w:spacing w:after="0" w:line="252" w:lineRule="auto"/>
              <w:rPr>
                <w:color w:val="auto"/>
                <w:sz w:val="20"/>
                <w:szCs w:val="20"/>
              </w:rPr>
            </w:pPr>
            <w:r w:rsidRPr="0082231F">
              <w:rPr>
                <w:color w:val="auto"/>
                <w:sz w:val="20"/>
                <w:szCs w:val="20"/>
              </w:rPr>
              <w:t>0</w:t>
            </w:r>
          </w:p>
        </w:tc>
      </w:tr>
      <w:tr w:rsidR="004F2747" w:rsidRPr="00D34427" w14:paraId="3E78366D" w14:textId="77777777">
        <w:trPr>
          <w:cantSplit/>
        </w:trPr>
        <w:tc>
          <w:tcPr>
            <w:tcW w:w="4989" w:type="dxa"/>
            <w:vAlign w:val="center"/>
          </w:tcPr>
          <w:p w14:paraId="30DE0207" w14:textId="77777777" w:rsidR="004F2747" w:rsidRPr="00D34427" w:rsidRDefault="00B25EFB">
            <w:pPr>
              <w:spacing w:after="0" w:line="252" w:lineRule="auto"/>
              <w:rPr>
                <w:sz w:val="20"/>
                <w:szCs w:val="20"/>
              </w:rPr>
            </w:pPr>
            <w:r w:rsidRPr="00D34427">
              <w:rPr>
                <w:rFonts w:eastAsia="Arial"/>
                <w:sz w:val="20"/>
                <w:szCs w:val="20"/>
              </w:rPr>
              <w:lastRenderedPageBreak/>
              <w:t xml:space="preserve">Z toho </w:t>
            </w:r>
            <w:proofErr w:type="spellStart"/>
            <w:r w:rsidRPr="00D34427">
              <w:rPr>
                <w:rFonts w:eastAsia="Arial"/>
                <w:sz w:val="20"/>
                <w:szCs w:val="20"/>
              </w:rPr>
              <w:t>dětí</w:t>
            </w:r>
            <w:proofErr w:type="spellEnd"/>
            <w:r w:rsidRPr="00D34427">
              <w:rPr>
                <w:rFonts w:eastAsia="Arial"/>
                <w:sz w:val="20"/>
                <w:szCs w:val="20"/>
              </w:rPr>
              <w:t xml:space="preserve"> v </w:t>
            </w:r>
            <w:proofErr w:type="spellStart"/>
            <w:r w:rsidRPr="00D34427">
              <w:rPr>
                <w:rFonts w:eastAsia="Arial"/>
                <w:sz w:val="20"/>
                <w:szCs w:val="20"/>
              </w:rPr>
              <w:t>povinném</w:t>
            </w:r>
            <w:proofErr w:type="spellEnd"/>
            <w:r w:rsidRPr="00D34427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eastAsia="Arial"/>
                <w:sz w:val="20"/>
                <w:szCs w:val="20"/>
              </w:rPr>
              <w:t>předškolním</w:t>
            </w:r>
            <w:proofErr w:type="spellEnd"/>
            <w:r w:rsidRPr="00D34427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eastAsia="Arial"/>
                <w:sz w:val="20"/>
                <w:szCs w:val="20"/>
              </w:rPr>
              <w:t>vzdělávání</w:t>
            </w:r>
            <w:proofErr w:type="spellEnd"/>
          </w:p>
        </w:tc>
        <w:tc>
          <w:tcPr>
            <w:tcW w:w="4876" w:type="dxa"/>
            <w:vAlign w:val="center"/>
          </w:tcPr>
          <w:p w14:paraId="50008196" w14:textId="6ACD32CE" w:rsidR="004F2747" w:rsidRPr="00D34427" w:rsidRDefault="00EF146C">
            <w:pPr>
              <w:spacing w:after="0" w:line="252" w:lineRule="auto"/>
              <w:rPr>
                <w:color w:val="auto"/>
                <w:sz w:val="20"/>
                <w:szCs w:val="20"/>
              </w:rPr>
            </w:pPr>
            <w:r w:rsidRPr="00D34427">
              <w:rPr>
                <w:color w:val="auto"/>
                <w:sz w:val="20"/>
                <w:szCs w:val="20"/>
              </w:rPr>
              <w:t>1</w:t>
            </w:r>
            <w:r w:rsidR="00344FA0" w:rsidRPr="00D34427">
              <w:rPr>
                <w:color w:val="auto"/>
                <w:sz w:val="20"/>
                <w:szCs w:val="20"/>
              </w:rPr>
              <w:t>6</w:t>
            </w:r>
          </w:p>
        </w:tc>
      </w:tr>
      <w:tr w:rsidR="004F2747" w:rsidRPr="00D34427" w14:paraId="7A64E80C" w14:textId="77777777">
        <w:trPr>
          <w:cantSplit/>
        </w:trPr>
        <w:tc>
          <w:tcPr>
            <w:tcW w:w="4989" w:type="dxa"/>
            <w:shd w:val="clear" w:color="auto" w:fill="F3F6F8"/>
            <w:vAlign w:val="center"/>
          </w:tcPr>
          <w:p w14:paraId="24CCD2C2" w14:textId="77777777" w:rsidR="004F2747" w:rsidRPr="00D34427" w:rsidRDefault="00B25EFB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D34427">
              <w:rPr>
                <w:rFonts w:eastAsia="Arial"/>
                <w:sz w:val="20"/>
                <w:szCs w:val="20"/>
              </w:rPr>
              <w:t>Naplněnost</w:t>
            </w:r>
            <w:proofErr w:type="spellEnd"/>
            <w:r w:rsidRPr="00D34427">
              <w:rPr>
                <w:rFonts w:eastAsia="Arial"/>
                <w:sz w:val="20"/>
                <w:szCs w:val="20"/>
              </w:rPr>
              <w:t xml:space="preserve"> MŠ od 1. 9. 2026</w:t>
            </w:r>
          </w:p>
        </w:tc>
        <w:tc>
          <w:tcPr>
            <w:tcW w:w="4876" w:type="dxa"/>
            <w:shd w:val="clear" w:color="auto" w:fill="F3F6F8"/>
            <w:vAlign w:val="center"/>
          </w:tcPr>
          <w:p w14:paraId="60BE2A2D" w14:textId="77777777" w:rsidR="004F2747" w:rsidRPr="00D34427" w:rsidRDefault="00F3315A">
            <w:pPr>
              <w:spacing w:after="0" w:line="252" w:lineRule="auto"/>
              <w:rPr>
                <w:sz w:val="20"/>
                <w:szCs w:val="20"/>
              </w:rPr>
            </w:pPr>
            <w:r w:rsidRPr="00D34427">
              <w:rPr>
                <w:sz w:val="20"/>
                <w:szCs w:val="20"/>
              </w:rPr>
              <w:t>100%</w:t>
            </w:r>
          </w:p>
        </w:tc>
      </w:tr>
    </w:tbl>
    <w:p w14:paraId="0C26FD30" w14:textId="77777777" w:rsidR="004F2747" w:rsidRPr="00D34427" w:rsidRDefault="004F2747">
      <w:pPr>
        <w:spacing w:after="20"/>
        <w:rPr>
          <w:sz w:val="20"/>
          <w:szCs w:val="20"/>
        </w:rPr>
      </w:pPr>
    </w:p>
    <w:p w14:paraId="4ECBD269" w14:textId="77777777" w:rsidR="004F2747" w:rsidRPr="00225057" w:rsidRDefault="00225057" w:rsidP="00225057">
      <w:pPr>
        <w:pStyle w:val="Nadpis1"/>
      </w:pPr>
      <w:r>
        <w:t xml:space="preserve">5. </w:t>
      </w:r>
      <w:proofErr w:type="spellStart"/>
      <w:r w:rsidR="00B25EFB" w:rsidRPr="00225057">
        <w:t>Stručné</w:t>
      </w:r>
      <w:proofErr w:type="spellEnd"/>
      <w:r w:rsidR="00B25EFB" w:rsidRPr="00225057">
        <w:t xml:space="preserve"> </w:t>
      </w:r>
      <w:proofErr w:type="spellStart"/>
      <w:r w:rsidR="00B25EFB" w:rsidRPr="00225057">
        <w:t>vyhodnocení</w:t>
      </w:r>
      <w:proofErr w:type="spellEnd"/>
      <w:r w:rsidR="00B25EFB" w:rsidRPr="00225057">
        <w:t xml:space="preserve"> </w:t>
      </w:r>
      <w:proofErr w:type="spellStart"/>
      <w:r w:rsidR="00B25EFB" w:rsidRPr="00225057">
        <w:t>naplňování</w:t>
      </w:r>
      <w:proofErr w:type="spellEnd"/>
      <w:r w:rsidR="00B25EFB" w:rsidRPr="00225057">
        <w:t xml:space="preserve"> </w:t>
      </w:r>
      <w:proofErr w:type="spellStart"/>
      <w:r w:rsidR="00B25EFB" w:rsidRPr="00225057">
        <w:t>cílů</w:t>
      </w:r>
      <w:proofErr w:type="spellEnd"/>
      <w:r w:rsidR="00B25EFB" w:rsidRPr="00225057">
        <w:t xml:space="preserve"> </w:t>
      </w:r>
      <w:proofErr w:type="spellStart"/>
      <w:r w:rsidR="00B25EFB" w:rsidRPr="00225057">
        <w:t>školních</w:t>
      </w:r>
      <w:proofErr w:type="spellEnd"/>
      <w:r w:rsidR="00B25EFB" w:rsidRPr="00225057">
        <w:t xml:space="preserve"> </w:t>
      </w:r>
      <w:proofErr w:type="spellStart"/>
      <w:r w:rsidR="00B25EFB" w:rsidRPr="00225057">
        <w:t>vzdělávacích</w:t>
      </w:r>
      <w:proofErr w:type="spellEnd"/>
      <w:r w:rsidR="00B25EFB" w:rsidRPr="00225057">
        <w:t xml:space="preserve"> </w:t>
      </w:r>
      <w:proofErr w:type="spellStart"/>
      <w:r w:rsidR="00B25EFB" w:rsidRPr="00225057">
        <w:t>programů</w:t>
      </w:r>
      <w:proofErr w:type="spellEnd"/>
    </w:p>
    <w:p w14:paraId="7C53D3EB" w14:textId="77777777" w:rsidR="004F2747" w:rsidRPr="00D34427" w:rsidRDefault="00B25EFB">
      <w:pPr>
        <w:rPr>
          <w:rFonts w:cs="Arial"/>
          <w:sz w:val="20"/>
          <w:szCs w:val="20"/>
        </w:rPr>
      </w:pPr>
      <w:proofErr w:type="spellStart"/>
      <w:r w:rsidRPr="00D34427">
        <w:rPr>
          <w:rFonts w:eastAsia="Arial" w:cs="Arial"/>
          <w:sz w:val="20"/>
          <w:szCs w:val="20"/>
        </w:rPr>
        <w:t>Vyhodnocení</w:t>
      </w:r>
      <w:proofErr w:type="spellEnd"/>
      <w:r w:rsidRPr="00D34427">
        <w:rPr>
          <w:rFonts w:eastAsia="Arial" w:cs="Arial"/>
          <w:sz w:val="20"/>
          <w:szCs w:val="20"/>
        </w:rPr>
        <w:t xml:space="preserve"> </w:t>
      </w:r>
      <w:proofErr w:type="spellStart"/>
      <w:r w:rsidRPr="00D34427">
        <w:rPr>
          <w:rFonts w:eastAsia="Arial" w:cs="Arial"/>
          <w:sz w:val="20"/>
          <w:szCs w:val="20"/>
        </w:rPr>
        <w:t>vychází</w:t>
      </w:r>
      <w:proofErr w:type="spellEnd"/>
      <w:r w:rsidRPr="00D34427">
        <w:rPr>
          <w:rFonts w:eastAsia="Arial" w:cs="Arial"/>
          <w:sz w:val="20"/>
          <w:szCs w:val="20"/>
        </w:rPr>
        <w:t xml:space="preserve"> z </w:t>
      </w:r>
      <w:proofErr w:type="spellStart"/>
      <w:r w:rsidRPr="00D34427">
        <w:rPr>
          <w:rFonts w:eastAsia="Arial" w:cs="Arial"/>
          <w:sz w:val="20"/>
          <w:szCs w:val="20"/>
        </w:rPr>
        <w:t>vlastního</w:t>
      </w:r>
      <w:proofErr w:type="spellEnd"/>
      <w:r w:rsidRPr="00D34427">
        <w:rPr>
          <w:rFonts w:eastAsia="Arial" w:cs="Arial"/>
          <w:sz w:val="20"/>
          <w:szCs w:val="20"/>
        </w:rPr>
        <w:t xml:space="preserve"> </w:t>
      </w:r>
      <w:proofErr w:type="spellStart"/>
      <w:r w:rsidRPr="00D34427">
        <w:rPr>
          <w:rFonts w:eastAsia="Arial" w:cs="Arial"/>
          <w:sz w:val="20"/>
          <w:szCs w:val="20"/>
        </w:rPr>
        <w:t>hodnocení</w:t>
      </w:r>
      <w:proofErr w:type="spellEnd"/>
      <w:r w:rsidRPr="00D34427">
        <w:rPr>
          <w:rFonts w:eastAsia="Arial" w:cs="Arial"/>
          <w:sz w:val="20"/>
          <w:szCs w:val="20"/>
        </w:rPr>
        <w:t xml:space="preserve"> </w:t>
      </w:r>
      <w:proofErr w:type="spellStart"/>
      <w:r w:rsidRPr="00D34427">
        <w:rPr>
          <w:rFonts w:eastAsia="Arial" w:cs="Arial"/>
          <w:sz w:val="20"/>
          <w:szCs w:val="20"/>
        </w:rPr>
        <w:t>školy</w:t>
      </w:r>
      <w:proofErr w:type="spellEnd"/>
      <w:r w:rsidRPr="00D34427">
        <w:rPr>
          <w:rFonts w:eastAsia="Arial" w:cs="Arial"/>
          <w:sz w:val="20"/>
          <w:szCs w:val="20"/>
        </w:rPr>
        <w:t xml:space="preserve">, </w:t>
      </w:r>
      <w:proofErr w:type="spellStart"/>
      <w:r w:rsidRPr="00D34427">
        <w:rPr>
          <w:rFonts w:eastAsia="Arial" w:cs="Arial"/>
          <w:sz w:val="20"/>
          <w:szCs w:val="20"/>
        </w:rPr>
        <w:t>pedagogické</w:t>
      </w:r>
      <w:proofErr w:type="spellEnd"/>
      <w:r w:rsidRPr="00D34427">
        <w:rPr>
          <w:rFonts w:eastAsia="Arial" w:cs="Arial"/>
          <w:sz w:val="20"/>
          <w:szCs w:val="20"/>
        </w:rPr>
        <w:t xml:space="preserve"> </w:t>
      </w:r>
      <w:proofErr w:type="spellStart"/>
      <w:r w:rsidRPr="00D34427">
        <w:rPr>
          <w:rFonts w:eastAsia="Arial" w:cs="Arial"/>
          <w:sz w:val="20"/>
          <w:szCs w:val="20"/>
        </w:rPr>
        <w:t>diagnostiky</w:t>
      </w:r>
      <w:proofErr w:type="spellEnd"/>
      <w:r w:rsidRPr="00D34427">
        <w:rPr>
          <w:rFonts w:eastAsia="Arial" w:cs="Arial"/>
          <w:sz w:val="20"/>
          <w:szCs w:val="20"/>
        </w:rPr>
        <w:t xml:space="preserve">, </w:t>
      </w:r>
      <w:proofErr w:type="spellStart"/>
      <w:r w:rsidRPr="00D34427">
        <w:rPr>
          <w:rFonts w:eastAsia="Arial" w:cs="Arial"/>
          <w:sz w:val="20"/>
          <w:szCs w:val="20"/>
        </w:rPr>
        <w:t>výsledků</w:t>
      </w:r>
      <w:proofErr w:type="spellEnd"/>
      <w:r w:rsidRPr="00D34427">
        <w:rPr>
          <w:rFonts w:eastAsia="Arial" w:cs="Arial"/>
          <w:sz w:val="20"/>
          <w:szCs w:val="20"/>
        </w:rPr>
        <w:t xml:space="preserve"> </w:t>
      </w:r>
      <w:proofErr w:type="spellStart"/>
      <w:r w:rsidRPr="00D34427">
        <w:rPr>
          <w:rFonts w:eastAsia="Arial" w:cs="Arial"/>
          <w:sz w:val="20"/>
          <w:szCs w:val="20"/>
        </w:rPr>
        <w:t>žáků</w:t>
      </w:r>
      <w:proofErr w:type="spellEnd"/>
      <w:r w:rsidRPr="00D34427">
        <w:rPr>
          <w:rFonts w:eastAsia="Arial" w:cs="Arial"/>
          <w:sz w:val="20"/>
          <w:szCs w:val="20"/>
        </w:rPr>
        <w:t xml:space="preserve">, </w:t>
      </w:r>
      <w:proofErr w:type="spellStart"/>
      <w:r w:rsidRPr="00D34427">
        <w:rPr>
          <w:rFonts w:eastAsia="Arial" w:cs="Arial"/>
          <w:sz w:val="20"/>
          <w:szCs w:val="20"/>
        </w:rPr>
        <w:t>hospitační</w:t>
      </w:r>
      <w:proofErr w:type="spellEnd"/>
      <w:r w:rsidRPr="00D34427">
        <w:rPr>
          <w:rFonts w:eastAsia="Arial" w:cs="Arial"/>
          <w:sz w:val="20"/>
          <w:szCs w:val="20"/>
        </w:rPr>
        <w:t xml:space="preserve"> </w:t>
      </w:r>
      <w:proofErr w:type="spellStart"/>
      <w:r w:rsidRPr="00D34427">
        <w:rPr>
          <w:rFonts w:eastAsia="Arial" w:cs="Arial"/>
          <w:sz w:val="20"/>
          <w:szCs w:val="20"/>
        </w:rPr>
        <w:t>činnosti</w:t>
      </w:r>
      <w:proofErr w:type="spellEnd"/>
      <w:r w:rsidRPr="00D34427">
        <w:rPr>
          <w:rFonts w:eastAsia="Arial" w:cs="Arial"/>
          <w:sz w:val="20"/>
          <w:szCs w:val="20"/>
        </w:rPr>
        <w:t xml:space="preserve">, </w:t>
      </w:r>
      <w:proofErr w:type="spellStart"/>
      <w:r w:rsidRPr="00D34427">
        <w:rPr>
          <w:rFonts w:eastAsia="Arial" w:cs="Arial"/>
          <w:sz w:val="20"/>
          <w:szCs w:val="20"/>
        </w:rPr>
        <w:t>zpětné</w:t>
      </w:r>
      <w:proofErr w:type="spellEnd"/>
      <w:r w:rsidRPr="00D34427">
        <w:rPr>
          <w:rFonts w:eastAsia="Arial" w:cs="Arial"/>
          <w:sz w:val="20"/>
          <w:szCs w:val="20"/>
        </w:rPr>
        <w:t xml:space="preserve"> </w:t>
      </w:r>
      <w:proofErr w:type="spellStart"/>
      <w:r w:rsidRPr="00D34427">
        <w:rPr>
          <w:rFonts w:eastAsia="Arial" w:cs="Arial"/>
          <w:sz w:val="20"/>
          <w:szCs w:val="20"/>
        </w:rPr>
        <w:t>vazby</w:t>
      </w:r>
      <w:proofErr w:type="spellEnd"/>
      <w:r w:rsidRPr="00D34427">
        <w:rPr>
          <w:rFonts w:eastAsia="Arial" w:cs="Arial"/>
          <w:sz w:val="20"/>
          <w:szCs w:val="20"/>
        </w:rPr>
        <w:t xml:space="preserve"> </w:t>
      </w:r>
      <w:proofErr w:type="spellStart"/>
      <w:r w:rsidRPr="00D34427">
        <w:rPr>
          <w:rFonts w:eastAsia="Arial" w:cs="Arial"/>
          <w:sz w:val="20"/>
          <w:szCs w:val="20"/>
        </w:rPr>
        <w:t>dětí</w:t>
      </w:r>
      <w:proofErr w:type="spellEnd"/>
      <w:r w:rsidRPr="00D34427">
        <w:rPr>
          <w:rFonts w:eastAsia="Arial" w:cs="Arial"/>
          <w:sz w:val="20"/>
          <w:szCs w:val="20"/>
        </w:rPr>
        <w:t xml:space="preserve">, </w:t>
      </w:r>
      <w:proofErr w:type="spellStart"/>
      <w:r w:rsidRPr="00D34427">
        <w:rPr>
          <w:rFonts w:eastAsia="Arial" w:cs="Arial"/>
          <w:sz w:val="20"/>
          <w:szCs w:val="20"/>
        </w:rPr>
        <w:t>žáků</w:t>
      </w:r>
      <w:proofErr w:type="spellEnd"/>
      <w:r w:rsidRPr="00D34427">
        <w:rPr>
          <w:rFonts w:eastAsia="Arial" w:cs="Arial"/>
          <w:sz w:val="20"/>
          <w:szCs w:val="20"/>
        </w:rPr>
        <w:t xml:space="preserve">, </w:t>
      </w:r>
      <w:proofErr w:type="spellStart"/>
      <w:r w:rsidRPr="00D34427">
        <w:rPr>
          <w:rFonts w:eastAsia="Arial" w:cs="Arial"/>
          <w:sz w:val="20"/>
          <w:szCs w:val="20"/>
        </w:rPr>
        <w:t>rodičů</w:t>
      </w:r>
      <w:proofErr w:type="spellEnd"/>
      <w:r w:rsidRPr="00D34427">
        <w:rPr>
          <w:rFonts w:eastAsia="Arial" w:cs="Arial"/>
          <w:sz w:val="20"/>
          <w:szCs w:val="20"/>
        </w:rPr>
        <w:t xml:space="preserve"> a </w:t>
      </w:r>
      <w:proofErr w:type="spellStart"/>
      <w:r w:rsidRPr="00D34427">
        <w:rPr>
          <w:rFonts w:eastAsia="Arial" w:cs="Arial"/>
          <w:sz w:val="20"/>
          <w:szCs w:val="20"/>
        </w:rPr>
        <w:t>zaměstnanců</w:t>
      </w:r>
      <w:proofErr w:type="spellEnd"/>
      <w:r w:rsidRPr="00D34427">
        <w:rPr>
          <w:rFonts w:eastAsia="Arial" w:cs="Arial"/>
          <w:sz w:val="20"/>
          <w:szCs w:val="20"/>
        </w:rPr>
        <w:t xml:space="preserve"> a z </w:t>
      </w:r>
      <w:proofErr w:type="spellStart"/>
      <w:r w:rsidRPr="00D34427">
        <w:rPr>
          <w:rFonts w:eastAsia="Arial" w:cs="Arial"/>
          <w:sz w:val="20"/>
          <w:szCs w:val="20"/>
        </w:rPr>
        <w:t>dalších</w:t>
      </w:r>
      <w:proofErr w:type="spellEnd"/>
      <w:r w:rsidRPr="00D34427">
        <w:rPr>
          <w:rFonts w:eastAsia="Arial" w:cs="Arial"/>
          <w:sz w:val="20"/>
          <w:szCs w:val="20"/>
        </w:rPr>
        <w:t xml:space="preserve"> </w:t>
      </w:r>
      <w:proofErr w:type="spellStart"/>
      <w:r w:rsidRPr="00D34427">
        <w:rPr>
          <w:rFonts w:eastAsia="Arial" w:cs="Arial"/>
          <w:sz w:val="20"/>
          <w:szCs w:val="20"/>
        </w:rPr>
        <w:t>dostupných</w:t>
      </w:r>
      <w:proofErr w:type="spellEnd"/>
      <w:r w:rsidRPr="00D34427">
        <w:rPr>
          <w:rFonts w:eastAsia="Arial" w:cs="Arial"/>
          <w:sz w:val="20"/>
          <w:szCs w:val="20"/>
        </w:rPr>
        <w:t xml:space="preserve"> </w:t>
      </w:r>
      <w:proofErr w:type="spellStart"/>
      <w:r w:rsidRPr="00D34427">
        <w:rPr>
          <w:rFonts w:eastAsia="Arial" w:cs="Arial"/>
          <w:sz w:val="20"/>
          <w:szCs w:val="20"/>
        </w:rPr>
        <w:t>dokladů</w:t>
      </w:r>
      <w:proofErr w:type="spellEnd"/>
      <w:r w:rsidRPr="00D34427">
        <w:rPr>
          <w:rFonts w:eastAsia="Arial" w:cs="Arial"/>
          <w:sz w:val="20"/>
          <w:szCs w:val="20"/>
        </w:rPr>
        <w:t xml:space="preserve">. </w:t>
      </w:r>
    </w:p>
    <w:p w14:paraId="36F5CD0B" w14:textId="77777777" w:rsidR="004F2747" w:rsidRPr="00D34427" w:rsidRDefault="00225057" w:rsidP="00225057">
      <w:pPr>
        <w:pStyle w:val="Nadpis2"/>
        <w:rPr>
          <w:rFonts w:ascii="Arial" w:hAnsi="Arial" w:cs="Arial"/>
          <w:sz w:val="20"/>
          <w:szCs w:val="20"/>
        </w:rPr>
      </w:pPr>
      <w:r w:rsidRPr="00D34427">
        <w:rPr>
          <w:rFonts w:ascii="Arial" w:hAnsi="Arial" w:cs="Arial"/>
          <w:sz w:val="20"/>
          <w:szCs w:val="20"/>
        </w:rPr>
        <w:t xml:space="preserve">5.1 </w:t>
      </w:r>
      <w:proofErr w:type="spellStart"/>
      <w:r w:rsidR="00B25EFB" w:rsidRPr="00D34427">
        <w:rPr>
          <w:rFonts w:ascii="Arial" w:hAnsi="Arial" w:cs="Arial"/>
          <w:sz w:val="20"/>
          <w:szCs w:val="20"/>
        </w:rPr>
        <w:t>Mateřská</w:t>
      </w:r>
      <w:proofErr w:type="spellEnd"/>
      <w:r w:rsidR="00B25EFB" w:rsidRPr="00D344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D34427">
        <w:rPr>
          <w:rFonts w:ascii="Arial" w:hAnsi="Arial" w:cs="Arial"/>
          <w:sz w:val="20"/>
          <w:szCs w:val="20"/>
        </w:rPr>
        <w:t>škola</w:t>
      </w:r>
      <w:proofErr w:type="spellEnd"/>
    </w:p>
    <w:tbl>
      <w:tblPr>
        <w:tblW w:w="9864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2948"/>
        <w:gridCol w:w="1814"/>
        <w:gridCol w:w="2494"/>
      </w:tblGrid>
      <w:tr w:rsidR="004F2747" w:rsidRPr="00D34427" w14:paraId="4280A65B" w14:textId="77777777">
        <w:trPr>
          <w:cantSplit/>
          <w:tblHeader/>
        </w:trPr>
        <w:tc>
          <w:tcPr>
            <w:tcW w:w="2608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EC7DD6A" w14:textId="77777777" w:rsidR="004F2747" w:rsidRPr="00D34427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D34427">
              <w:rPr>
                <w:rFonts w:eastAsia="Arial" w:cs="Arial"/>
                <w:b/>
                <w:color w:val="FFFFFF"/>
                <w:sz w:val="20"/>
                <w:szCs w:val="20"/>
              </w:rPr>
              <w:t>Cíl</w:t>
            </w:r>
            <w:proofErr w:type="spellEnd"/>
          </w:p>
        </w:tc>
        <w:tc>
          <w:tcPr>
            <w:tcW w:w="2948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485EAC0" w14:textId="77777777" w:rsidR="004F2747" w:rsidRPr="00D34427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D34427">
              <w:rPr>
                <w:rFonts w:eastAsia="Arial" w:cs="Arial"/>
                <w:b/>
                <w:color w:val="FFFFFF"/>
                <w:sz w:val="20"/>
                <w:szCs w:val="20"/>
              </w:rPr>
              <w:t>Důkazy</w:t>
            </w:r>
            <w:proofErr w:type="spellEnd"/>
            <w:r w:rsidRPr="00D34427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a </w:t>
            </w:r>
            <w:proofErr w:type="spellStart"/>
            <w:r w:rsidRPr="00D34427">
              <w:rPr>
                <w:rFonts w:eastAsia="Arial" w:cs="Arial"/>
                <w:b/>
                <w:color w:val="FFFFFF"/>
                <w:sz w:val="20"/>
                <w:szCs w:val="20"/>
              </w:rPr>
              <w:t>zjištění</w:t>
            </w:r>
            <w:proofErr w:type="spellEnd"/>
          </w:p>
        </w:tc>
        <w:tc>
          <w:tcPr>
            <w:tcW w:w="181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08B86EA" w14:textId="77777777" w:rsidR="004F2747" w:rsidRPr="00D34427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D34427">
              <w:rPr>
                <w:rFonts w:eastAsia="Arial" w:cs="Arial"/>
                <w:b/>
                <w:color w:val="FFFFFF"/>
                <w:sz w:val="20"/>
                <w:szCs w:val="20"/>
              </w:rPr>
              <w:t>Vyhodnocení</w:t>
            </w:r>
            <w:proofErr w:type="spellEnd"/>
          </w:p>
        </w:tc>
        <w:tc>
          <w:tcPr>
            <w:tcW w:w="249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3C39D91" w14:textId="77777777" w:rsidR="004F2747" w:rsidRPr="00D34427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D34427">
              <w:rPr>
                <w:rFonts w:eastAsia="Arial" w:cs="Arial"/>
                <w:b/>
                <w:color w:val="FFFFFF"/>
                <w:sz w:val="20"/>
                <w:szCs w:val="20"/>
              </w:rPr>
              <w:t>Opatření</w:t>
            </w:r>
            <w:proofErr w:type="spellEnd"/>
          </w:p>
        </w:tc>
      </w:tr>
      <w:tr w:rsidR="004F2747" w:rsidRPr="00D34427" w14:paraId="54FB4EE8" w14:textId="77777777">
        <w:trPr>
          <w:cantSplit/>
        </w:trPr>
        <w:tc>
          <w:tcPr>
            <w:tcW w:w="2608" w:type="dxa"/>
            <w:vAlign w:val="center"/>
          </w:tcPr>
          <w:p w14:paraId="5C7AD35D" w14:textId="77777777" w:rsidR="004F2747" w:rsidRPr="00D34427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D34427">
              <w:rPr>
                <w:rFonts w:cs="Arial"/>
                <w:sz w:val="20"/>
                <w:szCs w:val="20"/>
              </w:rPr>
              <w:t>Podporovat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všestranný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rozvoj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dítěte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jeho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připravenost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přechod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do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základní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školy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948" w:type="dxa"/>
            <w:vAlign w:val="center"/>
          </w:tcPr>
          <w:p w14:paraId="6F0B7C9C" w14:textId="77777777" w:rsidR="004F2747" w:rsidRPr="00D34427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D34427">
              <w:rPr>
                <w:rFonts w:cs="Arial"/>
                <w:sz w:val="20"/>
                <w:szCs w:val="20"/>
              </w:rPr>
              <w:t>Pedagogická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diagnostika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byla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průběžně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vedena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u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všech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dětí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. U 16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dětí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v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povinném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předškolním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vzdělávání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byla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využita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diagnostika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iSophi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výsledky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byly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individuálně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projednány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s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rodiči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814" w:type="dxa"/>
            <w:vAlign w:val="center"/>
          </w:tcPr>
          <w:p w14:paraId="26B8671B" w14:textId="77777777" w:rsidR="004F2747" w:rsidRPr="00D34427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D34427">
              <w:rPr>
                <w:rFonts w:cs="Arial"/>
                <w:sz w:val="20"/>
                <w:szCs w:val="20"/>
              </w:rPr>
              <w:t>Splněn</w:t>
            </w:r>
            <w:proofErr w:type="spellEnd"/>
          </w:p>
        </w:tc>
        <w:tc>
          <w:tcPr>
            <w:tcW w:w="2494" w:type="dxa"/>
            <w:vAlign w:val="center"/>
          </w:tcPr>
          <w:p w14:paraId="0B584929" w14:textId="77777777" w:rsidR="004F2747" w:rsidRPr="00D34427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D34427">
              <w:rPr>
                <w:rFonts w:cs="Arial"/>
                <w:sz w:val="20"/>
                <w:szCs w:val="20"/>
              </w:rPr>
              <w:t>Pokračovat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v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průběžné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diagnostice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včasném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sdílení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zjištění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s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rodiči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cílené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podpoře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školní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připravenosti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>.</w:t>
            </w:r>
          </w:p>
        </w:tc>
      </w:tr>
      <w:tr w:rsidR="004F2747" w:rsidRPr="00D34427" w14:paraId="231CB903" w14:textId="77777777">
        <w:trPr>
          <w:cantSplit/>
        </w:trPr>
        <w:tc>
          <w:tcPr>
            <w:tcW w:w="2608" w:type="dxa"/>
            <w:shd w:val="clear" w:color="auto" w:fill="F3F6F8"/>
            <w:vAlign w:val="center"/>
          </w:tcPr>
          <w:p w14:paraId="480F1025" w14:textId="77777777" w:rsidR="004F2747" w:rsidRPr="00D34427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D34427">
              <w:rPr>
                <w:rFonts w:cs="Arial"/>
                <w:sz w:val="20"/>
                <w:szCs w:val="20"/>
              </w:rPr>
              <w:t>Zajišťovat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individualizaci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vzdělávání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podporu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dětí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podle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jejich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potřeb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možností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nadání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948" w:type="dxa"/>
            <w:shd w:val="clear" w:color="auto" w:fill="F3F6F8"/>
            <w:vAlign w:val="center"/>
          </w:tcPr>
          <w:p w14:paraId="04EB2A92" w14:textId="77777777" w:rsidR="004F2747" w:rsidRPr="00D34427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D34427">
              <w:rPr>
                <w:rFonts w:cs="Arial"/>
                <w:sz w:val="20"/>
                <w:szCs w:val="20"/>
              </w:rPr>
              <w:t xml:space="preserve">Ve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třídách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působila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asistentka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pedagoga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třem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dětem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byla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poskytována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speciálně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pedagogická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péče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a 14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dětí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využívalo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logopedickou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prevenci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.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Dvě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děti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byly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doporučeny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k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vyšetření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v PPP a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dítěti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s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odlišným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mateřským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jazykem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byla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poskytována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podpora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češtiny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814" w:type="dxa"/>
            <w:shd w:val="clear" w:color="auto" w:fill="F3F6F8"/>
            <w:vAlign w:val="center"/>
          </w:tcPr>
          <w:p w14:paraId="4CCCCF52" w14:textId="77777777" w:rsidR="004F2747" w:rsidRPr="00D34427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D34427">
              <w:rPr>
                <w:rFonts w:cs="Arial"/>
                <w:sz w:val="20"/>
                <w:szCs w:val="20"/>
              </w:rPr>
              <w:t>Splněn</w:t>
            </w:r>
            <w:proofErr w:type="spellEnd"/>
          </w:p>
        </w:tc>
        <w:tc>
          <w:tcPr>
            <w:tcW w:w="2494" w:type="dxa"/>
            <w:shd w:val="clear" w:color="auto" w:fill="F3F6F8"/>
            <w:vAlign w:val="center"/>
          </w:tcPr>
          <w:p w14:paraId="683A640A" w14:textId="77777777" w:rsidR="004F2747" w:rsidRPr="00D34427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D34427">
              <w:rPr>
                <w:rFonts w:cs="Arial"/>
                <w:sz w:val="20"/>
                <w:szCs w:val="20"/>
              </w:rPr>
              <w:t>Pravidelně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vyhodnocovat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účinnost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podpůrných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opatření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promítat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závěry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pedagogické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diagnostiky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do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individuální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vzdělávací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nabídky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>.</w:t>
            </w:r>
          </w:p>
        </w:tc>
      </w:tr>
      <w:tr w:rsidR="004F2747" w:rsidRPr="00D34427" w14:paraId="1D0FA99E" w14:textId="77777777">
        <w:trPr>
          <w:cantSplit/>
        </w:trPr>
        <w:tc>
          <w:tcPr>
            <w:tcW w:w="2608" w:type="dxa"/>
            <w:vAlign w:val="center"/>
          </w:tcPr>
          <w:p w14:paraId="1FF278B7" w14:textId="77777777" w:rsidR="004F2747" w:rsidRPr="00D34427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D34427">
              <w:rPr>
                <w:rFonts w:cs="Arial"/>
                <w:sz w:val="20"/>
                <w:szCs w:val="20"/>
              </w:rPr>
              <w:t>Rozvíjet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sociální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osobnostní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jazykové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pohybové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environmentální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digitální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kompetence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dětí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v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bezpečném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prostředí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948" w:type="dxa"/>
            <w:vAlign w:val="center"/>
          </w:tcPr>
          <w:p w14:paraId="340DC90A" w14:textId="77777777" w:rsidR="004F2747" w:rsidRPr="00D34427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D34427">
              <w:rPr>
                <w:rFonts w:cs="Arial"/>
                <w:sz w:val="20"/>
                <w:szCs w:val="20"/>
              </w:rPr>
              <w:t>Cíle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byly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naplňovány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prostřednictvím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programu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Zipyho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kamarádi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pilotního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projektu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Posilování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psychické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odolnosti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každodenní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práce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s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angličtinou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ve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starší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skupině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pohybových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aktivit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pobytu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venku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práce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školní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zahradě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využívání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digitálních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technických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pomůcek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814" w:type="dxa"/>
            <w:vAlign w:val="center"/>
          </w:tcPr>
          <w:p w14:paraId="0FE66631" w14:textId="77777777" w:rsidR="004F2747" w:rsidRPr="00D34427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D34427">
              <w:rPr>
                <w:rFonts w:cs="Arial"/>
                <w:sz w:val="20"/>
                <w:szCs w:val="20"/>
              </w:rPr>
              <w:t>Splněn</w:t>
            </w:r>
            <w:proofErr w:type="spellEnd"/>
          </w:p>
        </w:tc>
        <w:tc>
          <w:tcPr>
            <w:tcW w:w="2494" w:type="dxa"/>
            <w:vAlign w:val="center"/>
          </w:tcPr>
          <w:p w14:paraId="14EB2C50" w14:textId="77777777" w:rsidR="004F2747" w:rsidRPr="00D34427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D34427">
              <w:rPr>
                <w:rFonts w:cs="Arial"/>
                <w:sz w:val="20"/>
                <w:szCs w:val="20"/>
              </w:rPr>
              <w:t>Začlenit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osvědčené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postupy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z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programu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psychické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odolnosti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environmentálního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vzdělávání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do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aktualizovaného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ŠVP a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průběžně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vyhodnocovat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jejich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34427">
              <w:rPr>
                <w:rFonts w:cs="Arial"/>
                <w:sz w:val="20"/>
                <w:szCs w:val="20"/>
              </w:rPr>
              <w:t>dopad</w:t>
            </w:r>
            <w:proofErr w:type="spellEnd"/>
            <w:r w:rsidRPr="00D34427">
              <w:rPr>
                <w:rFonts w:cs="Arial"/>
                <w:sz w:val="20"/>
                <w:szCs w:val="20"/>
              </w:rPr>
              <w:t>.</w:t>
            </w:r>
          </w:p>
        </w:tc>
      </w:tr>
    </w:tbl>
    <w:p w14:paraId="7CEAE0D8" w14:textId="77777777" w:rsidR="004F2747" w:rsidRPr="00D34427" w:rsidRDefault="004F2747">
      <w:pPr>
        <w:spacing w:after="20"/>
        <w:rPr>
          <w:rFonts w:cs="Arial"/>
          <w:sz w:val="20"/>
          <w:szCs w:val="20"/>
        </w:rPr>
      </w:pPr>
    </w:p>
    <w:p w14:paraId="59C0C57D" w14:textId="77777777" w:rsidR="004F2747" w:rsidRPr="00D34427" w:rsidRDefault="00B25EFB">
      <w:pPr>
        <w:rPr>
          <w:rFonts w:cs="Arial"/>
          <w:sz w:val="20"/>
          <w:szCs w:val="20"/>
        </w:rPr>
      </w:pPr>
      <w:proofErr w:type="spellStart"/>
      <w:r w:rsidRPr="00D34427">
        <w:rPr>
          <w:rFonts w:cs="Arial"/>
          <w:sz w:val="20"/>
          <w:szCs w:val="20"/>
        </w:rPr>
        <w:t>Cíle</w:t>
      </w:r>
      <w:proofErr w:type="spellEnd"/>
      <w:r w:rsidRPr="00D34427">
        <w:rPr>
          <w:rFonts w:cs="Arial"/>
          <w:sz w:val="20"/>
          <w:szCs w:val="20"/>
        </w:rPr>
        <w:t xml:space="preserve"> ŠVP pro </w:t>
      </w:r>
      <w:proofErr w:type="spellStart"/>
      <w:r w:rsidRPr="00D34427">
        <w:rPr>
          <w:rFonts w:cs="Arial"/>
          <w:sz w:val="20"/>
          <w:szCs w:val="20"/>
        </w:rPr>
        <w:t>předškolní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vzdělávání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byly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ve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školním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roce</w:t>
      </w:r>
      <w:proofErr w:type="spellEnd"/>
      <w:r w:rsidRPr="00D34427">
        <w:rPr>
          <w:rFonts w:cs="Arial"/>
          <w:sz w:val="20"/>
          <w:szCs w:val="20"/>
        </w:rPr>
        <w:t xml:space="preserve"> 2025/2026 </w:t>
      </w:r>
      <w:proofErr w:type="spellStart"/>
      <w:r w:rsidRPr="00D34427">
        <w:rPr>
          <w:rFonts w:cs="Arial"/>
          <w:sz w:val="20"/>
          <w:szCs w:val="20"/>
        </w:rPr>
        <w:t>naplňovány</w:t>
      </w:r>
      <w:proofErr w:type="spellEnd"/>
      <w:r w:rsidRPr="00D34427">
        <w:rPr>
          <w:rFonts w:cs="Arial"/>
          <w:sz w:val="20"/>
          <w:szCs w:val="20"/>
        </w:rPr>
        <w:t xml:space="preserve">. </w:t>
      </w:r>
      <w:proofErr w:type="spellStart"/>
      <w:r w:rsidRPr="00D34427">
        <w:rPr>
          <w:rFonts w:cs="Arial"/>
          <w:sz w:val="20"/>
          <w:szCs w:val="20"/>
        </w:rPr>
        <w:t>Mezi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silné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stránky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patřily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systematická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pedagogická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diagnostika</w:t>
      </w:r>
      <w:proofErr w:type="spellEnd"/>
      <w:r w:rsidRPr="00D34427">
        <w:rPr>
          <w:rFonts w:cs="Arial"/>
          <w:sz w:val="20"/>
          <w:szCs w:val="20"/>
        </w:rPr>
        <w:t xml:space="preserve">, </w:t>
      </w:r>
      <w:proofErr w:type="spellStart"/>
      <w:r w:rsidRPr="00D34427">
        <w:rPr>
          <w:rFonts w:cs="Arial"/>
          <w:sz w:val="20"/>
          <w:szCs w:val="20"/>
        </w:rPr>
        <w:t>individuální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přístup</w:t>
      </w:r>
      <w:proofErr w:type="spellEnd"/>
      <w:r w:rsidRPr="00D34427">
        <w:rPr>
          <w:rFonts w:cs="Arial"/>
          <w:sz w:val="20"/>
          <w:szCs w:val="20"/>
        </w:rPr>
        <w:t xml:space="preserve">, </w:t>
      </w:r>
      <w:proofErr w:type="spellStart"/>
      <w:r w:rsidRPr="00D34427">
        <w:rPr>
          <w:rFonts w:cs="Arial"/>
          <w:sz w:val="20"/>
          <w:szCs w:val="20"/>
        </w:rPr>
        <w:t>úzká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spolupráce</w:t>
      </w:r>
      <w:proofErr w:type="spellEnd"/>
      <w:r w:rsidRPr="00D34427">
        <w:rPr>
          <w:rFonts w:cs="Arial"/>
          <w:sz w:val="20"/>
          <w:szCs w:val="20"/>
        </w:rPr>
        <w:t xml:space="preserve"> s </w:t>
      </w:r>
      <w:proofErr w:type="spellStart"/>
      <w:r w:rsidRPr="00D34427">
        <w:rPr>
          <w:rFonts w:cs="Arial"/>
          <w:sz w:val="20"/>
          <w:szCs w:val="20"/>
        </w:rPr>
        <w:t>rodiči</w:t>
      </w:r>
      <w:proofErr w:type="spellEnd"/>
      <w:r w:rsidRPr="00D34427">
        <w:rPr>
          <w:rFonts w:cs="Arial"/>
          <w:sz w:val="20"/>
          <w:szCs w:val="20"/>
        </w:rPr>
        <w:t xml:space="preserve"> a </w:t>
      </w:r>
      <w:proofErr w:type="spellStart"/>
      <w:r w:rsidRPr="00D34427">
        <w:rPr>
          <w:rFonts w:cs="Arial"/>
          <w:sz w:val="20"/>
          <w:szCs w:val="20"/>
        </w:rPr>
        <w:t>odbornými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pracovišti</w:t>
      </w:r>
      <w:proofErr w:type="spellEnd"/>
      <w:r w:rsidRPr="00D34427">
        <w:rPr>
          <w:rFonts w:cs="Arial"/>
          <w:sz w:val="20"/>
          <w:szCs w:val="20"/>
        </w:rPr>
        <w:t xml:space="preserve">, </w:t>
      </w:r>
      <w:proofErr w:type="spellStart"/>
      <w:r w:rsidRPr="00D34427">
        <w:rPr>
          <w:rFonts w:cs="Arial"/>
          <w:sz w:val="20"/>
          <w:szCs w:val="20"/>
        </w:rPr>
        <w:t>jazyková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nabídka</w:t>
      </w:r>
      <w:proofErr w:type="spellEnd"/>
      <w:r w:rsidRPr="00D34427">
        <w:rPr>
          <w:rFonts w:cs="Arial"/>
          <w:sz w:val="20"/>
          <w:szCs w:val="20"/>
        </w:rPr>
        <w:t xml:space="preserve"> a </w:t>
      </w:r>
      <w:proofErr w:type="spellStart"/>
      <w:r w:rsidRPr="00D34427">
        <w:rPr>
          <w:rFonts w:cs="Arial"/>
          <w:sz w:val="20"/>
          <w:szCs w:val="20"/>
        </w:rPr>
        <w:t>podpora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sociálních</w:t>
      </w:r>
      <w:proofErr w:type="spellEnd"/>
      <w:r w:rsidRPr="00D34427">
        <w:rPr>
          <w:rFonts w:cs="Arial"/>
          <w:sz w:val="20"/>
          <w:szCs w:val="20"/>
        </w:rPr>
        <w:t xml:space="preserve"> a </w:t>
      </w:r>
      <w:proofErr w:type="spellStart"/>
      <w:r w:rsidRPr="00D34427">
        <w:rPr>
          <w:rFonts w:cs="Arial"/>
          <w:sz w:val="20"/>
          <w:szCs w:val="20"/>
        </w:rPr>
        <w:t>emočních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dovedností</w:t>
      </w:r>
      <w:proofErr w:type="spellEnd"/>
      <w:r w:rsidRPr="00D34427">
        <w:rPr>
          <w:rFonts w:cs="Arial"/>
          <w:sz w:val="20"/>
          <w:szCs w:val="20"/>
        </w:rPr>
        <w:t xml:space="preserve">. V </w:t>
      </w:r>
      <w:proofErr w:type="spellStart"/>
      <w:r w:rsidRPr="00D34427">
        <w:rPr>
          <w:rFonts w:cs="Arial"/>
          <w:sz w:val="20"/>
          <w:szCs w:val="20"/>
        </w:rPr>
        <w:t>dalším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období</w:t>
      </w:r>
      <w:proofErr w:type="spellEnd"/>
      <w:r w:rsidRPr="00D34427">
        <w:rPr>
          <w:rFonts w:cs="Arial"/>
          <w:sz w:val="20"/>
          <w:szCs w:val="20"/>
        </w:rPr>
        <w:t xml:space="preserve"> se </w:t>
      </w:r>
      <w:proofErr w:type="spellStart"/>
      <w:r w:rsidRPr="00D34427">
        <w:rPr>
          <w:rFonts w:cs="Arial"/>
          <w:sz w:val="20"/>
          <w:szCs w:val="20"/>
        </w:rPr>
        <w:t>škola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zaměří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na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ověřování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aktualizovaného</w:t>
      </w:r>
      <w:proofErr w:type="spellEnd"/>
      <w:r w:rsidRPr="00D34427">
        <w:rPr>
          <w:rFonts w:cs="Arial"/>
          <w:sz w:val="20"/>
          <w:szCs w:val="20"/>
        </w:rPr>
        <w:t xml:space="preserve"> ŠVP, </w:t>
      </w:r>
      <w:proofErr w:type="spellStart"/>
      <w:r w:rsidRPr="00D34427">
        <w:rPr>
          <w:rFonts w:cs="Arial"/>
          <w:sz w:val="20"/>
          <w:szCs w:val="20"/>
        </w:rPr>
        <w:t>průběžné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vyhodnocování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podpůrných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opatření</w:t>
      </w:r>
      <w:proofErr w:type="spellEnd"/>
      <w:r w:rsidRPr="00D34427">
        <w:rPr>
          <w:rFonts w:cs="Arial"/>
          <w:sz w:val="20"/>
          <w:szCs w:val="20"/>
        </w:rPr>
        <w:t xml:space="preserve"> a </w:t>
      </w:r>
      <w:proofErr w:type="spellStart"/>
      <w:r w:rsidRPr="00D34427">
        <w:rPr>
          <w:rFonts w:cs="Arial"/>
          <w:sz w:val="20"/>
          <w:szCs w:val="20"/>
        </w:rPr>
        <w:t>další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rozvoj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environmentálního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vzdělávání</w:t>
      </w:r>
      <w:proofErr w:type="spellEnd"/>
      <w:r w:rsidRPr="00D34427">
        <w:rPr>
          <w:rFonts w:cs="Arial"/>
          <w:sz w:val="20"/>
          <w:szCs w:val="20"/>
        </w:rPr>
        <w:t xml:space="preserve"> v </w:t>
      </w:r>
      <w:proofErr w:type="spellStart"/>
      <w:r w:rsidRPr="00D34427">
        <w:rPr>
          <w:rFonts w:cs="Arial"/>
          <w:sz w:val="20"/>
          <w:szCs w:val="20"/>
        </w:rPr>
        <w:t>návaznosti</w:t>
      </w:r>
      <w:proofErr w:type="spellEnd"/>
      <w:r w:rsidRPr="00D34427">
        <w:rPr>
          <w:rFonts w:cs="Arial"/>
          <w:sz w:val="20"/>
          <w:szCs w:val="20"/>
        </w:rPr>
        <w:t xml:space="preserve"> </w:t>
      </w:r>
      <w:proofErr w:type="spellStart"/>
      <w:r w:rsidRPr="00D34427">
        <w:rPr>
          <w:rFonts w:cs="Arial"/>
          <w:sz w:val="20"/>
          <w:szCs w:val="20"/>
        </w:rPr>
        <w:t>na</w:t>
      </w:r>
      <w:proofErr w:type="spellEnd"/>
      <w:r w:rsidRPr="00D34427">
        <w:rPr>
          <w:rFonts w:cs="Arial"/>
          <w:sz w:val="20"/>
          <w:szCs w:val="20"/>
        </w:rPr>
        <w:t xml:space="preserve"> studium </w:t>
      </w:r>
      <w:proofErr w:type="spellStart"/>
      <w:r w:rsidRPr="00D34427">
        <w:rPr>
          <w:rFonts w:cs="Arial"/>
          <w:sz w:val="20"/>
          <w:szCs w:val="20"/>
        </w:rPr>
        <w:t>koordinátorky</w:t>
      </w:r>
      <w:proofErr w:type="spellEnd"/>
      <w:r w:rsidRPr="00D34427">
        <w:rPr>
          <w:rFonts w:cs="Arial"/>
          <w:sz w:val="20"/>
          <w:szCs w:val="20"/>
        </w:rPr>
        <w:t xml:space="preserve"> EVVO.</w:t>
      </w:r>
    </w:p>
    <w:p w14:paraId="53653289" w14:textId="77777777" w:rsidR="004F2747" w:rsidRPr="004B77DD" w:rsidRDefault="00225057" w:rsidP="00225057">
      <w:pPr>
        <w:pStyle w:val="Nadpis2"/>
        <w:rPr>
          <w:rFonts w:ascii="Arial" w:hAnsi="Arial" w:cs="Arial"/>
          <w:sz w:val="20"/>
          <w:szCs w:val="20"/>
        </w:rPr>
      </w:pPr>
      <w:r w:rsidRPr="004B77DD">
        <w:rPr>
          <w:rFonts w:ascii="Arial" w:hAnsi="Arial" w:cs="Arial"/>
          <w:sz w:val="20"/>
          <w:szCs w:val="20"/>
        </w:rPr>
        <w:lastRenderedPageBreak/>
        <w:t xml:space="preserve">5.2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Základní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škola</w:t>
      </w:r>
      <w:proofErr w:type="spellEnd"/>
    </w:p>
    <w:tbl>
      <w:tblPr>
        <w:tblW w:w="9864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2948"/>
        <w:gridCol w:w="1814"/>
        <w:gridCol w:w="2494"/>
      </w:tblGrid>
      <w:tr w:rsidR="004F2747" w:rsidRPr="004B77DD" w14:paraId="696384AC" w14:textId="77777777">
        <w:trPr>
          <w:cantSplit/>
          <w:tblHeader/>
        </w:trPr>
        <w:tc>
          <w:tcPr>
            <w:tcW w:w="2608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C50A1B6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Cíl</w:t>
            </w:r>
            <w:proofErr w:type="spellEnd"/>
          </w:p>
        </w:tc>
        <w:tc>
          <w:tcPr>
            <w:tcW w:w="2948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C58AB31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Důkazy</w:t>
            </w:r>
            <w:proofErr w:type="spellEnd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zjištění</w:t>
            </w:r>
            <w:proofErr w:type="spellEnd"/>
          </w:p>
        </w:tc>
        <w:tc>
          <w:tcPr>
            <w:tcW w:w="181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0AC5C2E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Vyhodnocení</w:t>
            </w:r>
            <w:proofErr w:type="spellEnd"/>
          </w:p>
        </w:tc>
        <w:tc>
          <w:tcPr>
            <w:tcW w:w="249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F592169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Opatření</w:t>
            </w:r>
            <w:proofErr w:type="spellEnd"/>
          </w:p>
        </w:tc>
      </w:tr>
      <w:tr w:rsidR="004F2747" w:rsidRPr="004B77DD" w14:paraId="6D782D2B" w14:textId="77777777">
        <w:trPr>
          <w:cantSplit/>
        </w:trPr>
        <w:tc>
          <w:tcPr>
            <w:tcW w:w="2608" w:type="dxa"/>
            <w:vAlign w:val="center"/>
          </w:tcPr>
          <w:p w14:paraId="29E597EC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Vést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žáky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k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osvojení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očekávaných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výstupů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k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využívání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získaných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znalostí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dovedností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v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dalším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vzdělávání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948" w:type="dxa"/>
            <w:vAlign w:val="center"/>
          </w:tcPr>
          <w:p w14:paraId="6801FF9D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Všech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61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žáků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prospělo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nikdo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nebyl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nehodnocen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celkový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průměr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činil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1,033.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Všichni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žáci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pátého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ročníku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pokračují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v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navazujícím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vzdělávání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z toho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tři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víceletém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gymnáziu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sedm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v Nemo Next.</w:t>
            </w:r>
          </w:p>
        </w:tc>
        <w:tc>
          <w:tcPr>
            <w:tcW w:w="1814" w:type="dxa"/>
            <w:vAlign w:val="center"/>
          </w:tcPr>
          <w:p w14:paraId="2FB823CC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Splněn</w:t>
            </w:r>
            <w:proofErr w:type="spellEnd"/>
          </w:p>
        </w:tc>
        <w:tc>
          <w:tcPr>
            <w:tcW w:w="2494" w:type="dxa"/>
            <w:vAlign w:val="center"/>
          </w:tcPr>
          <w:p w14:paraId="464202F4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Pokračovat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v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průběžném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vyhodnocování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výsledků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využít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výsledky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interního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externího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ověřování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k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cílenému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plánování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výuky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</w:tr>
      <w:tr w:rsidR="004F2747" w:rsidRPr="004B77DD" w14:paraId="4BE9006E" w14:textId="77777777">
        <w:trPr>
          <w:cantSplit/>
        </w:trPr>
        <w:tc>
          <w:tcPr>
            <w:tcW w:w="2608" w:type="dxa"/>
            <w:shd w:val="clear" w:color="auto" w:fill="F3F6F8"/>
            <w:vAlign w:val="center"/>
          </w:tcPr>
          <w:p w14:paraId="3669C55B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Uplatňovat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individuální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přístup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poskytovat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účinnou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podporu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žákům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speciálními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vzdělávacími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potřebami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žákům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nadaným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948" w:type="dxa"/>
            <w:shd w:val="clear" w:color="auto" w:fill="F3F6F8"/>
            <w:vAlign w:val="center"/>
          </w:tcPr>
          <w:p w14:paraId="12C4FBEB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 xml:space="preserve">V ZŠ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působily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dvě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asistentky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pedagoga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pěti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žákům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byla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poskytována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speciálně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pedagogická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péče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. U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mimořádně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nadaného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žáka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byl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realizován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IVP;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výuka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byla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diferencována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žáci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mohli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pracovat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rozšiřujících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úlohách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vlastních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projektech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814" w:type="dxa"/>
            <w:shd w:val="clear" w:color="auto" w:fill="F3F6F8"/>
            <w:vAlign w:val="center"/>
          </w:tcPr>
          <w:p w14:paraId="2A012144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Splněn</w:t>
            </w:r>
            <w:proofErr w:type="spellEnd"/>
          </w:p>
        </w:tc>
        <w:tc>
          <w:tcPr>
            <w:tcW w:w="2494" w:type="dxa"/>
            <w:shd w:val="clear" w:color="auto" w:fill="F3F6F8"/>
            <w:vAlign w:val="center"/>
          </w:tcPr>
          <w:p w14:paraId="0865FEB4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Pravidelně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hodnotit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účinnost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PLPP, IVP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speciálně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pedagogické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péče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dále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rozvíjet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diferenciaci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obohacování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výuky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</w:tr>
      <w:tr w:rsidR="004F2747" w:rsidRPr="004B77DD" w14:paraId="57940277" w14:textId="77777777">
        <w:trPr>
          <w:cantSplit/>
        </w:trPr>
        <w:tc>
          <w:tcPr>
            <w:tcW w:w="2608" w:type="dxa"/>
            <w:vAlign w:val="center"/>
          </w:tcPr>
          <w:p w14:paraId="44C248EA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Rozvíjet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klíčové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kompetence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bezpečné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vztahy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jazykové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dovednosti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odpovědný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vztah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k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prostředí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technologiím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948" w:type="dxa"/>
            <w:vAlign w:val="center"/>
          </w:tcPr>
          <w:p w14:paraId="6C740163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Cíle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byly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naplňovány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rozšířenou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výukou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angličtiny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konverzací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rodilou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mluvčí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preventivním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programem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Zipyho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kamarádi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environmentálními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kulturními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projekty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prací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venkovní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učebně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využíváním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digitálních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technických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pomůcek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.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Nebyly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evidovány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neomluvené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hodiny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ani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kázeňská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opatření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814" w:type="dxa"/>
            <w:vAlign w:val="center"/>
          </w:tcPr>
          <w:p w14:paraId="39661EA3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Splněn</w:t>
            </w:r>
            <w:proofErr w:type="spellEnd"/>
          </w:p>
        </w:tc>
        <w:tc>
          <w:tcPr>
            <w:tcW w:w="2494" w:type="dxa"/>
            <w:vAlign w:val="center"/>
          </w:tcPr>
          <w:p w14:paraId="1DB22DCE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Rozšířit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program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psychické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odolnosti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také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do ZŠ,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dále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podporovat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mediální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gramotnost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využívání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ověřených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informačních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zdrojů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</w:tr>
    </w:tbl>
    <w:p w14:paraId="642F65C5" w14:textId="77777777" w:rsidR="004F2747" w:rsidRPr="004B77DD" w:rsidRDefault="004F2747">
      <w:pPr>
        <w:spacing w:after="20"/>
        <w:rPr>
          <w:rFonts w:cs="Arial"/>
          <w:sz w:val="20"/>
          <w:szCs w:val="20"/>
        </w:rPr>
      </w:pPr>
    </w:p>
    <w:p w14:paraId="09602EE8" w14:textId="77777777" w:rsidR="004F2747" w:rsidRPr="004B77DD" w:rsidRDefault="00B25EFB">
      <w:pPr>
        <w:rPr>
          <w:rFonts w:cs="Arial"/>
          <w:sz w:val="20"/>
          <w:szCs w:val="20"/>
        </w:rPr>
      </w:pPr>
      <w:proofErr w:type="spellStart"/>
      <w:r w:rsidRPr="004B77DD">
        <w:rPr>
          <w:rFonts w:cs="Arial"/>
          <w:sz w:val="20"/>
          <w:szCs w:val="20"/>
        </w:rPr>
        <w:t>Cíle</w:t>
      </w:r>
      <w:proofErr w:type="spellEnd"/>
      <w:r w:rsidRPr="004B77DD">
        <w:rPr>
          <w:rFonts w:cs="Arial"/>
          <w:sz w:val="20"/>
          <w:szCs w:val="20"/>
        </w:rPr>
        <w:t xml:space="preserve"> ŠVP pro </w:t>
      </w:r>
      <w:proofErr w:type="spellStart"/>
      <w:r w:rsidRPr="004B77DD">
        <w:rPr>
          <w:rFonts w:cs="Arial"/>
          <w:sz w:val="20"/>
          <w:szCs w:val="20"/>
        </w:rPr>
        <w:t>základní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vzdělávání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byly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školním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roce</w:t>
      </w:r>
      <w:proofErr w:type="spellEnd"/>
      <w:r w:rsidRPr="004B77DD">
        <w:rPr>
          <w:rFonts w:cs="Arial"/>
          <w:sz w:val="20"/>
          <w:szCs w:val="20"/>
        </w:rPr>
        <w:t xml:space="preserve"> 2025/2026 </w:t>
      </w:r>
      <w:proofErr w:type="spellStart"/>
      <w:r w:rsidRPr="004B77DD">
        <w:rPr>
          <w:rFonts w:cs="Arial"/>
          <w:sz w:val="20"/>
          <w:szCs w:val="20"/>
        </w:rPr>
        <w:t>naplňovány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Silnou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stránkou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byly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vzdělávací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výsledky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žáků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individualizace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výuky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podpora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žáků</w:t>
      </w:r>
      <w:proofErr w:type="spellEnd"/>
      <w:r w:rsidRPr="004B77DD">
        <w:rPr>
          <w:rFonts w:cs="Arial"/>
          <w:sz w:val="20"/>
          <w:szCs w:val="20"/>
        </w:rPr>
        <w:t xml:space="preserve"> se </w:t>
      </w:r>
      <w:proofErr w:type="spellStart"/>
      <w:r w:rsidRPr="004B77DD">
        <w:rPr>
          <w:rFonts w:cs="Arial"/>
          <w:sz w:val="20"/>
          <w:szCs w:val="20"/>
        </w:rPr>
        <w:t>speciálními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vzdělávacími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potřebami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žáků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nadaných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rozšířená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výuka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angličtiny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propojení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výuky</w:t>
      </w:r>
      <w:proofErr w:type="spellEnd"/>
      <w:r w:rsidRPr="004B77DD">
        <w:rPr>
          <w:rFonts w:cs="Arial"/>
          <w:sz w:val="20"/>
          <w:szCs w:val="20"/>
        </w:rPr>
        <w:t xml:space="preserve"> s </w:t>
      </w:r>
      <w:proofErr w:type="spellStart"/>
      <w:r w:rsidRPr="004B77DD">
        <w:rPr>
          <w:rFonts w:cs="Arial"/>
          <w:sz w:val="20"/>
          <w:szCs w:val="20"/>
        </w:rPr>
        <w:t>praktickými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kulturními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environmentálními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digitálními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aktivitami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Další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rozvoj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bude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směřovat</w:t>
      </w:r>
      <w:proofErr w:type="spellEnd"/>
      <w:r w:rsidRPr="004B77DD">
        <w:rPr>
          <w:rFonts w:cs="Arial"/>
          <w:sz w:val="20"/>
          <w:szCs w:val="20"/>
        </w:rPr>
        <w:t xml:space="preserve"> k </w:t>
      </w:r>
      <w:proofErr w:type="spellStart"/>
      <w:r w:rsidRPr="004B77DD">
        <w:rPr>
          <w:rFonts w:cs="Arial"/>
          <w:sz w:val="20"/>
          <w:szCs w:val="20"/>
        </w:rPr>
        <w:t>dokončení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nového</w:t>
      </w:r>
      <w:proofErr w:type="spellEnd"/>
      <w:r w:rsidRPr="004B77DD">
        <w:rPr>
          <w:rFonts w:cs="Arial"/>
          <w:sz w:val="20"/>
          <w:szCs w:val="20"/>
        </w:rPr>
        <w:t xml:space="preserve"> ŠVP, </w:t>
      </w:r>
      <w:proofErr w:type="spellStart"/>
      <w:r w:rsidRPr="004B77DD">
        <w:rPr>
          <w:rFonts w:cs="Arial"/>
          <w:sz w:val="20"/>
          <w:szCs w:val="20"/>
        </w:rPr>
        <w:t>širšímu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využívání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formativního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hodnocení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alternativních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ověřených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zdrojů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informací</w:t>
      </w:r>
      <w:proofErr w:type="spellEnd"/>
      <w:r w:rsidRPr="004B77DD">
        <w:rPr>
          <w:rFonts w:cs="Arial"/>
          <w:sz w:val="20"/>
          <w:szCs w:val="20"/>
        </w:rPr>
        <w:t xml:space="preserve"> a k </w:t>
      </w:r>
      <w:proofErr w:type="spellStart"/>
      <w:r w:rsidRPr="004B77DD">
        <w:rPr>
          <w:rFonts w:cs="Arial"/>
          <w:sz w:val="20"/>
          <w:szCs w:val="20"/>
        </w:rPr>
        <w:t>zavedení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programu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psychické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odolnosti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také</w:t>
      </w:r>
      <w:proofErr w:type="spellEnd"/>
      <w:r w:rsidRPr="004B77DD">
        <w:rPr>
          <w:rFonts w:cs="Arial"/>
          <w:sz w:val="20"/>
          <w:szCs w:val="20"/>
        </w:rPr>
        <w:t xml:space="preserve"> v ZŠ.</w:t>
      </w:r>
    </w:p>
    <w:p w14:paraId="49F422D1" w14:textId="77777777" w:rsidR="004F2747" w:rsidRPr="004B77DD" w:rsidRDefault="000D501F" w:rsidP="000D501F">
      <w:pPr>
        <w:pStyle w:val="Nadpis2"/>
        <w:rPr>
          <w:rFonts w:ascii="Arial" w:hAnsi="Arial" w:cs="Arial"/>
          <w:sz w:val="20"/>
          <w:szCs w:val="20"/>
        </w:rPr>
      </w:pPr>
      <w:r w:rsidRPr="004B77DD">
        <w:rPr>
          <w:rFonts w:ascii="Arial" w:hAnsi="Arial" w:cs="Arial"/>
          <w:sz w:val="20"/>
          <w:szCs w:val="20"/>
        </w:rPr>
        <w:t xml:space="preserve">5.3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Školní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družina</w:t>
      </w:r>
      <w:proofErr w:type="spellEnd"/>
    </w:p>
    <w:p w14:paraId="35E89008" w14:textId="313EF586" w:rsidR="004F2747" w:rsidRPr="004B77DD" w:rsidRDefault="00B25EFB">
      <w:pPr>
        <w:rPr>
          <w:rFonts w:cs="Arial"/>
          <w:sz w:val="20"/>
          <w:szCs w:val="20"/>
        </w:rPr>
      </w:pPr>
      <w:proofErr w:type="spellStart"/>
      <w:r w:rsidRPr="004B77DD">
        <w:rPr>
          <w:rFonts w:cs="Arial"/>
          <w:sz w:val="20"/>
          <w:szCs w:val="20"/>
        </w:rPr>
        <w:t>Cíle</w:t>
      </w:r>
      <w:proofErr w:type="spellEnd"/>
      <w:r w:rsidRPr="004B77DD">
        <w:rPr>
          <w:rFonts w:cs="Arial"/>
          <w:sz w:val="20"/>
          <w:szCs w:val="20"/>
        </w:rPr>
        <w:t xml:space="preserve"> ŠVP </w:t>
      </w:r>
      <w:proofErr w:type="spellStart"/>
      <w:r w:rsidRPr="004B77DD">
        <w:rPr>
          <w:rFonts w:cs="Arial"/>
          <w:sz w:val="20"/>
          <w:szCs w:val="20"/>
        </w:rPr>
        <w:t>školní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družiny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byly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naplňovány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prostřednictvím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pravidelných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odpočinkových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pohybových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tvořivých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zájmových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činností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pobytu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venku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společných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akcí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školy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Hodnocení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vycházelo</w:t>
      </w:r>
      <w:proofErr w:type="spellEnd"/>
      <w:r w:rsidRPr="004B77DD">
        <w:rPr>
          <w:rFonts w:cs="Arial"/>
          <w:sz w:val="20"/>
          <w:szCs w:val="20"/>
        </w:rPr>
        <w:t xml:space="preserve"> z </w:t>
      </w:r>
      <w:proofErr w:type="spellStart"/>
      <w:r w:rsidRPr="004B77DD">
        <w:rPr>
          <w:rFonts w:cs="Arial"/>
          <w:sz w:val="20"/>
          <w:szCs w:val="20"/>
        </w:rPr>
        <w:t>průběžného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pozorování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vychovatelek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účasti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dětí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jejich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zájmu</w:t>
      </w:r>
      <w:proofErr w:type="spellEnd"/>
      <w:r w:rsidRPr="004B77DD">
        <w:rPr>
          <w:rFonts w:cs="Arial"/>
          <w:sz w:val="20"/>
          <w:szCs w:val="20"/>
        </w:rPr>
        <w:t xml:space="preserve"> o </w:t>
      </w:r>
      <w:proofErr w:type="spellStart"/>
      <w:r w:rsidRPr="004B77DD">
        <w:rPr>
          <w:rFonts w:cs="Arial"/>
          <w:sz w:val="20"/>
          <w:szCs w:val="20"/>
        </w:rPr>
        <w:t>nabízené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aktivity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zpětné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vazby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dětí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rodičů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Přínosná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byla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také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tradiční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jarní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stopovací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hra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Kešky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návaznost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družiny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školní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projekty</w:t>
      </w:r>
      <w:proofErr w:type="spellEnd"/>
      <w:r w:rsidRPr="004B77DD">
        <w:rPr>
          <w:rFonts w:cs="Arial"/>
          <w:sz w:val="20"/>
          <w:szCs w:val="20"/>
        </w:rPr>
        <w:t xml:space="preserve">. V </w:t>
      </w:r>
      <w:proofErr w:type="spellStart"/>
      <w:r w:rsidRPr="004B77DD">
        <w:rPr>
          <w:rFonts w:cs="Arial"/>
          <w:sz w:val="20"/>
          <w:szCs w:val="20"/>
        </w:rPr>
        <w:t>dalším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školním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roce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bude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družina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důsledněji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zaznamenávat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průběžnou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evaluaci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činností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zachová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vyváženou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nabídku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klidových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pohybových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aktivit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r w:rsidR="00D44800" w:rsidRPr="004B77DD">
        <w:rPr>
          <w:rFonts w:cs="Arial"/>
          <w:sz w:val="20"/>
          <w:szCs w:val="20"/>
        </w:rPr>
        <w:t xml:space="preserve">a </w:t>
      </w:r>
      <w:proofErr w:type="spellStart"/>
      <w:r w:rsidR="00D44800" w:rsidRPr="004B77DD">
        <w:rPr>
          <w:rFonts w:cs="Arial"/>
          <w:sz w:val="20"/>
          <w:szCs w:val="20"/>
        </w:rPr>
        <w:t>zapojí</w:t>
      </w:r>
      <w:proofErr w:type="spellEnd"/>
      <w:r w:rsidR="00D44800" w:rsidRPr="004B77DD">
        <w:rPr>
          <w:rFonts w:cs="Arial"/>
          <w:sz w:val="20"/>
          <w:szCs w:val="20"/>
        </w:rPr>
        <w:t xml:space="preserve"> se do </w:t>
      </w:r>
      <w:proofErr w:type="spellStart"/>
      <w:r w:rsidR="00D44800" w:rsidRPr="004B77DD">
        <w:rPr>
          <w:rFonts w:cs="Arial"/>
          <w:sz w:val="20"/>
          <w:szCs w:val="20"/>
        </w:rPr>
        <w:t>společných</w:t>
      </w:r>
      <w:proofErr w:type="spellEnd"/>
      <w:r w:rsidR="00D44800" w:rsidRPr="004B77DD">
        <w:rPr>
          <w:rFonts w:cs="Arial"/>
          <w:sz w:val="20"/>
          <w:szCs w:val="20"/>
        </w:rPr>
        <w:t xml:space="preserve"> </w:t>
      </w:r>
      <w:proofErr w:type="spellStart"/>
      <w:r w:rsidR="00D44800" w:rsidRPr="004B77DD">
        <w:rPr>
          <w:rFonts w:cs="Arial"/>
          <w:sz w:val="20"/>
          <w:szCs w:val="20"/>
        </w:rPr>
        <w:t>projektů</w:t>
      </w:r>
      <w:proofErr w:type="spellEnd"/>
      <w:r w:rsidR="00D44800" w:rsidRPr="004B77DD">
        <w:rPr>
          <w:rFonts w:cs="Arial"/>
          <w:sz w:val="20"/>
          <w:szCs w:val="20"/>
        </w:rPr>
        <w:t xml:space="preserve"> se ZŠ (Halloween, Masopust, </w:t>
      </w:r>
      <w:proofErr w:type="spellStart"/>
      <w:r w:rsidR="00D44800" w:rsidRPr="004B77DD">
        <w:rPr>
          <w:rFonts w:cs="Arial"/>
          <w:sz w:val="20"/>
          <w:szCs w:val="20"/>
        </w:rPr>
        <w:t>Vánoční</w:t>
      </w:r>
      <w:proofErr w:type="spellEnd"/>
      <w:r w:rsidR="00D44800" w:rsidRPr="004B77DD">
        <w:rPr>
          <w:rFonts w:cs="Arial"/>
          <w:sz w:val="20"/>
          <w:szCs w:val="20"/>
        </w:rPr>
        <w:t xml:space="preserve"> </w:t>
      </w:r>
      <w:proofErr w:type="spellStart"/>
      <w:r w:rsidR="00D44800" w:rsidRPr="004B77DD">
        <w:rPr>
          <w:rFonts w:cs="Arial"/>
          <w:sz w:val="20"/>
          <w:szCs w:val="20"/>
        </w:rPr>
        <w:t>jarmark</w:t>
      </w:r>
      <w:proofErr w:type="spellEnd"/>
      <w:r w:rsidR="00D44800" w:rsidRPr="004B77DD">
        <w:rPr>
          <w:rFonts w:cs="Arial"/>
          <w:sz w:val="20"/>
          <w:szCs w:val="20"/>
        </w:rPr>
        <w:t>).</w:t>
      </w:r>
    </w:p>
    <w:p w14:paraId="35EA5029" w14:textId="77777777" w:rsidR="004F2747" w:rsidRPr="000D501F" w:rsidRDefault="000D501F" w:rsidP="000D501F">
      <w:pPr>
        <w:pStyle w:val="Nadpis1"/>
      </w:pPr>
      <w:r>
        <w:t xml:space="preserve">6. </w:t>
      </w:r>
      <w:proofErr w:type="spellStart"/>
      <w:r w:rsidR="00B25EFB" w:rsidRPr="000D501F">
        <w:t>Výsledky</w:t>
      </w:r>
      <w:proofErr w:type="spellEnd"/>
      <w:r w:rsidR="00B25EFB" w:rsidRPr="000D501F">
        <w:t xml:space="preserve"> </w:t>
      </w:r>
      <w:proofErr w:type="spellStart"/>
      <w:r w:rsidR="00B25EFB" w:rsidRPr="000D501F">
        <w:t>vzdělávání</w:t>
      </w:r>
      <w:proofErr w:type="spellEnd"/>
    </w:p>
    <w:p w14:paraId="7911F2C8" w14:textId="77777777" w:rsidR="004F2747" w:rsidRPr="004B77DD" w:rsidRDefault="000D501F" w:rsidP="000D501F">
      <w:pPr>
        <w:pStyle w:val="Nadpis2"/>
        <w:rPr>
          <w:rFonts w:ascii="Arial" w:hAnsi="Arial" w:cs="Arial"/>
          <w:sz w:val="20"/>
          <w:szCs w:val="20"/>
        </w:rPr>
      </w:pPr>
      <w:r w:rsidRPr="004B77DD">
        <w:rPr>
          <w:rFonts w:ascii="Arial" w:hAnsi="Arial" w:cs="Arial"/>
          <w:sz w:val="20"/>
          <w:szCs w:val="20"/>
        </w:rPr>
        <w:t xml:space="preserve">6.1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Výsledky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předškolního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vzdělávání</w:t>
      </w:r>
      <w:proofErr w:type="spellEnd"/>
    </w:p>
    <w:tbl>
      <w:tblPr>
        <w:tblW w:w="9864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4025"/>
        <w:gridCol w:w="3345"/>
      </w:tblGrid>
      <w:tr w:rsidR="004F2747" w:rsidRPr="004B77DD" w14:paraId="576C9770" w14:textId="77777777">
        <w:trPr>
          <w:cantSplit/>
          <w:tblHeader/>
        </w:trPr>
        <w:tc>
          <w:tcPr>
            <w:tcW w:w="249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09BE435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Oblast</w:t>
            </w:r>
          </w:p>
        </w:tc>
        <w:tc>
          <w:tcPr>
            <w:tcW w:w="402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78EA157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Hlavní</w:t>
            </w:r>
            <w:proofErr w:type="spellEnd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zjištění</w:t>
            </w:r>
            <w:proofErr w:type="spellEnd"/>
          </w:p>
        </w:tc>
        <w:tc>
          <w:tcPr>
            <w:tcW w:w="334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D06982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Návazné</w:t>
            </w:r>
            <w:proofErr w:type="spellEnd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opatření</w:t>
            </w:r>
            <w:proofErr w:type="spellEnd"/>
          </w:p>
        </w:tc>
      </w:tr>
      <w:tr w:rsidR="004F2747" w:rsidRPr="004B77DD" w14:paraId="313CA62B" w14:textId="77777777">
        <w:trPr>
          <w:cantSplit/>
        </w:trPr>
        <w:tc>
          <w:tcPr>
            <w:tcW w:w="2494" w:type="dxa"/>
            <w:vAlign w:val="center"/>
          </w:tcPr>
          <w:p w14:paraId="7BFA7D39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Rozvoj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dětí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podle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pedagogické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diagnostiky</w:t>
            </w:r>
            <w:proofErr w:type="spellEnd"/>
          </w:p>
        </w:tc>
        <w:tc>
          <w:tcPr>
            <w:tcW w:w="4025" w:type="dxa"/>
            <w:vAlign w:val="center"/>
          </w:tcPr>
          <w:p w14:paraId="53A2F63B" w14:textId="77777777" w:rsidR="004F2747" w:rsidRPr="004B77DD" w:rsidRDefault="003E5B9D" w:rsidP="003E5B9D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 xml:space="preserve">U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všech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dětí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byla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pravidelně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doplňována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ped.diagnostika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kmenovými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učitelkami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.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Rodiče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byli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individuálně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seznamováni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. </w:t>
            </w:r>
          </w:p>
        </w:tc>
        <w:tc>
          <w:tcPr>
            <w:tcW w:w="3345" w:type="dxa"/>
            <w:vAlign w:val="center"/>
          </w:tcPr>
          <w:p w14:paraId="2DCD1F75" w14:textId="77777777" w:rsidR="004F2747" w:rsidRPr="004B77DD" w:rsidRDefault="003E5B9D" w:rsidP="009E109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 xml:space="preserve">2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děti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byly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vyslány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do PPP, 14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dětem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byla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poskytována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logopedická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prevence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</w:tr>
      <w:tr w:rsidR="004F2747" w:rsidRPr="004B77DD" w14:paraId="1946F49A" w14:textId="77777777">
        <w:trPr>
          <w:cantSplit/>
        </w:trPr>
        <w:tc>
          <w:tcPr>
            <w:tcW w:w="2494" w:type="dxa"/>
            <w:shd w:val="clear" w:color="auto" w:fill="F3F6F8"/>
            <w:vAlign w:val="center"/>
          </w:tcPr>
          <w:p w14:paraId="7EBF9137" w14:textId="77777777" w:rsidR="004F2747" w:rsidRPr="004B77DD" w:rsidRDefault="00B25EFB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4B77DD">
              <w:rPr>
                <w:rFonts w:eastAsia="Arial"/>
                <w:sz w:val="20"/>
                <w:szCs w:val="20"/>
              </w:rPr>
              <w:lastRenderedPageBreak/>
              <w:t>Školní</w:t>
            </w:r>
            <w:proofErr w:type="spellEnd"/>
            <w:r w:rsidRPr="004B77DD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/>
                <w:sz w:val="20"/>
                <w:szCs w:val="20"/>
              </w:rPr>
              <w:t>připravenost</w:t>
            </w:r>
            <w:proofErr w:type="spellEnd"/>
          </w:p>
        </w:tc>
        <w:tc>
          <w:tcPr>
            <w:tcW w:w="4025" w:type="dxa"/>
            <w:shd w:val="clear" w:color="auto" w:fill="F3F6F8"/>
            <w:vAlign w:val="center"/>
          </w:tcPr>
          <w:p w14:paraId="1632E3C5" w14:textId="77777777" w:rsidR="004F2747" w:rsidRPr="004B77DD" w:rsidRDefault="009E1096" w:rsidP="003E5B9D">
            <w:pPr>
              <w:spacing w:after="0" w:line="252" w:lineRule="auto"/>
              <w:rPr>
                <w:sz w:val="20"/>
                <w:szCs w:val="20"/>
              </w:rPr>
            </w:pPr>
            <w:r w:rsidRPr="004B77DD">
              <w:rPr>
                <w:sz w:val="20"/>
                <w:szCs w:val="20"/>
              </w:rPr>
              <w:t xml:space="preserve">16 </w:t>
            </w:r>
            <w:proofErr w:type="spellStart"/>
            <w:r w:rsidRPr="004B77DD">
              <w:rPr>
                <w:sz w:val="20"/>
                <w:szCs w:val="20"/>
              </w:rPr>
              <w:t>dětí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bylo</w:t>
            </w:r>
            <w:proofErr w:type="spellEnd"/>
            <w:r w:rsidRPr="004B77DD">
              <w:rPr>
                <w:sz w:val="20"/>
                <w:szCs w:val="20"/>
              </w:rPr>
              <w:t xml:space="preserve"> v </w:t>
            </w:r>
            <w:proofErr w:type="spellStart"/>
            <w:r w:rsidRPr="004B77DD">
              <w:rPr>
                <w:sz w:val="20"/>
                <w:szCs w:val="20"/>
              </w:rPr>
              <w:t>povinném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předškolním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vzdělávání</w:t>
            </w:r>
            <w:proofErr w:type="spellEnd"/>
            <w:r w:rsidR="003E5B9D" w:rsidRPr="004B77DD">
              <w:rPr>
                <w:sz w:val="20"/>
                <w:szCs w:val="20"/>
              </w:rPr>
              <w:t xml:space="preserve">. V </w:t>
            </w:r>
            <w:proofErr w:type="spellStart"/>
            <w:r w:rsidR="003E5B9D" w:rsidRPr="004B77DD">
              <w:rPr>
                <w:sz w:val="20"/>
                <w:szCs w:val="20"/>
              </w:rPr>
              <w:t>listopadu</w:t>
            </w:r>
            <w:proofErr w:type="spellEnd"/>
            <w:r w:rsidR="003E5B9D" w:rsidRPr="004B77DD">
              <w:rPr>
                <w:sz w:val="20"/>
                <w:szCs w:val="20"/>
              </w:rPr>
              <w:t xml:space="preserve"> </w:t>
            </w:r>
            <w:proofErr w:type="spellStart"/>
            <w:r w:rsidR="003E5B9D" w:rsidRPr="004B77DD">
              <w:rPr>
                <w:sz w:val="20"/>
                <w:szCs w:val="20"/>
              </w:rPr>
              <w:t>byla</w:t>
            </w:r>
            <w:proofErr w:type="spellEnd"/>
            <w:r w:rsidR="003E5B9D" w:rsidRPr="004B77DD">
              <w:rPr>
                <w:sz w:val="20"/>
                <w:szCs w:val="20"/>
              </w:rPr>
              <w:t xml:space="preserve"> </w:t>
            </w:r>
            <w:proofErr w:type="spellStart"/>
            <w:r w:rsidR="003E5B9D" w:rsidRPr="004B77DD">
              <w:rPr>
                <w:sz w:val="20"/>
                <w:szCs w:val="20"/>
              </w:rPr>
              <w:t>prováděna</w:t>
            </w:r>
            <w:proofErr w:type="spellEnd"/>
            <w:r w:rsidR="003E5B9D" w:rsidRPr="004B77DD">
              <w:rPr>
                <w:sz w:val="20"/>
                <w:szCs w:val="20"/>
              </w:rPr>
              <w:t xml:space="preserve"> </w:t>
            </w:r>
            <w:proofErr w:type="spellStart"/>
            <w:r w:rsidR="003E5B9D" w:rsidRPr="004B77DD">
              <w:rPr>
                <w:sz w:val="20"/>
                <w:szCs w:val="20"/>
              </w:rPr>
              <w:t>diagnostika</w:t>
            </w:r>
            <w:proofErr w:type="spellEnd"/>
            <w:r w:rsidR="003E5B9D" w:rsidRPr="004B77DD">
              <w:rPr>
                <w:sz w:val="20"/>
                <w:szCs w:val="20"/>
              </w:rPr>
              <w:t xml:space="preserve"> </w:t>
            </w:r>
            <w:proofErr w:type="spellStart"/>
            <w:r w:rsidR="003E5B9D" w:rsidRPr="004B77DD">
              <w:rPr>
                <w:sz w:val="20"/>
                <w:szCs w:val="20"/>
              </w:rPr>
              <w:t>pomocí</w:t>
            </w:r>
            <w:proofErr w:type="spellEnd"/>
            <w:r w:rsidR="003E5B9D" w:rsidRPr="004B77DD">
              <w:rPr>
                <w:sz w:val="20"/>
                <w:szCs w:val="20"/>
              </w:rPr>
              <w:t xml:space="preserve"> </w:t>
            </w:r>
            <w:proofErr w:type="spellStart"/>
            <w:r w:rsidR="003E5B9D" w:rsidRPr="004B77DD">
              <w:rPr>
                <w:sz w:val="20"/>
                <w:szCs w:val="20"/>
              </w:rPr>
              <w:t>certifikovaných</w:t>
            </w:r>
            <w:proofErr w:type="spellEnd"/>
            <w:r w:rsidR="003E5B9D" w:rsidRPr="004B77DD">
              <w:rPr>
                <w:sz w:val="20"/>
                <w:szCs w:val="20"/>
              </w:rPr>
              <w:t xml:space="preserve"> </w:t>
            </w:r>
            <w:proofErr w:type="spellStart"/>
            <w:r w:rsidR="003E5B9D" w:rsidRPr="004B77DD">
              <w:rPr>
                <w:sz w:val="20"/>
                <w:szCs w:val="20"/>
              </w:rPr>
              <w:t>testů</w:t>
            </w:r>
            <w:proofErr w:type="spellEnd"/>
            <w:r w:rsidR="003E5B9D" w:rsidRPr="004B77DD">
              <w:rPr>
                <w:sz w:val="20"/>
                <w:szCs w:val="20"/>
              </w:rPr>
              <w:t xml:space="preserve"> I-Sophi, </w:t>
            </w:r>
            <w:proofErr w:type="spellStart"/>
            <w:r w:rsidR="003E5B9D" w:rsidRPr="004B77DD">
              <w:rPr>
                <w:sz w:val="20"/>
                <w:szCs w:val="20"/>
              </w:rPr>
              <w:t>následně</w:t>
            </w:r>
            <w:proofErr w:type="spellEnd"/>
            <w:r w:rsidR="003E5B9D" w:rsidRPr="004B77DD">
              <w:rPr>
                <w:sz w:val="20"/>
                <w:szCs w:val="20"/>
              </w:rPr>
              <w:t xml:space="preserve"> </w:t>
            </w:r>
            <w:proofErr w:type="spellStart"/>
            <w:r w:rsidR="003E5B9D" w:rsidRPr="004B77DD">
              <w:rPr>
                <w:sz w:val="20"/>
                <w:szCs w:val="20"/>
              </w:rPr>
              <w:t>byli</w:t>
            </w:r>
            <w:proofErr w:type="spellEnd"/>
            <w:r w:rsidR="003E5B9D" w:rsidRPr="004B77DD">
              <w:rPr>
                <w:sz w:val="20"/>
                <w:szCs w:val="20"/>
              </w:rPr>
              <w:t xml:space="preserve"> </w:t>
            </w:r>
            <w:proofErr w:type="spellStart"/>
            <w:r w:rsidR="003E5B9D" w:rsidRPr="004B77DD">
              <w:rPr>
                <w:sz w:val="20"/>
                <w:szCs w:val="20"/>
              </w:rPr>
              <w:t>rodiče</w:t>
            </w:r>
            <w:proofErr w:type="spellEnd"/>
            <w:r w:rsidR="003E5B9D" w:rsidRPr="004B77DD">
              <w:rPr>
                <w:sz w:val="20"/>
                <w:szCs w:val="20"/>
              </w:rPr>
              <w:t xml:space="preserve"> s </w:t>
            </w:r>
            <w:proofErr w:type="spellStart"/>
            <w:r w:rsidR="003E5B9D" w:rsidRPr="004B77DD">
              <w:rPr>
                <w:sz w:val="20"/>
                <w:szCs w:val="20"/>
              </w:rPr>
              <w:t>výsledky</w:t>
            </w:r>
            <w:proofErr w:type="spellEnd"/>
            <w:r w:rsidR="003E5B9D" w:rsidRPr="004B77DD">
              <w:rPr>
                <w:sz w:val="20"/>
                <w:szCs w:val="20"/>
              </w:rPr>
              <w:t xml:space="preserve"> </w:t>
            </w:r>
            <w:proofErr w:type="spellStart"/>
            <w:r w:rsidR="003E5B9D" w:rsidRPr="004B77DD">
              <w:rPr>
                <w:sz w:val="20"/>
                <w:szCs w:val="20"/>
              </w:rPr>
              <w:t>individuálně</w:t>
            </w:r>
            <w:proofErr w:type="spellEnd"/>
            <w:r w:rsidR="003E5B9D" w:rsidRPr="004B77DD">
              <w:rPr>
                <w:sz w:val="20"/>
                <w:szCs w:val="20"/>
              </w:rPr>
              <w:t xml:space="preserve"> </w:t>
            </w:r>
            <w:proofErr w:type="spellStart"/>
            <w:r w:rsidR="003E5B9D" w:rsidRPr="004B77DD">
              <w:rPr>
                <w:sz w:val="20"/>
                <w:szCs w:val="20"/>
              </w:rPr>
              <w:t>seznámeni</w:t>
            </w:r>
            <w:proofErr w:type="spellEnd"/>
            <w:r w:rsidR="003E5B9D" w:rsidRPr="004B77DD">
              <w:rPr>
                <w:sz w:val="20"/>
                <w:szCs w:val="20"/>
              </w:rPr>
              <w:t xml:space="preserve"> </w:t>
            </w:r>
            <w:proofErr w:type="spellStart"/>
            <w:r w:rsidR="003E5B9D" w:rsidRPr="004B77DD">
              <w:rPr>
                <w:sz w:val="20"/>
                <w:szCs w:val="20"/>
              </w:rPr>
              <w:t>ředitelkou</w:t>
            </w:r>
            <w:proofErr w:type="spellEnd"/>
            <w:r w:rsidR="003E5B9D" w:rsidRPr="004B77DD">
              <w:rPr>
                <w:sz w:val="20"/>
                <w:szCs w:val="20"/>
              </w:rPr>
              <w:t xml:space="preserve"> </w:t>
            </w:r>
            <w:proofErr w:type="spellStart"/>
            <w:r w:rsidR="003E5B9D" w:rsidRPr="004B77DD">
              <w:rPr>
                <w:sz w:val="20"/>
                <w:szCs w:val="20"/>
              </w:rPr>
              <w:t>školy</w:t>
            </w:r>
            <w:proofErr w:type="spellEnd"/>
            <w:r w:rsidR="003E5B9D" w:rsidRPr="004B77DD">
              <w:rPr>
                <w:sz w:val="20"/>
                <w:szCs w:val="20"/>
              </w:rPr>
              <w:t>.</w:t>
            </w:r>
          </w:p>
        </w:tc>
        <w:tc>
          <w:tcPr>
            <w:tcW w:w="3345" w:type="dxa"/>
            <w:shd w:val="clear" w:color="auto" w:fill="F3F6F8"/>
            <w:vAlign w:val="center"/>
          </w:tcPr>
          <w:p w14:paraId="3958A88D" w14:textId="77777777" w:rsidR="004F2747" w:rsidRPr="004B77DD" w:rsidRDefault="009E1096" w:rsidP="009E1096">
            <w:pPr>
              <w:spacing w:after="0" w:line="252" w:lineRule="auto"/>
              <w:rPr>
                <w:sz w:val="20"/>
                <w:szCs w:val="20"/>
              </w:rPr>
            </w:pPr>
            <w:r w:rsidRPr="004B77DD">
              <w:rPr>
                <w:sz w:val="20"/>
                <w:szCs w:val="20"/>
              </w:rPr>
              <w:t xml:space="preserve">1 </w:t>
            </w:r>
            <w:proofErr w:type="spellStart"/>
            <w:r w:rsidRPr="004B77DD">
              <w:rPr>
                <w:sz w:val="20"/>
                <w:szCs w:val="20"/>
              </w:rPr>
              <w:t>chlapec</w:t>
            </w:r>
            <w:proofErr w:type="spellEnd"/>
            <w:r w:rsidRPr="004B77DD">
              <w:rPr>
                <w:sz w:val="20"/>
                <w:szCs w:val="20"/>
              </w:rPr>
              <w:t xml:space="preserve"> by </w:t>
            </w:r>
            <w:proofErr w:type="spellStart"/>
            <w:r w:rsidRPr="004B77DD">
              <w:rPr>
                <w:sz w:val="20"/>
                <w:szCs w:val="20"/>
              </w:rPr>
              <w:t>měl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mít</w:t>
            </w:r>
            <w:proofErr w:type="spellEnd"/>
            <w:r w:rsidRPr="004B77DD">
              <w:rPr>
                <w:sz w:val="20"/>
                <w:szCs w:val="20"/>
              </w:rPr>
              <w:t xml:space="preserve"> take </w:t>
            </w:r>
            <w:proofErr w:type="spellStart"/>
            <w:r w:rsidRPr="004B77DD">
              <w:rPr>
                <w:sz w:val="20"/>
                <w:szCs w:val="20"/>
              </w:rPr>
              <w:t>odkad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š.d</w:t>
            </w:r>
            <w:proofErr w:type="spellEnd"/>
            <w:r w:rsidRPr="004B77DD">
              <w:rPr>
                <w:sz w:val="20"/>
                <w:szCs w:val="20"/>
              </w:rPr>
              <w:t xml:space="preserve">. </w:t>
            </w:r>
            <w:proofErr w:type="spellStart"/>
            <w:r w:rsidRPr="004B77DD">
              <w:rPr>
                <w:sz w:val="20"/>
                <w:szCs w:val="20"/>
              </w:rPr>
              <w:t>kvůli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celkové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nezralosti</w:t>
            </w:r>
            <w:proofErr w:type="spellEnd"/>
            <w:r w:rsidRPr="004B77DD">
              <w:rPr>
                <w:sz w:val="20"/>
                <w:szCs w:val="20"/>
              </w:rPr>
              <w:t xml:space="preserve">, ale </w:t>
            </w:r>
            <w:proofErr w:type="spellStart"/>
            <w:r w:rsidRPr="004B77DD">
              <w:rPr>
                <w:sz w:val="20"/>
                <w:szCs w:val="20"/>
              </w:rPr>
              <w:t>dle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novely</w:t>
            </w:r>
            <w:proofErr w:type="spellEnd"/>
            <w:r w:rsidRPr="004B77DD">
              <w:rPr>
                <w:sz w:val="20"/>
                <w:szCs w:val="20"/>
              </w:rPr>
              <w:t xml:space="preserve"> ŠZ </w:t>
            </w:r>
            <w:proofErr w:type="spellStart"/>
            <w:r w:rsidRPr="004B77DD">
              <w:rPr>
                <w:sz w:val="20"/>
                <w:szCs w:val="20"/>
              </w:rPr>
              <w:t>musí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nastoupit</w:t>
            </w:r>
            <w:proofErr w:type="spellEnd"/>
            <w:r w:rsidRPr="004B77DD">
              <w:rPr>
                <w:sz w:val="20"/>
                <w:szCs w:val="20"/>
              </w:rPr>
              <w:t xml:space="preserve"> do ZŠ. </w:t>
            </w:r>
            <w:proofErr w:type="spellStart"/>
            <w:r w:rsidRPr="004B77DD">
              <w:rPr>
                <w:sz w:val="20"/>
                <w:szCs w:val="20"/>
              </w:rPr>
              <w:t>Chlapci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bude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poskytována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spec.ped.péče</w:t>
            </w:r>
            <w:proofErr w:type="spellEnd"/>
            <w:r w:rsidRPr="004B77DD">
              <w:rPr>
                <w:sz w:val="20"/>
                <w:szCs w:val="20"/>
              </w:rPr>
              <w:t>.</w:t>
            </w:r>
          </w:p>
        </w:tc>
      </w:tr>
      <w:tr w:rsidR="004F2747" w:rsidRPr="004B77DD" w14:paraId="4046E08B" w14:textId="77777777">
        <w:trPr>
          <w:cantSplit/>
        </w:trPr>
        <w:tc>
          <w:tcPr>
            <w:tcW w:w="2494" w:type="dxa"/>
            <w:vAlign w:val="center"/>
          </w:tcPr>
          <w:p w14:paraId="52228772" w14:textId="77777777" w:rsidR="004F2747" w:rsidRPr="004B77DD" w:rsidRDefault="00B25EFB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4B77DD">
              <w:rPr>
                <w:rFonts w:eastAsia="Arial"/>
                <w:sz w:val="20"/>
                <w:szCs w:val="20"/>
              </w:rPr>
              <w:t>Odklady</w:t>
            </w:r>
            <w:proofErr w:type="spellEnd"/>
            <w:r w:rsidRPr="004B77DD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/>
                <w:sz w:val="20"/>
                <w:szCs w:val="20"/>
              </w:rPr>
              <w:t>povinné</w:t>
            </w:r>
            <w:proofErr w:type="spellEnd"/>
            <w:r w:rsidRPr="004B77DD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/>
                <w:sz w:val="20"/>
                <w:szCs w:val="20"/>
              </w:rPr>
              <w:t>školní</w:t>
            </w:r>
            <w:proofErr w:type="spellEnd"/>
            <w:r w:rsidRPr="004B77DD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/>
                <w:sz w:val="20"/>
                <w:szCs w:val="20"/>
              </w:rPr>
              <w:t>docházky</w:t>
            </w:r>
            <w:proofErr w:type="spellEnd"/>
          </w:p>
        </w:tc>
        <w:tc>
          <w:tcPr>
            <w:tcW w:w="4025" w:type="dxa"/>
            <w:vAlign w:val="center"/>
          </w:tcPr>
          <w:p w14:paraId="11B2EF8B" w14:textId="77777777" w:rsidR="004F2747" w:rsidRPr="004B77DD" w:rsidRDefault="009E1096">
            <w:pPr>
              <w:spacing w:after="0" w:line="252" w:lineRule="auto"/>
              <w:rPr>
                <w:sz w:val="20"/>
                <w:szCs w:val="20"/>
              </w:rPr>
            </w:pPr>
            <w:r w:rsidRPr="004B77DD">
              <w:rPr>
                <w:sz w:val="20"/>
                <w:szCs w:val="20"/>
              </w:rPr>
              <w:t xml:space="preserve">1 </w:t>
            </w:r>
            <w:proofErr w:type="spellStart"/>
            <w:r w:rsidRPr="004B77DD">
              <w:rPr>
                <w:sz w:val="20"/>
                <w:szCs w:val="20"/>
              </w:rPr>
              <w:t>dívka</w:t>
            </w:r>
            <w:proofErr w:type="spellEnd"/>
            <w:r w:rsidRPr="004B77DD">
              <w:rPr>
                <w:sz w:val="20"/>
                <w:szCs w:val="20"/>
              </w:rPr>
              <w:t xml:space="preserve"> a 1 </w:t>
            </w:r>
            <w:proofErr w:type="spellStart"/>
            <w:r w:rsidRPr="004B77DD">
              <w:rPr>
                <w:sz w:val="20"/>
                <w:szCs w:val="20"/>
              </w:rPr>
              <w:t>chlapec</w:t>
            </w:r>
            <w:proofErr w:type="spellEnd"/>
            <w:r w:rsidRPr="004B77DD">
              <w:rPr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sz w:val="20"/>
                <w:szCs w:val="20"/>
              </w:rPr>
              <w:t>který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nastoupí</w:t>
            </w:r>
            <w:proofErr w:type="spellEnd"/>
            <w:r w:rsidRPr="004B77DD">
              <w:rPr>
                <w:sz w:val="20"/>
                <w:szCs w:val="20"/>
              </w:rPr>
              <w:t xml:space="preserve"> z </w:t>
            </w:r>
            <w:proofErr w:type="spellStart"/>
            <w:r w:rsidRPr="004B77DD">
              <w:rPr>
                <w:sz w:val="20"/>
                <w:szCs w:val="20"/>
              </w:rPr>
              <w:t>jiné</w:t>
            </w:r>
            <w:proofErr w:type="spellEnd"/>
            <w:r w:rsidRPr="004B77DD">
              <w:rPr>
                <w:sz w:val="20"/>
                <w:szCs w:val="20"/>
              </w:rPr>
              <w:t xml:space="preserve"> MŠ.</w:t>
            </w:r>
          </w:p>
        </w:tc>
        <w:tc>
          <w:tcPr>
            <w:tcW w:w="3345" w:type="dxa"/>
            <w:vAlign w:val="center"/>
          </w:tcPr>
          <w:p w14:paraId="189C53C8" w14:textId="77777777" w:rsidR="004F2747" w:rsidRPr="004B77DD" w:rsidRDefault="009E1096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4B77DD">
              <w:rPr>
                <w:sz w:val="20"/>
                <w:szCs w:val="20"/>
              </w:rPr>
              <w:t>Dětem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bude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vypracován</w:t>
            </w:r>
            <w:proofErr w:type="spellEnd"/>
            <w:r w:rsidRPr="004B77DD">
              <w:rPr>
                <w:sz w:val="20"/>
                <w:szCs w:val="20"/>
              </w:rPr>
              <w:t xml:space="preserve"> PLPP.</w:t>
            </w:r>
          </w:p>
        </w:tc>
      </w:tr>
      <w:tr w:rsidR="004F2747" w:rsidRPr="004B77DD" w14:paraId="60CFF281" w14:textId="77777777">
        <w:trPr>
          <w:cantSplit/>
        </w:trPr>
        <w:tc>
          <w:tcPr>
            <w:tcW w:w="2494" w:type="dxa"/>
            <w:shd w:val="clear" w:color="auto" w:fill="F3F6F8"/>
            <w:vAlign w:val="center"/>
          </w:tcPr>
          <w:p w14:paraId="7A2119DF" w14:textId="77777777" w:rsidR="004F2747" w:rsidRPr="004B77DD" w:rsidRDefault="00B25EFB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4B77DD">
              <w:rPr>
                <w:rFonts w:eastAsia="Arial"/>
                <w:sz w:val="20"/>
                <w:szCs w:val="20"/>
              </w:rPr>
              <w:t>Jazykový</w:t>
            </w:r>
            <w:proofErr w:type="spellEnd"/>
            <w:r w:rsidRPr="004B77DD">
              <w:rPr>
                <w:rFonts w:eastAsia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eastAsia="Arial"/>
                <w:sz w:val="20"/>
                <w:szCs w:val="20"/>
              </w:rPr>
              <w:t>sociální</w:t>
            </w:r>
            <w:proofErr w:type="spellEnd"/>
            <w:r w:rsidRPr="004B77DD">
              <w:rPr>
                <w:rFonts w:eastAsia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eastAsia="Arial"/>
                <w:sz w:val="20"/>
                <w:szCs w:val="20"/>
              </w:rPr>
              <w:t>osobnostní</w:t>
            </w:r>
            <w:proofErr w:type="spellEnd"/>
            <w:r w:rsidRPr="004B77DD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/>
                <w:sz w:val="20"/>
                <w:szCs w:val="20"/>
              </w:rPr>
              <w:t>rozvoj</w:t>
            </w:r>
            <w:proofErr w:type="spellEnd"/>
          </w:p>
        </w:tc>
        <w:tc>
          <w:tcPr>
            <w:tcW w:w="4025" w:type="dxa"/>
            <w:shd w:val="clear" w:color="auto" w:fill="F3F6F8"/>
            <w:vAlign w:val="center"/>
          </w:tcPr>
          <w:p w14:paraId="62EA76FF" w14:textId="77777777" w:rsidR="004F2747" w:rsidRPr="004B77DD" w:rsidRDefault="009E1096" w:rsidP="009E1096">
            <w:pPr>
              <w:spacing w:after="0" w:line="252" w:lineRule="auto"/>
              <w:rPr>
                <w:sz w:val="20"/>
                <w:szCs w:val="20"/>
              </w:rPr>
            </w:pPr>
            <w:r w:rsidRPr="004B77DD">
              <w:rPr>
                <w:sz w:val="20"/>
                <w:szCs w:val="20"/>
              </w:rPr>
              <w:t xml:space="preserve">1 </w:t>
            </w:r>
            <w:proofErr w:type="spellStart"/>
            <w:r w:rsidRPr="004B77DD">
              <w:rPr>
                <w:sz w:val="20"/>
                <w:szCs w:val="20"/>
              </w:rPr>
              <w:t>dívka</w:t>
            </w:r>
            <w:proofErr w:type="spellEnd"/>
            <w:r w:rsidRPr="004B77DD">
              <w:rPr>
                <w:sz w:val="20"/>
                <w:szCs w:val="20"/>
              </w:rPr>
              <w:t xml:space="preserve"> se </w:t>
            </w:r>
            <w:proofErr w:type="spellStart"/>
            <w:r w:rsidRPr="004B77DD">
              <w:rPr>
                <w:sz w:val="20"/>
                <w:szCs w:val="20"/>
              </w:rPr>
              <w:t>přistěhovala</w:t>
            </w:r>
            <w:proofErr w:type="spellEnd"/>
            <w:r w:rsidRPr="004B77DD">
              <w:rPr>
                <w:sz w:val="20"/>
                <w:szCs w:val="20"/>
              </w:rPr>
              <w:t xml:space="preserve"> z </w:t>
            </w:r>
            <w:proofErr w:type="spellStart"/>
            <w:r w:rsidRPr="004B77DD">
              <w:rPr>
                <w:sz w:val="20"/>
                <w:szCs w:val="20"/>
              </w:rPr>
              <w:t>Ameriky</w:t>
            </w:r>
            <w:proofErr w:type="spellEnd"/>
            <w:r w:rsidRPr="004B77DD">
              <w:rPr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sz w:val="20"/>
                <w:szCs w:val="20"/>
              </w:rPr>
              <w:t>nerozuměla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česky</w:t>
            </w:r>
            <w:proofErr w:type="spellEnd"/>
            <w:r w:rsidRPr="004B77DD">
              <w:rPr>
                <w:sz w:val="20"/>
                <w:szCs w:val="20"/>
              </w:rPr>
              <w:t>.</w:t>
            </w:r>
          </w:p>
        </w:tc>
        <w:tc>
          <w:tcPr>
            <w:tcW w:w="3345" w:type="dxa"/>
            <w:shd w:val="clear" w:color="auto" w:fill="F3F6F8"/>
            <w:vAlign w:val="center"/>
          </w:tcPr>
          <w:p w14:paraId="57E3FF8F" w14:textId="77777777" w:rsidR="004F2747" w:rsidRPr="004B77DD" w:rsidRDefault="009E1096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4B77DD">
              <w:rPr>
                <w:sz w:val="20"/>
                <w:szCs w:val="20"/>
              </w:rPr>
              <w:t>Byla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jí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poskytována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spec.ped.péče-doučování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češtiny</w:t>
            </w:r>
            <w:proofErr w:type="spellEnd"/>
            <w:r w:rsidRPr="004B77DD">
              <w:rPr>
                <w:sz w:val="20"/>
                <w:szCs w:val="20"/>
              </w:rPr>
              <w:t>.</w:t>
            </w:r>
          </w:p>
        </w:tc>
      </w:tr>
      <w:tr w:rsidR="004F2747" w:rsidRPr="004B77DD" w14:paraId="2A80EA9F" w14:textId="77777777">
        <w:trPr>
          <w:cantSplit/>
        </w:trPr>
        <w:tc>
          <w:tcPr>
            <w:tcW w:w="2494" w:type="dxa"/>
            <w:vAlign w:val="center"/>
          </w:tcPr>
          <w:p w14:paraId="24972BBC" w14:textId="77777777" w:rsidR="004F2747" w:rsidRPr="004B77DD" w:rsidRDefault="00B25EFB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4B77DD">
              <w:rPr>
                <w:rFonts w:eastAsia="Arial"/>
                <w:sz w:val="20"/>
                <w:szCs w:val="20"/>
              </w:rPr>
              <w:t>Děti</w:t>
            </w:r>
            <w:proofErr w:type="spellEnd"/>
            <w:r w:rsidRPr="004B77DD">
              <w:rPr>
                <w:rFonts w:eastAsia="Arial"/>
                <w:sz w:val="20"/>
                <w:szCs w:val="20"/>
              </w:rPr>
              <w:t xml:space="preserve"> se SVP a </w:t>
            </w:r>
            <w:proofErr w:type="spellStart"/>
            <w:r w:rsidRPr="004B77DD">
              <w:rPr>
                <w:rFonts w:eastAsia="Arial"/>
                <w:sz w:val="20"/>
                <w:szCs w:val="20"/>
              </w:rPr>
              <w:t>děti</w:t>
            </w:r>
            <w:proofErr w:type="spellEnd"/>
            <w:r w:rsidRPr="004B77DD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/>
                <w:sz w:val="20"/>
                <w:szCs w:val="20"/>
              </w:rPr>
              <w:t>nadané</w:t>
            </w:r>
            <w:proofErr w:type="spellEnd"/>
          </w:p>
        </w:tc>
        <w:tc>
          <w:tcPr>
            <w:tcW w:w="4025" w:type="dxa"/>
            <w:vAlign w:val="center"/>
          </w:tcPr>
          <w:p w14:paraId="5675A236" w14:textId="77777777" w:rsidR="004F2747" w:rsidRPr="004B77DD" w:rsidRDefault="003E5B9D">
            <w:pPr>
              <w:spacing w:after="0" w:line="252" w:lineRule="auto"/>
              <w:rPr>
                <w:sz w:val="20"/>
                <w:szCs w:val="20"/>
              </w:rPr>
            </w:pPr>
            <w:r w:rsidRPr="004B77DD">
              <w:rPr>
                <w:sz w:val="20"/>
                <w:szCs w:val="20"/>
              </w:rPr>
              <w:t xml:space="preserve">U 2 </w:t>
            </w:r>
            <w:proofErr w:type="spellStart"/>
            <w:r w:rsidRPr="004B77DD">
              <w:rPr>
                <w:sz w:val="20"/>
                <w:szCs w:val="20"/>
              </w:rPr>
              <w:t>dívek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byl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diagnostikován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mutismus</w:t>
            </w:r>
            <w:proofErr w:type="spellEnd"/>
            <w:r w:rsidRPr="004B77DD">
              <w:rPr>
                <w:sz w:val="20"/>
                <w:szCs w:val="20"/>
              </w:rPr>
              <w:t xml:space="preserve">, 1 </w:t>
            </w:r>
            <w:proofErr w:type="spellStart"/>
            <w:r w:rsidRPr="004B77DD">
              <w:rPr>
                <w:sz w:val="20"/>
                <w:szCs w:val="20"/>
              </w:rPr>
              <w:t>chlapec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má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sluchové</w:t>
            </w:r>
            <w:proofErr w:type="spellEnd"/>
            <w:r w:rsidRPr="004B77DD">
              <w:rPr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sz w:val="20"/>
                <w:szCs w:val="20"/>
              </w:rPr>
              <w:t>zrakové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postižení</w:t>
            </w:r>
            <w:proofErr w:type="spellEnd"/>
            <w:r w:rsidRPr="004B77DD">
              <w:rPr>
                <w:sz w:val="20"/>
                <w:szCs w:val="20"/>
              </w:rPr>
              <w:t>.</w:t>
            </w:r>
          </w:p>
        </w:tc>
        <w:tc>
          <w:tcPr>
            <w:tcW w:w="3345" w:type="dxa"/>
            <w:vAlign w:val="center"/>
          </w:tcPr>
          <w:p w14:paraId="79DCE66D" w14:textId="77777777" w:rsidR="004F2747" w:rsidRPr="004B77DD" w:rsidRDefault="003E5B9D">
            <w:pPr>
              <w:spacing w:after="0" w:line="252" w:lineRule="auto"/>
              <w:rPr>
                <w:sz w:val="20"/>
                <w:szCs w:val="20"/>
              </w:rPr>
            </w:pPr>
            <w:r w:rsidRPr="004B77DD">
              <w:rPr>
                <w:sz w:val="20"/>
                <w:szCs w:val="20"/>
              </w:rPr>
              <w:t xml:space="preserve">Ve </w:t>
            </w:r>
            <w:proofErr w:type="spellStart"/>
            <w:r w:rsidRPr="004B77DD">
              <w:rPr>
                <w:sz w:val="20"/>
                <w:szCs w:val="20"/>
              </w:rPr>
              <w:t>třídě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působila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asistentka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pedagoga</w:t>
            </w:r>
            <w:proofErr w:type="spellEnd"/>
            <w:r w:rsidRPr="004B77DD">
              <w:rPr>
                <w:sz w:val="20"/>
                <w:szCs w:val="20"/>
              </w:rPr>
              <w:t xml:space="preserve">, 1 </w:t>
            </w:r>
            <w:proofErr w:type="spellStart"/>
            <w:r w:rsidRPr="004B77DD">
              <w:rPr>
                <w:sz w:val="20"/>
                <w:szCs w:val="20"/>
              </w:rPr>
              <w:t>dívka</w:t>
            </w:r>
            <w:proofErr w:type="spellEnd"/>
            <w:r w:rsidRPr="004B77DD">
              <w:rPr>
                <w:sz w:val="20"/>
                <w:szCs w:val="20"/>
              </w:rPr>
              <w:t xml:space="preserve"> v </w:t>
            </w:r>
            <w:proofErr w:type="spellStart"/>
            <w:r w:rsidRPr="004B77DD">
              <w:rPr>
                <w:sz w:val="20"/>
                <w:szCs w:val="20"/>
              </w:rPr>
              <w:t>průběhu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roku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promluvila</w:t>
            </w:r>
            <w:proofErr w:type="spellEnd"/>
            <w:r w:rsidRPr="004B77DD">
              <w:rPr>
                <w:sz w:val="20"/>
                <w:szCs w:val="20"/>
              </w:rPr>
              <w:t xml:space="preserve">. </w:t>
            </w:r>
            <w:proofErr w:type="spellStart"/>
            <w:r w:rsidRPr="004B77DD">
              <w:rPr>
                <w:sz w:val="20"/>
                <w:szCs w:val="20"/>
              </w:rPr>
              <w:t>Chlapci</w:t>
            </w:r>
            <w:proofErr w:type="spellEnd"/>
            <w:r w:rsidRPr="004B77DD">
              <w:rPr>
                <w:sz w:val="20"/>
                <w:szCs w:val="20"/>
              </w:rPr>
              <w:t xml:space="preserve"> je </w:t>
            </w:r>
            <w:proofErr w:type="spellStart"/>
            <w:r w:rsidRPr="004B77DD">
              <w:rPr>
                <w:sz w:val="20"/>
                <w:szCs w:val="20"/>
              </w:rPr>
              <w:t>poskytována</w:t>
            </w:r>
            <w:proofErr w:type="spellEnd"/>
            <w:r w:rsidRPr="004B77DD">
              <w:rPr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sz w:val="20"/>
                <w:szCs w:val="20"/>
              </w:rPr>
              <w:t>spec.ped</w:t>
            </w:r>
            <w:proofErr w:type="spellEnd"/>
            <w:r w:rsidRPr="004B77DD">
              <w:rPr>
                <w:sz w:val="20"/>
                <w:szCs w:val="20"/>
              </w:rPr>
              <w:t xml:space="preserve">. </w:t>
            </w:r>
            <w:proofErr w:type="spellStart"/>
            <w:r w:rsidRPr="004B77DD">
              <w:rPr>
                <w:sz w:val="20"/>
                <w:szCs w:val="20"/>
              </w:rPr>
              <w:t>péče</w:t>
            </w:r>
            <w:proofErr w:type="spellEnd"/>
            <w:r w:rsidRPr="004B77DD">
              <w:rPr>
                <w:sz w:val="20"/>
                <w:szCs w:val="20"/>
              </w:rPr>
              <w:t>.</w:t>
            </w:r>
          </w:p>
        </w:tc>
      </w:tr>
    </w:tbl>
    <w:p w14:paraId="2EB59587" w14:textId="77777777" w:rsidR="004F2747" w:rsidRPr="004B77DD" w:rsidRDefault="004F2747">
      <w:pPr>
        <w:spacing w:after="20"/>
        <w:rPr>
          <w:sz w:val="20"/>
          <w:szCs w:val="20"/>
        </w:rPr>
      </w:pPr>
    </w:p>
    <w:p w14:paraId="073625A0" w14:textId="77777777" w:rsidR="004F2747" w:rsidRPr="004B77DD" w:rsidRDefault="000D501F" w:rsidP="000D501F">
      <w:pPr>
        <w:pStyle w:val="Nadpis2"/>
        <w:rPr>
          <w:rFonts w:ascii="Arial" w:hAnsi="Arial" w:cs="Arial"/>
          <w:sz w:val="20"/>
          <w:szCs w:val="20"/>
        </w:rPr>
      </w:pPr>
      <w:r w:rsidRPr="004B77DD">
        <w:rPr>
          <w:rFonts w:ascii="Arial" w:hAnsi="Arial" w:cs="Arial"/>
          <w:sz w:val="20"/>
          <w:szCs w:val="20"/>
        </w:rPr>
        <w:t xml:space="preserve">6.2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Výsledky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základního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vzdělávání</w:t>
      </w:r>
      <w:proofErr w:type="spellEnd"/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1134"/>
        <w:gridCol w:w="1361"/>
        <w:gridCol w:w="1474"/>
        <w:gridCol w:w="1474"/>
        <w:gridCol w:w="3061"/>
      </w:tblGrid>
      <w:tr w:rsidR="004F2747" w:rsidRPr="004B77DD" w14:paraId="2EB9C2A2" w14:textId="77777777">
        <w:trPr>
          <w:cantSplit/>
          <w:tblHeader/>
        </w:trPr>
        <w:tc>
          <w:tcPr>
            <w:tcW w:w="136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34E2CD6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Ročník</w:t>
            </w:r>
            <w:proofErr w:type="spellEnd"/>
          </w:p>
        </w:tc>
        <w:tc>
          <w:tcPr>
            <w:tcW w:w="113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91AF30C" w14:textId="77777777" w:rsidR="004F2747" w:rsidRPr="004B77DD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Žáků</w:t>
            </w:r>
            <w:proofErr w:type="spellEnd"/>
          </w:p>
        </w:tc>
        <w:tc>
          <w:tcPr>
            <w:tcW w:w="136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9EADD04" w14:textId="77777777" w:rsidR="004F2747" w:rsidRPr="004B77DD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Prospěli</w:t>
            </w:r>
            <w:proofErr w:type="spellEnd"/>
          </w:p>
        </w:tc>
        <w:tc>
          <w:tcPr>
            <w:tcW w:w="147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22DAB23" w14:textId="77777777" w:rsidR="004F2747" w:rsidRPr="004B77DD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Neprospěli</w:t>
            </w:r>
            <w:proofErr w:type="spellEnd"/>
          </w:p>
        </w:tc>
        <w:tc>
          <w:tcPr>
            <w:tcW w:w="147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D0B1888" w14:textId="77777777" w:rsidR="004F2747" w:rsidRPr="004B77DD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Nehodnoceni</w:t>
            </w:r>
            <w:proofErr w:type="spellEnd"/>
          </w:p>
        </w:tc>
        <w:tc>
          <w:tcPr>
            <w:tcW w:w="306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DB909CD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Průměr</w:t>
            </w:r>
            <w:proofErr w:type="spellEnd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/</w:t>
            </w: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komentář</w:t>
            </w:r>
            <w:proofErr w:type="spellEnd"/>
          </w:p>
        </w:tc>
      </w:tr>
      <w:tr w:rsidR="004F2747" w:rsidRPr="004B77DD" w14:paraId="13BFD7F0" w14:textId="77777777">
        <w:trPr>
          <w:cantSplit/>
        </w:trPr>
        <w:tc>
          <w:tcPr>
            <w:tcW w:w="1361" w:type="dxa"/>
            <w:vAlign w:val="center"/>
          </w:tcPr>
          <w:p w14:paraId="276C8D6E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eastAsia="Arial" w:cs="Arial"/>
                <w:sz w:val="20"/>
                <w:szCs w:val="20"/>
              </w:rPr>
              <w:t xml:space="preserve">1.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ročník</w:t>
            </w:r>
            <w:proofErr w:type="spellEnd"/>
          </w:p>
        </w:tc>
        <w:tc>
          <w:tcPr>
            <w:tcW w:w="1134" w:type="dxa"/>
            <w:vAlign w:val="center"/>
          </w:tcPr>
          <w:p w14:paraId="0A7A80DE" w14:textId="77777777" w:rsidR="004F2747" w:rsidRPr="004B77DD" w:rsidRDefault="00517BE3" w:rsidP="00517BE3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1361" w:type="dxa"/>
            <w:vAlign w:val="center"/>
          </w:tcPr>
          <w:p w14:paraId="18AE7834" w14:textId="77777777" w:rsidR="004F2747" w:rsidRPr="004B77DD" w:rsidRDefault="00517BE3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1474" w:type="dxa"/>
            <w:vAlign w:val="center"/>
          </w:tcPr>
          <w:p w14:paraId="7846152A" w14:textId="77777777" w:rsidR="004F2747" w:rsidRPr="004B77DD" w:rsidRDefault="00517BE3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474" w:type="dxa"/>
            <w:vAlign w:val="center"/>
          </w:tcPr>
          <w:p w14:paraId="33A6E7E4" w14:textId="77777777" w:rsidR="004F2747" w:rsidRPr="004B77DD" w:rsidRDefault="00517BE3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3061" w:type="dxa"/>
            <w:vAlign w:val="center"/>
          </w:tcPr>
          <w:p w14:paraId="251AE494" w14:textId="77777777" w:rsidR="004F2747" w:rsidRPr="004B77DD" w:rsidRDefault="00517BE3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</w:t>
            </w:r>
          </w:p>
        </w:tc>
      </w:tr>
      <w:tr w:rsidR="004F2747" w:rsidRPr="004B77DD" w14:paraId="6FF4CCC2" w14:textId="77777777">
        <w:trPr>
          <w:cantSplit/>
        </w:trPr>
        <w:tc>
          <w:tcPr>
            <w:tcW w:w="1361" w:type="dxa"/>
            <w:shd w:val="clear" w:color="auto" w:fill="F3F6F8"/>
            <w:vAlign w:val="center"/>
          </w:tcPr>
          <w:p w14:paraId="41CBC151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eastAsia="Arial" w:cs="Arial"/>
                <w:sz w:val="20"/>
                <w:szCs w:val="20"/>
              </w:rPr>
              <w:t xml:space="preserve">2.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ročník</w:t>
            </w:r>
            <w:proofErr w:type="spellEnd"/>
          </w:p>
        </w:tc>
        <w:tc>
          <w:tcPr>
            <w:tcW w:w="1134" w:type="dxa"/>
            <w:shd w:val="clear" w:color="auto" w:fill="F3F6F8"/>
            <w:vAlign w:val="center"/>
          </w:tcPr>
          <w:p w14:paraId="40C423EE" w14:textId="77777777" w:rsidR="004F2747" w:rsidRPr="004B77DD" w:rsidRDefault="00517BE3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361" w:type="dxa"/>
            <w:shd w:val="clear" w:color="auto" w:fill="F3F6F8"/>
            <w:vAlign w:val="center"/>
          </w:tcPr>
          <w:p w14:paraId="3FA343B1" w14:textId="77777777" w:rsidR="004F2747" w:rsidRPr="004B77DD" w:rsidRDefault="00517BE3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474" w:type="dxa"/>
            <w:shd w:val="clear" w:color="auto" w:fill="F3F6F8"/>
            <w:vAlign w:val="center"/>
          </w:tcPr>
          <w:p w14:paraId="7568BC28" w14:textId="77777777" w:rsidR="004F2747" w:rsidRPr="004B77DD" w:rsidRDefault="00517BE3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474" w:type="dxa"/>
            <w:shd w:val="clear" w:color="auto" w:fill="F3F6F8"/>
            <w:vAlign w:val="center"/>
          </w:tcPr>
          <w:p w14:paraId="4E074916" w14:textId="77777777" w:rsidR="004F2747" w:rsidRPr="004B77DD" w:rsidRDefault="00517BE3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3061" w:type="dxa"/>
            <w:shd w:val="clear" w:color="auto" w:fill="F3F6F8"/>
            <w:vAlign w:val="center"/>
          </w:tcPr>
          <w:p w14:paraId="088BA2E4" w14:textId="77777777" w:rsidR="004F2747" w:rsidRPr="004B77DD" w:rsidRDefault="00571F2C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</w:t>
            </w:r>
          </w:p>
        </w:tc>
      </w:tr>
      <w:tr w:rsidR="004F2747" w:rsidRPr="004B77DD" w14:paraId="070108B9" w14:textId="77777777">
        <w:trPr>
          <w:cantSplit/>
        </w:trPr>
        <w:tc>
          <w:tcPr>
            <w:tcW w:w="1361" w:type="dxa"/>
            <w:vAlign w:val="center"/>
          </w:tcPr>
          <w:p w14:paraId="1D6016B4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eastAsia="Arial" w:cs="Arial"/>
                <w:sz w:val="20"/>
                <w:szCs w:val="20"/>
              </w:rPr>
              <w:t xml:space="preserve">3.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ročník</w:t>
            </w:r>
            <w:proofErr w:type="spellEnd"/>
          </w:p>
        </w:tc>
        <w:tc>
          <w:tcPr>
            <w:tcW w:w="1134" w:type="dxa"/>
            <w:vAlign w:val="center"/>
          </w:tcPr>
          <w:p w14:paraId="0A53C458" w14:textId="77777777" w:rsidR="004F2747" w:rsidRPr="004B77DD" w:rsidRDefault="00517BE3" w:rsidP="00517BE3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361" w:type="dxa"/>
            <w:vAlign w:val="center"/>
          </w:tcPr>
          <w:p w14:paraId="4AA02C59" w14:textId="77777777" w:rsidR="004F2747" w:rsidRPr="004B77DD" w:rsidRDefault="00571F2C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474" w:type="dxa"/>
            <w:vAlign w:val="center"/>
          </w:tcPr>
          <w:p w14:paraId="7DD23E00" w14:textId="77777777" w:rsidR="004F2747" w:rsidRPr="004B77DD" w:rsidRDefault="00571F2C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474" w:type="dxa"/>
            <w:vAlign w:val="center"/>
          </w:tcPr>
          <w:p w14:paraId="05A186E1" w14:textId="77777777" w:rsidR="004F2747" w:rsidRPr="004B77DD" w:rsidRDefault="00571F2C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3061" w:type="dxa"/>
            <w:vAlign w:val="center"/>
          </w:tcPr>
          <w:p w14:paraId="20C02967" w14:textId="4AF9217B" w:rsidR="004F2747" w:rsidRPr="004B77DD" w:rsidRDefault="00E642ED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1,016</w:t>
            </w:r>
          </w:p>
        </w:tc>
      </w:tr>
      <w:tr w:rsidR="004F2747" w:rsidRPr="004B77DD" w14:paraId="17A4CC38" w14:textId="77777777">
        <w:trPr>
          <w:cantSplit/>
        </w:trPr>
        <w:tc>
          <w:tcPr>
            <w:tcW w:w="1361" w:type="dxa"/>
            <w:shd w:val="clear" w:color="auto" w:fill="F3F6F8"/>
            <w:vAlign w:val="center"/>
          </w:tcPr>
          <w:p w14:paraId="4DB84C71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eastAsia="Arial" w:cs="Arial"/>
                <w:sz w:val="20"/>
                <w:szCs w:val="20"/>
              </w:rPr>
              <w:t xml:space="preserve">4.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ročník</w:t>
            </w:r>
            <w:proofErr w:type="spellEnd"/>
          </w:p>
        </w:tc>
        <w:tc>
          <w:tcPr>
            <w:tcW w:w="1134" w:type="dxa"/>
            <w:shd w:val="clear" w:color="auto" w:fill="F3F6F8"/>
            <w:vAlign w:val="center"/>
          </w:tcPr>
          <w:p w14:paraId="32595D79" w14:textId="77777777" w:rsidR="004F2747" w:rsidRPr="004B77DD" w:rsidRDefault="00517BE3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1361" w:type="dxa"/>
            <w:shd w:val="clear" w:color="auto" w:fill="F3F6F8"/>
            <w:vAlign w:val="center"/>
          </w:tcPr>
          <w:p w14:paraId="2963BD4E" w14:textId="77777777" w:rsidR="004F2747" w:rsidRPr="004B77DD" w:rsidRDefault="00571F2C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1474" w:type="dxa"/>
            <w:shd w:val="clear" w:color="auto" w:fill="F3F6F8"/>
            <w:vAlign w:val="center"/>
          </w:tcPr>
          <w:p w14:paraId="726224B6" w14:textId="77777777" w:rsidR="004F2747" w:rsidRPr="004B77DD" w:rsidRDefault="00571F2C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474" w:type="dxa"/>
            <w:shd w:val="clear" w:color="auto" w:fill="F3F6F8"/>
            <w:vAlign w:val="center"/>
          </w:tcPr>
          <w:p w14:paraId="3A274FFB" w14:textId="77777777" w:rsidR="004F2747" w:rsidRPr="004B77DD" w:rsidRDefault="00571F2C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3061" w:type="dxa"/>
            <w:shd w:val="clear" w:color="auto" w:fill="F3F6F8"/>
            <w:vAlign w:val="center"/>
          </w:tcPr>
          <w:p w14:paraId="11341F63" w14:textId="29A1C2C2" w:rsidR="004F2747" w:rsidRPr="004B77DD" w:rsidRDefault="00E642ED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1,062</w:t>
            </w:r>
          </w:p>
        </w:tc>
      </w:tr>
      <w:tr w:rsidR="004F2747" w:rsidRPr="004B77DD" w14:paraId="15DCCAE9" w14:textId="77777777">
        <w:trPr>
          <w:cantSplit/>
        </w:trPr>
        <w:tc>
          <w:tcPr>
            <w:tcW w:w="1361" w:type="dxa"/>
            <w:vAlign w:val="center"/>
          </w:tcPr>
          <w:p w14:paraId="283B3D1D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eastAsia="Arial" w:cs="Arial"/>
                <w:sz w:val="20"/>
                <w:szCs w:val="20"/>
              </w:rPr>
              <w:t xml:space="preserve">5.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ročník</w:t>
            </w:r>
            <w:proofErr w:type="spellEnd"/>
          </w:p>
        </w:tc>
        <w:tc>
          <w:tcPr>
            <w:tcW w:w="1134" w:type="dxa"/>
            <w:vAlign w:val="center"/>
          </w:tcPr>
          <w:p w14:paraId="03A440EE" w14:textId="77777777" w:rsidR="004F2747" w:rsidRPr="004B77DD" w:rsidRDefault="00517BE3" w:rsidP="00517BE3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361" w:type="dxa"/>
            <w:vAlign w:val="center"/>
          </w:tcPr>
          <w:p w14:paraId="4F5B9133" w14:textId="77777777" w:rsidR="004F2747" w:rsidRPr="004B77DD" w:rsidRDefault="00571F2C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474" w:type="dxa"/>
            <w:vAlign w:val="center"/>
          </w:tcPr>
          <w:p w14:paraId="06DE27D9" w14:textId="77777777" w:rsidR="004F2747" w:rsidRPr="004B77DD" w:rsidRDefault="00571F2C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474" w:type="dxa"/>
            <w:vAlign w:val="center"/>
          </w:tcPr>
          <w:p w14:paraId="13AB6CE7" w14:textId="77777777" w:rsidR="004F2747" w:rsidRPr="004B77DD" w:rsidRDefault="00571F2C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3061" w:type="dxa"/>
            <w:vAlign w:val="center"/>
          </w:tcPr>
          <w:p w14:paraId="327D8ED2" w14:textId="466BA9AA" w:rsidR="004F2747" w:rsidRPr="004B77DD" w:rsidRDefault="00E642ED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1,091</w:t>
            </w:r>
          </w:p>
        </w:tc>
      </w:tr>
      <w:tr w:rsidR="004F2747" w:rsidRPr="004B77DD" w14:paraId="56EE5740" w14:textId="77777777">
        <w:trPr>
          <w:cantSplit/>
        </w:trPr>
        <w:tc>
          <w:tcPr>
            <w:tcW w:w="1361" w:type="dxa"/>
            <w:shd w:val="clear" w:color="auto" w:fill="F3F6F8"/>
            <w:vAlign w:val="center"/>
          </w:tcPr>
          <w:p w14:paraId="5260FE19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Celkem</w:t>
            </w:r>
            <w:proofErr w:type="spellEnd"/>
          </w:p>
        </w:tc>
        <w:tc>
          <w:tcPr>
            <w:tcW w:w="1134" w:type="dxa"/>
            <w:shd w:val="clear" w:color="auto" w:fill="F3F6F8"/>
            <w:vAlign w:val="center"/>
          </w:tcPr>
          <w:p w14:paraId="6E00DA6C" w14:textId="77777777" w:rsidR="004F2747" w:rsidRPr="004B77DD" w:rsidRDefault="00517BE3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61</w:t>
            </w:r>
          </w:p>
        </w:tc>
        <w:tc>
          <w:tcPr>
            <w:tcW w:w="1361" w:type="dxa"/>
            <w:shd w:val="clear" w:color="auto" w:fill="F3F6F8"/>
            <w:vAlign w:val="center"/>
          </w:tcPr>
          <w:p w14:paraId="31C85D2B" w14:textId="77777777" w:rsidR="004F2747" w:rsidRPr="004B77DD" w:rsidRDefault="00571F2C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61</w:t>
            </w:r>
          </w:p>
        </w:tc>
        <w:tc>
          <w:tcPr>
            <w:tcW w:w="1474" w:type="dxa"/>
            <w:shd w:val="clear" w:color="auto" w:fill="F3F6F8"/>
            <w:vAlign w:val="center"/>
          </w:tcPr>
          <w:p w14:paraId="6EAAFEE1" w14:textId="77777777" w:rsidR="004F2747" w:rsidRPr="004B77DD" w:rsidRDefault="00571F2C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474" w:type="dxa"/>
            <w:shd w:val="clear" w:color="auto" w:fill="F3F6F8"/>
            <w:vAlign w:val="center"/>
          </w:tcPr>
          <w:p w14:paraId="3100E9C9" w14:textId="77777777" w:rsidR="004F2747" w:rsidRPr="004B77DD" w:rsidRDefault="00571F2C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3061" w:type="dxa"/>
            <w:shd w:val="clear" w:color="auto" w:fill="F3F6F8"/>
            <w:vAlign w:val="center"/>
          </w:tcPr>
          <w:p w14:paraId="0B159B2A" w14:textId="25EDBEBD" w:rsidR="004F2747" w:rsidRPr="004B77DD" w:rsidRDefault="00E642ED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1,033</w:t>
            </w:r>
          </w:p>
        </w:tc>
      </w:tr>
    </w:tbl>
    <w:p w14:paraId="1096068C" w14:textId="77777777" w:rsidR="004F2747" w:rsidRPr="004B77DD" w:rsidRDefault="004F2747">
      <w:pPr>
        <w:spacing w:after="20"/>
        <w:rPr>
          <w:rFonts w:cs="Arial"/>
          <w:sz w:val="20"/>
          <w:szCs w:val="20"/>
        </w:rPr>
      </w:pPr>
    </w:p>
    <w:p w14:paraId="6685E998" w14:textId="77777777" w:rsidR="004F2747" w:rsidRPr="004B77DD" w:rsidRDefault="000D501F" w:rsidP="000D501F">
      <w:pPr>
        <w:pStyle w:val="Nadpis2"/>
        <w:rPr>
          <w:rFonts w:ascii="Arial" w:hAnsi="Arial" w:cs="Arial"/>
          <w:sz w:val="20"/>
          <w:szCs w:val="20"/>
        </w:rPr>
      </w:pPr>
      <w:r w:rsidRPr="004B77DD">
        <w:rPr>
          <w:rFonts w:ascii="Arial" w:hAnsi="Arial" w:cs="Arial"/>
          <w:sz w:val="20"/>
          <w:szCs w:val="20"/>
        </w:rPr>
        <w:t xml:space="preserve">6.3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Docházka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výchovná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opatření</w:t>
      </w:r>
      <w:proofErr w:type="spellEnd"/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814"/>
        <w:gridCol w:w="5216"/>
      </w:tblGrid>
      <w:tr w:rsidR="004F2747" w:rsidRPr="004B77DD" w14:paraId="0A38B34D" w14:textId="77777777">
        <w:trPr>
          <w:cantSplit/>
          <w:tblHeader/>
        </w:trPr>
        <w:tc>
          <w:tcPr>
            <w:tcW w:w="283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A5F6A06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Ukazatel</w:t>
            </w:r>
            <w:proofErr w:type="spellEnd"/>
          </w:p>
        </w:tc>
        <w:tc>
          <w:tcPr>
            <w:tcW w:w="181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973410B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Počet</w:t>
            </w:r>
            <w:proofErr w:type="spellEnd"/>
          </w:p>
        </w:tc>
        <w:tc>
          <w:tcPr>
            <w:tcW w:w="5216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5932D2B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Komentář</w:t>
            </w:r>
            <w:proofErr w:type="spellEnd"/>
          </w:p>
        </w:tc>
      </w:tr>
      <w:tr w:rsidR="004F2747" w:rsidRPr="004B77DD" w14:paraId="3CE4A03F" w14:textId="77777777">
        <w:trPr>
          <w:cantSplit/>
        </w:trPr>
        <w:tc>
          <w:tcPr>
            <w:tcW w:w="2835" w:type="dxa"/>
            <w:vAlign w:val="center"/>
          </w:tcPr>
          <w:p w14:paraId="3C433AEF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Omluvené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hodiny</w:t>
            </w:r>
            <w:proofErr w:type="spellEnd"/>
          </w:p>
        </w:tc>
        <w:tc>
          <w:tcPr>
            <w:tcW w:w="1814" w:type="dxa"/>
            <w:vAlign w:val="center"/>
          </w:tcPr>
          <w:p w14:paraId="7A38B1DF" w14:textId="1C9EC44F" w:rsidR="004F2747" w:rsidRPr="004B77DD" w:rsidRDefault="00A2383E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1068</w:t>
            </w:r>
          </w:p>
        </w:tc>
        <w:tc>
          <w:tcPr>
            <w:tcW w:w="5216" w:type="dxa"/>
            <w:vAlign w:val="center"/>
          </w:tcPr>
          <w:p w14:paraId="6C0CAA0D" w14:textId="2EBC3D07" w:rsidR="004F2747" w:rsidRPr="004B77DD" w:rsidRDefault="00A2383E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Důvodem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byly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zejména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nemoci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dětí</w:t>
            </w:r>
            <w:proofErr w:type="spellEnd"/>
          </w:p>
        </w:tc>
      </w:tr>
      <w:tr w:rsidR="004F2747" w:rsidRPr="004B77DD" w14:paraId="05DB7D8D" w14:textId="77777777">
        <w:trPr>
          <w:cantSplit/>
        </w:trPr>
        <w:tc>
          <w:tcPr>
            <w:tcW w:w="2835" w:type="dxa"/>
            <w:shd w:val="clear" w:color="auto" w:fill="F3F6F8"/>
            <w:vAlign w:val="center"/>
          </w:tcPr>
          <w:p w14:paraId="29E45D8A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Neomluvené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hodiny</w:t>
            </w:r>
            <w:proofErr w:type="spellEnd"/>
          </w:p>
        </w:tc>
        <w:tc>
          <w:tcPr>
            <w:tcW w:w="1814" w:type="dxa"/>
            <w:shd w:val="clear" w:color="auto" w:fill="F3F6F8"/>
            <w:vAlign w:val="center"/>
          </w:tcPr>
          <w:p w14:paraId="38E54A01" w14:textId="77777777" w:rsidR="004F2747" w:rsidRPr="004B77DD" w:rsidRDefault="009303CA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5216" w:type="dxa"/>
            <w:shd w:val="clear" w:color="auto" w:fill="F3F6F8"/>
            <w:vAlign w:val="center"/>
          </w:tcPr>
          <w:p w14:paraId="4F54DE28" w14:textId="77777777" w:rsidR="004F2747" w:rsidRPr="004B77DD" w:rsidRDefault="004F274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</w:p>
        </w:tc>
      </w:tr>
      <w:tr w:rsidR="004F2747" w:rsidRPr="004B77DD" w14:paraId="52D57232" w14:textId="77777777">
        <w:trPr>
          <w:cantSplit/>
        </w:trPr>
        <w:tc>
          <w:tcPr>
            <w:tcW w:w="2835" w:type="dxa"/>
            <w:vAlign w:val="center"/>
          </w:tcPr>
          <w:p w14:paraId="506C359B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Pochvaly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ocenění</w:t>
            </w:r>
            <w:proofErr w:type="spellEnd"/>
          </w:p>
        </w:tc>
        <w:tc>
          <w:tcPr>
            <w:tcW w:w="1814" w:type="dxa"/>
            <w:vAlign w:val="center"/>
          </w:tcPr>
          <w:p w14:paraId="62515BAA" w14:textId="77777777" w:rsidR="004F2747" w:rsidRPr="004B77DD" w:rsidRDefault="009303CA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61</w:t>
            </w:r>
          </w:p>
        </w:tc>
        <w:tc>
          <w:tcPr>
            <w:tcW w:w="5216" w:type="dxa"/>
            <w:vAlign w:val="center"/>
          </w:tcPr>
          <w:p w14:paraId="66367939" w14:textId="02159123" w:rsidR="004F2747" w:rsidRPr="004B77DD" w:rsidRDefault="009303CA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 xml:space="preserve">Za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vánoční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8859A2" w:rsidRPr="004B77DD">
              <w:rPr>
                <w:rFonts w:cs="Arial"/>
                <w:sz w:val="20"/>
                <w:szCs w:val="20"/>
              </w:rPr>
              <w:t>k</w:t>
            </w:r>
            <w:r w:rsidRPr="004B77DD">
              <w:rPr>
                <w:rFonts w:cs="Arial"/>
                <w:sz w:val="20"/>
                <w:szCs w:val="20"/>
              </w:rPr>
              <w:t>oncert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za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recitační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soutěž</w:t>
            </w:r>
            <w:proofErr w:type="spellEnd"/>
          </w:p>
        </w:tc>
      </w:tr>
      <w:tr w:rsidR="004F2747" w:rsidRPr="004B77DD" w14:paraId="33BE8665" w14:textId="77777777">
        <w:trPr>
          <w:cantSplit/>
        </w:trPr>
        <w:tc>
          <w:tcPr>
            <w:tcW w:w="2835" w:type="dxa"/>
            <w:shd w:val="clear" w:color="auto" w:fill="F3F6F8"/>
            <w:vAlign w:val="center"/>
          </w:tcPr>
          <w:p w14:paraId="618AD6FB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Kázeňská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opatření</w:t>
            </w:r>
            <w:proofErr w:type="spellEnd"/>
          </w:p>
        </w:tc>
        <w:tc>
          <w:tcPr>
            <w:tcW w:w="1814" w:type="dxa"/>
            <w:shd w:val="clear" w:color="auto" w:fill="F3F6F8"/>
            <w:vAlign w:val="center"/>
          </w:tcPr>
          <w:p w14:paraId="26664DD3" w14:textId="77777777" w:rsidR="004F2747" w:rsidRPr="004B77DD" w:rsidRDefault="009303CA" w:rsidP="009303CA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5216" w:type="dxa"/>
            <w:shd w:val="clear" w:color="auto" w:fill="F3F6F8"/>
            <w:vAlign w:val="center"/>
          </w:tcPr>
          <w:p w14:paraId="3DC46E0C" w14:textId="77777777" w:rsidR="004F2747" w:rsidRPr="004B77DD" w:rsidRDefault="004F274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2F36A7D6" w14:textId="77777777" w:rsidR="004F2747" w:rsidRPr="004B77DD" w:rsidRDefault="004F2747">
      <w:pPr>
        <w:spacing w:after="20"/>
        <w:rPr>
          <w:rFonts w:cs="Arial"/>
          <w:sz w:val="20"/>
          <w:szCs w:val="20"/>
        </w:rPr>
      </w:pPr>
    </w:p>
    <w:p w14:paraId="5ED179BB" w14:textId="77777777" w:rsidR="004F2747" w:rsidRPr="004B77DD" w:rsidRDefault="000D501F" w:rsidP="00005E09">
      <w:pPr>
        <w:pStyle w:val="Nadpis2"/>
        <w:shd w:val="clear" w:color="auto" w:fill="FFFFFF" w:themeFill="background1"/>
        <w:rPr>
          <w:rFonts w:ascii="Arial" w:hAnsi="Arial" w:cs="Arial"/>
          <w:sz w:val="20"/>
          <w:szCs w:val="20"/>
        </w:rPr>
      </w:pPr>
      <w:r w:rsidRPr="004B77DD">
        <w:rPr>
          <w:rFonts w:ascii="Arial" w:hAnsi="Arial" w:cs="Arial"/>
          <w:sz w:val="20"/>
          <w:szCs w:val="20"/>
        </w:rPr>
        <w:t xml:space="preserve">6.4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Výsledky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externího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interního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ověřování</w:t>
      </w:r>
      <w:proofErr w:type="spellEnd"/>
    </w:p>
    <w:p w14:paraId="703FDBCD" w14:textId="0D0E4BC7" w:rsidR="001D0E43" w:rsidRPr="004B77DD" w:rsidRDefault="001D0E43" w:rsidP="001D0E43">
      <w:pPr>
        <w:rPr>
          <w:rFonts w:cs="Arial"/>
          <w:sz w:val="20"/>
          <w:szCs w:val="20"/>
        </w:rPr>
      </w:pPr>
      <w:proofErr w:type="spellStart"/>
      <w:r w:rsidRPr="004B77DD">
        <w:rPr>
          <w:rFonts w:cs="Arial"/>
          <w:sz w:val="20"/>
          <w:szCs w:val="20"/>
        </w:rPr>
        <w:t>Naše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škola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výsledky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vzdělávání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pravidelně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ověřuje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přes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celonárodní</w:t>
      </w:r>
      <w:proofErr w:type="spellEnd"/>
      <w:r w:rsidRPr="004B77DD">
        <w:rPr>
          <w:rFonts w:cs="Arial"/>
          <w:sz w:val="20"/>
          <w:szCs w:val="20"/>
        </w:rPr>
        <w:t xml:space="preserve"> SCIO testy. Ve </w:t>
      </w:r>
      <w:proofErr w:type="spellStart"/>
      <w:r w:rsidRPr="004B77DD">
        <w:rPr>
          <w:rFonts w:cs="Arial"/>
          <w:sz w:val="20"/>
          <w:szCs w:val="20"/>
        </w:rPr>
        <w:t>školním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roce</w:t>
      </w:r>
      <w:proofErr w:type="spellEnd"/>
      <w:r w:rsidRPr="004B77DD">
        <w:rPr>
          <w:rFonts w:cs="Arial"/>
          <w:sz w:val="20"/>
          <w:szCs w:val="20"/>
        </w:rPr>
        <w:t xml:space="preserve"> 2025-2026 se </w:t>
      </w:r>
      <w:proofErr w:type="spellStart"/>
      <w:r w:rsidRPr="004B77DD">
        <w:rPr>
          <w:rFonts w:cs="Arial"/>
          <w:sz w:val="20"/>
          <w:szCs w:val="20"/>
        </w:rPr>
        <w:t>testování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účastnilo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přibližně</w:t>
      </w:r>
      <w:proofErr w:type="spellEnd"/>
      <w:r w:rsidRPr="004B77DD">
        <w:rPr>
          <w:rFonts w:cs="Arial"/>
          <w:sz w:val="20"/>
          <w:szCs w:val="20"/>
        </w:rPr>
        <w:t xml:space="preserve"> 1</w:t>
      </w:r>
      <w:r w:rsidR="00060AB1" w:rsidRPr="004B77DD">
        <w:rPr>
          <w:rFonts w:cs="Arial"/>
          <w:sz w:val="20"/>
          <w:szCs w:val="20"/>
        </w:rPr>
        <w:t>3</w:t>
      </w:r>
      <w:r w:rsidRPr="004B77DD">
        <w:rPr>
          <w:rFonts w:cs="Arial"/>
          <w:sz w:val="20"/>
          <w:szCs w:val="20"/>
        </w:rPr>
        <w:t xml:space="preserve">.000 </w:t>
      </w:r>
      <w:proofErr w:type="spellStart"/>
      <w:r w:rsidRPr="004B77DD">
        <w:rPr>
          <w:rFonts w:cs="Arial"/>
          <w:sz w:val="20"/>
          <w:szCs w:val="20"/>
        </w:rPr>
        <w:t>žáků</w:t>
      </w:r>
      <w:proofErr w:type="spellEnd"/>
      <w:r w:rsidRPr="004B77DD">
        <w:rPr>
          <w:rFonts w:cs="Arial"/>
          <w:sz w:val="20"/>
          <w:szCs w:val="20"/>
        </w:rPr>
        <w:t xml:space="preserve"> 3. a 5. </w:t>
      </w:r>
      <w:proofErr w:type="spellStart"/>
      <w:r w:rsidRPr="004B77DD">
        <w:rPr>
          <w:rFonts w:cs="Arial"/>
          <w:sz w:val="20"/>
          <w:szCs w:val="20"/>
        </w:rPr>
        <w:t>ročníků</w:t>
      </w:r>
      <w:proofErr w:type="spellEnd"/>
      <w:r w:rsidRPr="004B77DD">
        <w:rPr>
          <w:rFonts w:cs="Arial"/>
          <w:sz w:val="20"/>
          <w:szCs w:val="20"/>
        </w:rPr>
        <w:t xml:space="preserve"> z </w:t>
      </w:r>
      <w:proofErr w:type="spellStart"/>
      <w:r w:rsidRPr="004B77DD">
        <w:rPr>
          <w:rFonts w:cs="Arial"/>
          <w:sz w:val="20"/>
          <w:szCs w:val="20"/>
        </w:rPr>
        <w:t>přibližně</w:t>
      </w:r>
      <w:proofErr w:type="spellEnd"/>
      <w:r w:rsidRPr="004B77DD">
        <w:rPr>
          <w:rFonts w:cs="Arial"/>
          <w:sz w:val="20"/>
          <w:szCs w:val="20"/>
        </w:rPr>
        <w:t xml:space="preserve"> 685 </w:t>
      </w:r>
      <w:proofErr w:type="spellStart"/>
      <w:r w:rsidRPr="004B77DD">
        <w:rPr>
          <w:rFonts w:cs="Arial"/>
          <w:sz w:val="20"/>
          <w:szCs w:val="20"/>
        </w:rPr>
        <w:t>škol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Podrobné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výsledky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jsou</w:t>
      </w:r>
      <w:proofErr w:type="spellEnd"/>
      <w:r w:rsidRPr="004B77DD">
        <w:rPr>
          <w:rFonts w:cs="Arial"/>
          <w:sz w:val="20"/>
          <w:szCs w:val="20"/>
        </w:rPr>
        <w:t xml:space="preserve"> v </w:t>
      </w:r>
      <w:proofErr w:type="spellStart"/>
      <w:r w:rsidRPr="004B77DD">
        <w:rPr>
          <w:rFonts w:cs="Arial"/>
          <w:sz w:val="20"/>
          <w:szCs w:val="20"/>
        </w:rPr>
        <w:t>příloze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této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výroční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zprávy</w:t>
      </w:r>
      <w:proofErr w:type="spellEnd"/>
      <w:r w:rsidRPr="004B77DD">
        <w:rPr>
          <w:rFonts w:cs="Arial"/>
          <w:sz w:val="20"/>
          <w:szCs w:val="20"/>
        </w:rPr>
        <w:t>.</w:t>
      </w:r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134"/>
        <w:gridCol w:w="1701"/>
        <w:gridCol w:w="2041"/>
        <w:gridCol w:w="3005"/>
      </w:tblGrid>
      <w:tr w:rsidR="004F2747" w:rsidRPr="004B77DD" w14:paraId="041E3B60" w14:textId="77777777">
        <w:trPr>
          <w:cantSplit/>
          <w:tblHeader/>
        </w:trPr>
        <w:tc>
          <w:tcPr>
            <w:tcW w:w="198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537F598" w14:textId="77777777" w:rsidR="004F2747" w:rsidRPr="004B77DD" w:rsidRDefault="00B25EFB" w:rsidP="000D501F">
            <w:pPr>
              <w:pStyle w:val="Nadpis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B77DD">
              <w:rPr>
                <w:rFonts w:ascii="Arial" w:hAnsi="Arial" w:cs="Arial"/>
                <w:color w:val="FFFFFF"/>
                <w:sz w:val="20"/>
                <w:szCs w:val="20"/>
              </w:rPr>
              <w:t>Nástroj</w:t>
            </w:r>
            <w:proofErr w:type="spellEnd"/>
          </w:p>
        </w:tc>
        <w:tc>
          <w:tcPr>
            <w:tcW w:w="113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ED588F4" w14:textId="77777777" w:rsidR="004F2747" w:rsidRPr="004B77DD" w:rsidRDefault="00B25EFB" w:rsidP="000D501F">
            <w:pPr>
              <w:pStyle w:val="Nadpis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B77DD">
              <w:rPr>
                <w:rFonts w:ascii="Arial" w:hAnsi="Arial" w:cs="Arial"/>
                <w:color w:val="FFFFFF"/>
                <w:sz w:val="20"/>
                <w:szCs w:val="20"/>
              </w:rPr>
              <w:t>Ročník</w:t>
            </w:r>
            <w:proofErr w:type="spellEnd"/>
          </w:p>
        </w:tc>
        <w:tc>
          <w:tcPr>
            <w:tcW w:w="170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0F3F673" w14:textId="77777777" w:rsidR="004F2747" w:rsidRPr="004B77DD" w:rsidRDefault="00B25EFB" w:rsidP="000D501F">
            <w:pPr>
              <w:pStyle w:val="Nadpis2"/>
              <w:rPr>
                <w:rFonts w:ascii="Arial" w:hAnsi="Arial" w:cs="Arial"/>
                <w:sz w:val="20"/>
                <w:szCs w:val="20"/>
              </w:rPr>
            </w:pPr>
            <w:r w:rsidRPr="004B77DD">
              <w:rPr>
                <w:rFonts w:ascii="Arial" w:hAnsi="Arial" w:cs="Arial"/>
                <w:color w:val="FFFFFF"/>
                <w:sz w:val="20"/>
                <w:szCs w:val="20"/>
              </w:rPr>
              <w:t>Oblast</w:t>
            </w:r>
          </w:p>
        </w:tc>
        <w:tc>
          <w:tcPr>
            <w:tcW w:w="204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A424C5A" w14:textId="77777777" w:rsidR="004F2747" w:rsidRPr="004B77DD" w:rsidRDefault="00B25EFB" w:rsidP="000D501F">
            <w:pPr>
              <w:pStyle w:val="Nadpis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B77DD">
              <w:rPr>
                <w:rFonts w:ascii="Arial" w:hAnsi="Arial" w:cs="Arial"/>
                <w:color w:val="FFFFFF"/>
                <w:sz w:val="20"/>
                <w:szCs w:val="20"/>
              </w:rPr>
              <w:t>Výsledek</w:t>
            </w:r>
            <w:proofErr w:type="spellEnd"/>
          </w:p>
        </w:tc>
        <w:tc>
          <w:tcPr>
            <w:tcW w:w="300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C7809D6" w14:textId="77777777" w:rsidR="004F2747" w:rsidRPr="004B77DD" w:rsidRDefault="00B25EFB" w:rsidP="000D501F">
            <w:pPr>
              <w:pStyle w:val="Nadpis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B77DD">
              <w:rPr>
                <w:rFonts w:ascii="Arial" w:hAnsi="Arial" w:cs="Arial"/>
                <w:color w:val="FFFFFF"/>
                <w:sz w:val="20"/>
                <w:szCs w:val="20"/>
              </w:rPr>
              <w:t>Interpretace</w:t>
            </w:r>
            <w:proofErr w:type="spellEnd"/>
            <w:r w:rsidRPr="004B77DD">
              <w:rPr>
                <w:rFonts w:ascii="Arial" w:hAnsi="Arial" w:cs="Arial"/>
                <w:color w:val="FFFFFF"/>
                <w:sz w:val="20"/>
                <w:szCs w:val="20"/>
              </w:rPr>
              <w:t>/</w:t>
            </w:r>
            <w:proofErr w:type="spellStart"/>
            <w:r w:rsidRPr="004B77DD">
              <w:rPr>
                <w:rFonts w:ascii="Arial" w:hAnsi="Arial" w:cs="Arial"/>
                <w:color w:val="FFFFFF"/>
                <w:sz w:val="20"/>
                <w:szCs w:val="20"/>
              </w:rPr>
              <w:t>opatření</w:t>
            </w:r>
            <w:proofErr w:type="spellEnd"/>
          </w:p>
        </w:tc>
      </w:tr>
      <w:tr w:rsidR="004F2747" w:rsidRPr="004B77DD" w14:paraId="4F53ED0A" w14:textId="77777777" w:rsidTr="00417CEE">
        <w:trPr>
          <w:cantSplit/>
        </w:trPr>
        <w:tc>
          <w:tcPr>
            <w:tcW w:w="1984" w:type="dxa"/>
            <w:vAlign w:val="center"/>
          </w:tcPr>
          <w:p w14:paraId="16D8832E" w14:textId="77777777" w:rsidR="004F2747" w:rsidRPr="004B77DD" w:rsidRDefault="0082675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SCIO testy</w:t>
            </w:r>
          </w:p>
        </w:tc>
        <w:tc>
          <w:tcPr>
            <w:tcW w:w="1134" w:type="dxa"/>
            <w:vAlign w:val="center"/>
          </w:tcPr>
          <w:p w14:paraId="0B2D431F" w14:textId="77777777" w:rsidR="004F2747" w:rsidRPr="004B77DD" w:rsidRDefault="0082675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1701" w:type="dxa"/>
            <w:vAlign w:val="center"/>
          </w:tcPr>
          <w:p w14:paraId="6274B3B5" w14:textId="77777777" w:rsidR="004F2747" w:rsidRPr="004B77DD" w:rsidRDefault="0082675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Matematika</w:t>
            </w:r>
            <w:proofErr w:type="spellEnd"/>
          </w:p>
        </w:tc>
        <w:tc>
          <w:tcPr>
            <w:tcW w:w="2041" w:type="dxa"/>
            <w:vAlign w:val="center"/>
          </w:tcPr>
          <w:p w14:paraId="321F107B" w14:textId="3B2646F4" w:rsidR="004F2747" w:rsidRPr="004B77DD" w:rsidRDefault="00B2707E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Výsledky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našich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žáků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jsou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lepší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než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u 70%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zúčastněných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škol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005" w:type="dxa"/>
            <w:vAlign w:val="center"/>
          </w:tcPr>
          <w:p w14:paraId="6CC7FD79" w14:textId="25B7D3B5" w:rsidR="004F2747" w:rsidRPr="004B77DD" w:rsidRDefault="00417CEE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Zlepšovat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výsledky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1E47C6" w:rsidRPr="004B77DD">
              <w:rPr>
                <w:rFonts w:cs="Arial"/>
                <w:sz w:val="20"/>
                <w:szCs w:val="20"/>
              </w:rPr>
              <w:t>různými</w:t>
            </w:r>
            <w:proofErr w:type="spellEnd"/>
            <w:r w:rsidR="001E47C6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1E47C6" w:rsidRPr="004B77DD">
              <w:rPr>
                <w:rFonts w:cs="Arial"/>
                <w:sz w:val="20"/>
                <w:szCs w:val="20"/>
              </w:rPr>
              <w:t>metodami</w:t>
            </w:r>
            <w:proofErr w:type="spellEnd"/>
            <w:r w:rsidR="001E47C6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1E47C6" w:rsidRPr="004B77DD">
              <w:rPr>
                <w:rFonts w:cs="Arial"/>
                <w:sz w:val="20"/>
                <w:szCs w:val="20"/>
              </w:rPr>
              <w:t>vzdělávání</w:t>
            </w:r>
            <w:proofErr w:type="spellEnd"/>
            <w:r w:rsidR="001E47C6" w:rsidRPr="004B77DD">
              <w:rPr>
                <w:rFonts w:cs="Arial"/>
                <w:sz w:val="20"/>
                <w:szCs w:val="20"/>
              </w:rPr>
              <w:t>.</w:t>
            </w:r>
          </w:p>
        </w:tc>
      </w:tr>
      <w:tr w:rsidR="00826751" w:rsidRPr="004B77DD" w14:paraId="2E3CB3CF" w14:textId="77777777">
        <w:trPr>
          <w:cantSplit/>
        </w:trPr>
        <w:tc>
          <w:tcPr>
            <w:tcW w:w="1984" w:type="dxa"/>
            <w:vAlign w:val="center"/>
          </w:tcPr>
          <w:p w14:paraId="61B969A1" w14:textId="77777777" w:rsidR="00826751" w:rsidRPr="004B77DD" w:rsidRDefault="0082675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SCIO testy</w:t>
            </w:r>
          </w:p>
        </w:tc>
        <w:tc>
          <w:tcPr>
            <w:tcW w:w="1134" w:type="dxa"/>
            <w:vAlign w:val="center"/>
          </w:tcPr>
          <w:p w14:paraId="21162CE4" w14:textId="77777777" w:rsidR="00826751" w:rsidRPr="004B77DD" w:rsidRDefault="0082675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1701" w:type="dxa"/>
            <w:vAlign w:val="center"/>
          </w:tcPr>
          <w:p w14:paraId="6AC4F3C7" w14:textId="77777777" w:rsidR="00826751" w:rsidRPr="004B77DD" w:rsidRDefault="0082675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Český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jazyk</w:t>
            </w:r>
            <w:proofErr w:type="spellEnd"/>
          </w:p>
        </w:tc>
        <w:tc>
          <w:tcPr>
            <w:tcW w:w="2041" w:type="dxa"/>
            <w:vAlign w:val="center"/>
          </w:tcPr>
          <w:p w14:paraId="20C9080A" w14:textId="2EF990D9" w:rsidR="00826751" w:rsidRPr="004B77DD" w:rsidRDefault="001D0E43">
            <w:pPr>
              <w:spacing w:after="0" w:line="252" w:lineRule="auto"/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</w:pP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FFFFFF" w:themeFill="background1"/>
              </w:rPr>
              <w:t>Výsledky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FFFFFF" w:themeFill="background1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FFFFFF" w:themeFill="background1"/>
              </w:rPr>
              <w:t>našich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FFFFFF" w:themeFill="background1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FFFFFF" w:themeFill="background1"/>
              </w:rPr>
              <w:t>žáků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FFFFFF" w:themeFill="background1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FFFFFF" w:themeFill="background1"/>
              </w:rPr>
              <w:t>jsou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FFFFFF" w:themeFill="background1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FFFFFF" w:themeFill="background1"/>
              </w:rPr>
              <w:t>lepší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FFFFFF" w:themeFill="background1"/>
              </w:rPr>
              <w:t xml:space="preserve">,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FFFFFF" w:themeFill="background1"/>
              </w:rPr>
              <w:t>než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FFFFFF" w:themeFill="background1"/>
              </w:rPr>
              <w:t xml:space="preserve"> u 70%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FFFFFF" w:themeFill="background1"/>
              </w:rPr>
              <w:t>zúčastněných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FFFFFF" w:themeFill="background1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FFFFFF" w:themeFill="background1"/>
              </w:rPr>
              <w:t>škol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.</w:t>
            </w:r>
          </w:p>
        </w:tc>
        <w:tc>
          <w:tcPr>
            <w:tcW w:w="3005" w:type="dxa"/>
            <w:vAlign w:val="center"/>
          </w:tcPr>
          <w:p w14:paraId="5B462D17" w14:textId="56BA0627" w:rsidR="00826751" w:rsidRPr="004B77DD" w:rsidRDefault="00417CEE">
            <w:pPr>
              <w:spacing w:after="0" w:line="252" w:lineRule="auto"/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</w:pP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Zlepšovat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výsledky</w:t>
            </w:r>
            <w:proofErr w:type="spellEnd"/>
            <w:r w:rsidR="001E47C6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47C6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různými</w:t>
            </w:r>
            <w:proofErr w:type="spellEnd"/>
            <w:r w:rsidR="001E47C6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47C6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metodami</w:t>
            </w:r>
            <w:proofErr w:type="spellEnd"/>
            <w:r w:rsidR="001E47C6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47C6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vzdělávání</w:t>
            </w:r>
            <w:proofErr w:type="spellEnd"/>
            <w:r w:rsidR="001E47C6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.</w:t>
            </w:r>
          </w:p>
        </w:tc>
      </w:tr>
      <w:tr w:rsidR="00826751" w:rsidRPr="004B77DD" w14:paraId="61C0283F" w14:textId="77777777" w:rsidTr="00B2707E">
        <w:trPr>
          <w:cantSplit/>
        </w:trPr>
        <w:tc>
          <w:tcPr>
            <w:tcW w:w="1984" w:type="dxa"/>
            <w:vAlign w:val="center"/>
          </w:tcPr>
          <w:p w14:paraId="69CAC79D" w14:textId="77777777" w:rsidR="00826751" w:rsidRPr="004B77DD" w:rsidRDefault="0082675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SCIO testy</w:t>
            </w:r>
          </w:p>
        </w:tc>
        <w:tc>
          <w:tcPr>
            <w:tcW w:w="1134" w:type="dxa"/>
            <w:vAlign w:val="center"/>
          </w:tcPr>
          <w:p w14:paraId="2358D3D0" w14:textId="77777777" w:rsidR="00826751" w:rsidRPr="004B77DD" w:rsidRDefault="0082675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1701" w:type="dxa"/>
            <w:vAlign w:val="center"/>
          </w:tcPr>
          <w:p w14:paraId="21C29D1E" w14:textId="77777777" w:rsidR="00826751" w:rsidRPr="004B77DD" w:rsidRDefault="0082675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Angličtina</w:t>
            </w:r>
            <w:proofErr w:type="spellEnd"/>
          </w:p>
        </w:tc>
        <w:tc>
          <w:tcPr>
            <w:tcW w:w="2041" w:type="dxa"/>
            <w:vAlign w:val="center"/>
          </w:tcPr>
          <w:p w14:paraId="42125779" w14:textId="49E945DC" w:rsidR="00826751" w:rsidRPr="004B77DD" w:rsidRDefault="00B2707E">
            <w:pPr>
              <w:spacing w:after="0" w:line="252" w:lineRule="auto"/>
              <w:rPr>
                <w:rStyle w:val="Doplnit"/>
                <w:rFonts w:eastAsia="Arial" w:cs="Arial"/>
                <w:i w:val="0"/>
                <w:iCs/>
                <w:sz w:val="20"/>
                <w:szCs w:val="20"/>
              </w:rPr>
            </w:pP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>Výsledky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>našich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>žáků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>nás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>řadí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>mezi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 xml:space="preserve"> 10%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>nejúspěšnějších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>škol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 xml:space="preserve"> v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>testování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.</w:t>
            </w:r>
          </w:p>
        </w:tc>
        <w:tc>
          <w:tcPr>
            <w:tcW w:w="3005" w:type="dxa"/>
            <w:vAlign w:val="center"/>
          </w:tcPr>
          <w:p w14:paraId="54B2930C" w14:textId="19BF7CB8" w:rsidR="00826751" w:rsidRPr="004B77DD" w:rsidRDefault="00417CEE">
            <w:pPr>
              <w:spacing w:after="0" w:line="252" w:lineRule="auto"/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</w:pP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Pokračovat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ve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vysoké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úrovn</w:t>
            </w:r>
            <w:proofErr w:type="spellEnd"/>
            <w:r w:rsidR="001E47C6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47C6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vzdělávání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.</w:t>
            </w:r>
          </w:p>
        </w:tc>
      </w:tr>
      <w:tr w:rsidR="00826751" w:rsidRPr="004B77DD" w14:paraId="520FB9FC" w14:textId="77777777" w:rsidTr="00417CEE">
        <w:trPr>
          <w:cantSplit/>
        </w:trPr>
        <w:tc>
          <w:tcPr>
            <w:tcW w:w="1984" w:type="dxa"/>
            <w:shd w:val="clear" w:color="auto" w:fill="FFFFFF" w:themeFill="background1"/>
            <w:vAlign w:val="center"/>
          </w:tcPr>
          <w:p w14:paraId="23D4E084" w14:textId="77777777" w:rsidR="00826751" w:rsidRPr="004B77DD" w:rsidRDefault="0082675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lastRenderedPageBreak/>
              <w:t>SCIO testy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8B5E372" w14:textId="77777777" w:rsidR="00826751" w:rsidRPr="004B77DD" w:rsidRDefault="0082675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5.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4E36ECC" w14:textId="77777777" w:rsidR="00826751" w:rsidRPr="004B77DD" w:rsidRDefault="0082675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Matematika</w:t>
            </w:r>
            <w:proofErr w:type="spellEnd"/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141E4E8C" w14:textId="17686BC1" w:rsidR="00826751" w:rsidRPr="004B77DD" w:rsidRDefault="00060AB1">
            <w:pPr>
              <w:spacing w:after="0" w:line="252" w:lineRule="auto"/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</w:pPr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>V</w:t>
            </w:r>
            <w:r w:rsidR="00005E09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 xml:space="preserve"> </w:t>
            </w:r>
            <w:proofErr w:type="spellStart"/>
            <w:r w:rsidR="00005E09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>ýsledky</w:t>
            </w:r>
            <w:proofErr w:type="spellEnd"/>
            <w:r w:rsidR="00005E09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 xml:space="preserve"> </w:t>
            </w:r>
            <w:proofErr w:type="spellStart"/>
            <w:r w:rsidR="00005E09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>našich</w:t>
            </w:r>
            <w:proofErr w:type="spellEnd"/>
            <w:r w:rsidR="00005E09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 xml:space="preserve"> </w:t>
            </w:r>
            <w:proofErr w:type="spellStart"/>
            <w:r w:rsidR="00005E09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>žáků</w:t>
            </w:r>
            <w:proofErr w:type="spellEnd"/>
            <w:r w:rsidR="00005E09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 xml:space="preserve"> se </w:t>
            </w:r>
            <w:proofErr w:type="spellStart"/>
            <w:r w:rsidR="00005E09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>řadí</w:t>
            </w:r>
            <w:proofErr w:type="spellEnd"/>
            <w:r w:rsidR="00005E09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 xml:space="preserve"> </w:t>
            </w:r>
            <w:proofErr w:type="spellStart"/>
            <w:r w:rsidR="00005E09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>mezi</w:t>
            </w:r>
            <w:proofErr w:type="spellEnd"/>
            <w:r w:rsidR="00005E09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 xml:space="preserve"> 10% </w:t>
            </w:r>
            <w:proofErr w:type="spellStart"/>
            <w:r w:rsidR="00005E09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>nejúspěšnějších</w:t>
            </w:r>
            <w:proofErr w:type="spellEnd"/>
            <w:r w:rsidR="00005E09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 xml:space="preserve"> </w:t>
            </w:r>
            <w:proofErr w:type="spellStart"/>
            <w:r w:rsidR="00005E09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  <w:shd w:val="clear" w:color="auto" w:fill="auto"/>
              </w:rPr>
              <w:t>škol</w:t>
            </w:r>
            <w:proofErr w:type="spellEnd"/>
            <w:r w:rsidR="00005E09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.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69B7FA71" w14:textId="24ED51A7" w:rsidR="00826751" w:rsidRPr="004B77DD" w:rsidRDefault="00417CEE">
            <w:pPr>
              <w:spacing w:after="0" w:line="252" w:lineRule="auto"/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</w:pP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Pokračovat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ve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vysoké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úrovni</w:t>
            </w:r>
            <w:proofErr w:type="spellEnd"/>
            <w:r w:rsidR="001E47C6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47C6"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vzdělávání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.</w:t>
            </w:r>
          </w:p>
        </w:tc>
      </w:tr>
      <w:tr w:rsidR="004F2747" w:rsidRPr="004B77DD" w14:paraId="0C49E89D" w14:textId="77777777" w:rsidTr="00417CEE">
        <w:trPr>
          <w:cantSplit/>
        </w:trPr>
        <w:tc>
          <w:tcPr>
            <w:tcW w:w="1984" w:type="dxa"/>
            <w:shd w:val="clear" w:color="auto" w:fill="FFFFFF" w:themeFill="background1"/>
            <w:vAlign w:val="center"/>
          </w:tcPr>
          <w:p w14:paraId="405ED8D4" w14:textId="77777777" w:rsidR="004F2747" w:rsidRPr="004B77DD" w:rsidRDefault="0082675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SCIO testy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1B12685" w14:textId="77777777" w:rsidR="004F2747" w:rsidRPr="004B77DD" w:rsidRDefault="0082675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5.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41F6633" w14:textId="77777777" w:rsidR="004F2747" w:rsidRPr="004B77DD" w:rsidRDefault="0082675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Český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jazyk</w:t>
            </w:r>
            <w:proofErr w:type="spellEnd"/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53A0A0F9" w14:textId="2DF0DDBD" w:rsidR="004F2747" w:rsidRPr="004B77DD" w:rsidRDefault="00060AB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Výsledky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našich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žáků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řadí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mezi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10%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nejúspěšnějších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škol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544C4041" w14:textId="1B4FB4F9" w:rsidR="004F2747" w:rsidRPr="004B77DD" w:rsidRDefault="00417CEE">
            <w:pPr>
              <w:spacing w:after="0" w:line="252" w:lineRule="auto"/>
              <w:rPr>
                <w:rFonts w:cs="Arial"/>
                <w:color w:val="auto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color w:val="auto"/>
                <w:sz w:val="20"/>
                <w:szCs w:val="20"/>
              </w:rPr>
              <w:t>Pokračovat</w:t>
            </w:r>
            <w:proofErr w:type="spellEnd"/>
            <w:r w:rsidRPr="004B77DD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color w:val="auto"/>
                <w:sz w:val="20"/>
                <w:szCs w:val="20"/>
              </w:rPr>
              <w:t>ve</w:t>
            </w:r>
            <w:proofErr w:type="spellEnd"/>
            <w:r w:rsidRPr="004B77DD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color w:val="auto"/>
                <w:sz w:val="20"/>
                <w:szCs w:val="20"/>
              </w:rPr>
              <w:t>vysoké</w:t>
            </w:r>
            <w:proofErr w:type="spellEnd"/>
            <w:r w:rsidRPr="004B77DD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color w:val="auto"/>
                <w:sz w:val="20"/>
                <w:szCs w:val="20"/>
              </w:rPr>
              <w:t>úrovni</w:t>
            </w:r>
            <w:proofErr w:type="spellEnd"/>
            <w:r w:rsidR="001E47C6" w:rsidRPr="004B77DD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1E47C6" w:rsidRPr="004B77DD">
              <w:rPr>
                <w:rFonts w:cs="Arial"/>
                <w:color w:val="auto"/>
                <w:sz w:val="20"/>
                <w:szCs w:val="20"/>
              </w:rPr>
              <w:t>vzdělávání</w:t>
            </w:r>
            <w:proofErr w:type="spellEnd"/>
            <w:r w:rsidRPr="004B77DD">
              <w:rPr>
                <w:rFonts w:cs="Arial"/>
                <w:color w:val="auto"/>
                <w:sz w:val="20"/>
                <w:szCs w:val="20"/>
              </w:rPr>
              <w:t xml:space="preserve">. </w:t>
            </w:r>
          </w:p>
        </w:tc>
      </w:tr>
      <w:tr w:rsidR="00826751" w:rsidRPr="004B77DD" w14:paraId="56EB35F1" w14:textId="77777777" w:rsidTr="00417CEE">
        <w:trPr>
          <w:cantSplit/>
        </w:trPr>
        <w:tc>
          <w:tcPr>
            <w:tcW w:w="1984" w:type="dxa"/>
            <w:shd w:val="clear" w:color="auto" w:fill="FFFFFF" w:themeFill="background1"/>
            <w:vAlign w:val="center"/>
          </w:tcPr>
          <w:p w14:paraId="0A6D9133" w14:textId="77777777" w:rsidR="00826751" w:rsidRPr="004B77DD" w:rsidRDefault="0082675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SCIO testy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86813EA" w14:textId="77777777" w:rsidR="00826751" w:rsidRPr="004B77DD" w:rsidRDefault="0082675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5.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BD0CF4D" w14:textId="77777777" w:rsidR="00826751" w:rsidRPr="004B77DD" w:rsidRDefault="00826751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Angličtina</w:t>
            </w:r>
            <w:proofErr w:type="spellEnd"/>
          </w:p>
        </w:tc>
        <w:tc>
          <w:tcPr>
            <w:tcW w:w="2041" w:type="dxa"/>
            <w:vAlign w:val="center"/>
          </w:tcPr>
          <w:p w14:paraId="54AD87E6" w14:textId="70D98283" w:rsidR="00826751" w:rsidRPr="004B77DD" w:rsidRDefault="00005E09">
            <w:pPr>
              <w:spacing w:after="0" w:line="252" w:lineRule="auto"/>
              <w:rPr>
                <w:rStyle w:val="Doplnit"/>
                <w:rFonts w:eastAsia="Arial" w:cs="Arial"/>
                <w:i w:val="0"/>
                <w:iCs/>
                <w:sz w:val="20"/>
                <w:szCs w:val="20"/>
              </w:rPr>
            </w:pP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Výsleky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našich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žáků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se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řadí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mezi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10%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nejúspěšnějších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škol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.</w:t>
            </w:r>
          </w:p>
        </w:tc>
        <w:tc>
          <w:tcPr>
            <w:tcW w:w="3005" w:type="dxa"/>
            <w:vAlign w:val="center"/>
          </w:tcPr>
          <w:p w14:paraId="7BFB889F" w14:textId="77777777" w:rsidR="00826751" w:rsidRPr="004B77DD" w:rsidRDefault="00417CEE">
            <w:pPr>
              <w:spacing w:after="0" w:line="252" w:lineRule="auto"/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</w:pPr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20%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žáků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má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úroveň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A1</w:t>
            </w:r>
          </w:p>
          <w:p w14:paraId="20071AC9" w14:textId="77777777" w:rsidR="00417CEE" w:rsidRPr="004B77DD" w:rsidRDefault="00417CEE">
            <w:pPr>
              <w:spacing w:after="0" w:line="252" w:lineRule="auto"/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</w:pPr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70%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žáků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úroveň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A2</w:t>
            </w:r>
          </w:p>
          <w:p w14:paraId="204374F9" w14:textId="1ED4502F" w:rsidR="00417CEE" w:rsidRPr="004B77DD" w:rsidRDefault="00417CEE">
            <w:pPr>
              <w:spacing w:after="0" w:line="252" w:lineRule="auto"/>
              <w:rPr>
                <w:rStyle w:val="Doplnit"/>
                <w:rFonts w:eastAsia="Arial" w:cs="Arial"/>
                <w:i w:val="0"/>
                <w:iCs/>
                <w:sz w:val="20"/>
                <w:szCs w:val="20"/>
              </w:rPr>
            </w:pPr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10%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žáků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má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>úroveň</w:t>
            </w:r>
            <w:proofErr w:type="spellEnd"/>
            <w:r w:rsidRPr="004B77DD">
              <w:rPr>
                <w:rStyle w:val="Doplnit"/>
                <w:rFonts w:eastAsia="Arial" w:cs="Arial"/>
                <w:i w:val="0"/>
                <w:iCs/>
                <w:color w:val="auto"/>
                <w:sz w:val="20"/>
                <w:szCs w:val="20"/>
              </w:rPr>
              <w:t xml:space="preserve"> B1</w:t>
            </w:r>
          </w:p>
        </w:tc>
      </w:tr>
    </w:tbl>
    <w:p w14:paraId="18815551" w14:textId="77777777" w:rsidR="004F2747" w:rsidRPr="004B77DD" w:rsidRDefault="000D501F" w:rsidP="000D501F">
      <w:pPr>
        <w:pStyle w:val="Nadpis2"/>
        <w:rPr>
          <w:rFonts w:ascii="Arial" w:hAnsi="Arial" w:cs="Arial"/>
          <w:sz w:val="20"/>
          <w:szCs w:val="20"/>
        </w:rPr>
      </w:pPr>
      <w:r w:rsidRPr="004B77DD">
        <w:rPr>
          <w:rFonts w:ascii="Arial" w:hAnsi="Arial" w:cs="Arial"/>
          <w:sz w:val="20"/>
          <w:szCs w:val="20"/>
        </w:rPr>
        <w:t xml:space="preserve">6.5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Odchody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žáků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5.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ročníku</w:t>
      </w:r>
      <w:proofErr w:type="spellEnd"/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5783"/>
        <w:gridCol w:w="4082"/>
      </w:tblGrid>
      <w:tr w:rsidR="004F2747" w:rsidRPr="004B77DD" w14:paraId="683E63D2" w14:textId="77777777">
        <w:trPr>
          <w:cantSplit/>
          <w:tblHeader/>
        </w:trPr>
        <w:tc>
          <w:tcPr>
            <w:tcW w:w="5783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4B2B415" w14:textId="77777777" w:rsidR="004F2747" w:rsidRPr="004B77DD" w:rsidRDefault="00B25EFB" w:rsidP="000D501F">
            <w:pPr>
              <w:pStyle w:val="Nadpis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B77DD">
              <w:rPr>
                <w:rFonts w:ascii="Arial" w:hAnsi="Arial" w:cs="Arial"/>
                <w:color w:val="FFFFFF"/>
                <w:sz w:val="20"/>
                <w:szCs w:val="20"/>
              </w:rPr>
              <w:t>Údaj</w:t>
            </w:r>
            <w:proofErr w:type="spellEnd"/>
          </w:p>
        </w:tc>
        <w:tc>
          <w:tcPr>
            <w:tcW w:w="4082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6B3512F" w14:textId="77777777" w:rsidR="004F2747" w:rsidRPr="004B77DD" w:rsidRDefault="00B25EFB" w:rsidP="000D501F">
            <w:pPr>
              <w:pStyle w:val="Nadpis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B77DD">
              <w:rPr>
                <w:rFonts w:ascii="Arial" w:hAnsi="Arial" w:cs="Arial"/>
                <w:color w:val="FFFFFF"/>
                <w:sz w:val="20"/>
                <w:szCs w:val="20"/>
              </w:rPr>
              <w:t>Hodnota</w:t>
            </w:r>
            <w:proofErr w:type="spellEnd"/>
          </w:p>
        </w:tc>
      </w:tr>
      <w:tr w:rsidR="004F2747" w:rsidRPr="004B77DD" w14:paraId="1F8085A2" w14:textId="77777777">
        <w:trPr>
          <w:cantSplit/>
        </w:trPr>
        <w:tc>
          <w:tcPr>
            <w:tcW w:w="5783" w:type="dxa"/>
            <w:vAlign w:val="center"/>
          </w:tcPr>
          <w:p w14:paraId="3C8850C5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Počet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žáků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kteří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ukončili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5.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ročník</w:t>
            </w:r>
            <w:proofErr w:type="spellEnd"/>
          </w:p>
        </w:tc>
        <w:tc>
          <w:tcPr>
            <w:tcW w:w="4082" w:type="dxa"/>
            <w:vAlign w:val="center"/>
          </w:tcPr>
          <w:p w14:paraId="548F7B78" w14:textId="34A92716" w:rsidR="004F2747" w:rsidRPr="004B77DD" w:rsidRDefault="007055BC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</w:t>
            </w:r>
            <w:r w:rsidR="002F6B85" w:rsidRPr="004B77DD">
              <w:rPr>
                <w:rFonts w:cs="Arial"/>
                <w:sz w:val="20"/>
                <w:szCs w:val="20"/>
              </w:rPr>
              <w:t>0</w:t>
            </w:r>
          </w:p>
        </w:tc>
      </w:tr>
      <w:tr w:rsidR="004F2747" w:rsidRPr="004B77DD" w14:paraId="6B688D03" w14:textId="77777777">
        <w:trPr>
          <w:cantSplit/>
        </w:trPr>
        <w:tc>
          <w:tcPr>
            <w:tcW w:w="5783" w:type="dxa"/>
            <w:shd w:val="clear" w:color="auto" w:fill="F3F6F8"/>
            <w:vAlign w:val="center"/>
          </w:tcPr>
          <w:p w14:paraId="209365EE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Přechod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na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víceleté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gymnázium</w:t>
            </w:r>
            <w:proofErr w:type="spellEnd"/>
          </w:p>
        </w:tc>
        <w:tc>
          <w:tcPr>
            <w:tcW w:w="4082" w:type="dxa"/>
            <w:shd w:val="clear" w:color="auto" w:fill="F3F6F8"/>
            <w:vAlign w:val="center"/>
          </w:tcPr>
          <w:p w14:paraId="51BA1947" w14:textId="1F8FAD46" w:rsidR="004F2747" w:rsidRPr="004B77DD" w:rsidRDefault="00BE2072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3</w:t>
            </w:r>
          </w:p>
        </w:tc>
      </w:tr>
      <w:tr w:rsidR="004F2747" w:rsidRPr="004B77DD" w14:paraId="1DF4096E" w14:textId="77777777">
        <w:trPr>
          <w:cantSplit/>
        </w:trPr>
        <w:tc>
          <w:tcPr>
            <w:tcW w:w="5783" w:type="dxa"/>
            <w:vAlign w:val="center"/>
          </w:tcPr>
          <w:p w14:paraId="24F68C3A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Přechod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do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navazujícího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6.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ročníku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NEMO/Nemo Next</w:t>
            </w:r>
          </w:p>
        </w:tc>
        <w:tc>
          <w:tcPr>
            <w:tcW w:w="4082" w:type="dxa"/>
            <w:vAlign w:val="center"/>
          </w:tcPr>
          <w:p w14:paraId="216E4259" w14:textId="3D5CDCE3" w:rsidR="004F2747" w:rsidRPr="004B77DD" w:rsidRDefault="00BE2072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7</w:t>
            </w:r>
          </w:p>
        </w:tc>
      </w:tr>
      <w:tr w:rsidR="004F2747" w:rsidRPr="004B77DD" w14:paraId="5DE385D9" w14:textId="77777777">
        <w:trPr>
          <w:cantSplit/>
        </w:trPr>
        <w:tc>
          <w:tcPr>
            <w:tcW w:w="5783" w:type="dxa"/>
            <w:shd w:val="clear" w:color="auto" w:fill="F3F6F8"/>
            <w:vAlign w:val="center"/>
          </w:tcPr>
          <w:p w14:paraId="361A842C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Přechod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do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jiné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základní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školy</w:t>
            </w:r>
            <w:proofErr w:type="spellEnd"/>
          </w:p>
        </w:tc>
        <w:tc>
          <w:tcPr>
            <w:tcW w:w="4082" w:type="dxa"/>
            <w:shd w:val="clear" w:color="auto" w:fill="F3F6F8"/>
            <w:vAlign w:val="center"/>
          </w:tcPr>
          <w:p w14:paraId="324D6334" w14:textId="2A78DDAA" w:rsidR="004F2747" w:rsidRPr="004B77DD" w:rsidRDefault="002F6B85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</w:tr>
    </w:tbl>
    <w:p w14:paraId="7C92CC5D" w14:textId="77777777" w:rsidR="004F2747" w:rsidRPr="004B77DD" w:rsidRDefault="004F2747">
      <w:pPr>
        <w:spacing w:after="20"/>
        <w:rPr>
          <w:rFonts w:cs="Arial"/>
          <w:sz w:val="20"/>
          <w:szCs w:val="20"/>
        </w:rPr>
      </w:pPr>
    </w:p>
    <w:p w14:paraId="26B719A0" w14:textId="77777777" w:rsidR="004F2747" w:rsidRPr="006C6DC5" w:rsidRDefault="006C6DC5" w:rsidP="006C6DC5">
      <w:pPr>
        <w:pStyle w:val="Nadpis1"/>
      </w:pPr>
      <w:r>
        <w:t xml:space="preserve">7. </w:t>
      </w:r>
      <w:proofErr w:type="spellStart"/>
      <w:r w:rsidR="00B25EFB" w:rsidRPr="006C6DC5">
        <w:t>Prevence</w:t>
      </w:r>
      <w:proofErr w:type="spellEnd"/>
      <w:r w:rsidR="00B25EFB" w:rsidRPr="006C6DC5">
        <w:t xml:space="preserve">, </w:t>
      </w:r>
      <w:proofErr w:type="spellStart"/>
      <w:r w:rsidR="00B25EFB" w:rsidRPr="006C6DC5">
        <w:t>přijatá</w:t>
      </w:r>
      <w:proofErr w:type="spellEnd"/>
      <w:r w:rsidR="00B25EFB" w:rsidRPr="006C6DC5">
        <w:t xml:space="preserve"> </w:t>
      </w:r>
      <w:proofErr w:type="spellStart"/>
      <w:r w:rsidR="00B25EFB" w:rsidRPr="006C6DC5">
        <w:t>opatření</w:t>
      </w:r>
      <w:proofErr w:type="spellEnd"/>
      <w:r w:rsidR="00B25EFB" w:rsidRPr="006C6DC5">
        <w:t xml:space="preserve"> a </w:t>
      </w:r>
      <w:proofErr w:type="spellStart"/>
      <w:r w:rsidR="00B25EFB" w:rsidRPr="006C6DC5">
        <w:t>podpora</w:t>
      </w:r>
      <w:proofErr w:type="spellEnd"/>
      <w:r w:rsidR="00B25EFB" w:rsidRPr="006C6DC5">
        <w:t xml:space="preserve"> </w:t>
      </w:r>
      <w:proofErr w:type="spellStart"/>
      <w:r w:rsidR="00B25EFB" w:rsidRPr="006C6DC5">
        <w:t>dětí</w:t>
      </w:r>
      <w:proofErr w:type="spellEnd"/>
      <w:r w:rsidR="00B25EFB" w:rsidRPr="006C6DC5">
        <w:t xml:space="preserve"> a </w:t>
      </w:r>
      <w:proofErr w:type="spellStart"/>
      <w:r w:rsidR="00B25EFB" w:rsidRPr="006C6DC5">
        <w:t>žáků</w:t>
      </w:r>
      <w:proofErr w:type="spellEnd"/>
    </w:p>
    <w:p w14:paraId="595EE31E" w14:textId="77777777" w:rsidR="004F2747" w:rsidRPr="004B77DD" w:rsidRDefault="00B25EFB">
      <w:pPr>
        <w:rPr>
          <w:rFonts w:cs="Arial"/>
          <w:sz w:val="20"/>
          <w:szCs w:val="20"/>
        </w:rPr>
      </w:pPr>
      <w:r w:rsidRPr="004B77DD">
        <w:rPr>
          <w:rFonts w:eastAsia="Arial" w:cs="Arial"/>
          <w:sz w:val="20"/>
          <w:szCs w:val="20"/>
        </w:rPr>
        <w:t xml:space="preserve">Tato </w:t>
      </w:r>
      <w:proofErr w:type="spellStart"/>
      <w:r w:rsidRPr="004B77DD">
        <w:rPr>
          <w:rFonts w:eastAsia="Arial" w:cs="Arial"/>
          <w:sz w:val="20"/>
          <w:szCs w:val="20"/>
        </w:rPr>
        <w:t>kapitola</w:t>
      </w:r>
      <w:proofErr w:type="spellEnd"/>
      <w:r w:rsidRPr="004B77DD">
        <w:rPr>
          <w:rFonts w:eastAsia="Arial" w:cs="Arial"/>
          <w:sz w:val="20"/>
          <w:szCs w:val="20"/>
        </w:rPr>
        <w:t xml:space="preserve"> </w:t>
      </w:r>
      <w:proofErr w:type="spellStart"/>
      <w:r w:rsidRPr="004B77DD">
        <w:rPr>
          <w:rFonts w:eastAsia="Arial" w:cs="Arial"/>
          <w:sz w:val="20"/>
          <w:szCs w:val="20"/>
        </w:rPr>
        <w:t>naplňuje</w:t>
      </w:r>
      <w:proofErr w:type="spellEnd"/>
      <w:r w:rsidRPr="004B77DD">
        <w:rPr>
          <w:rFonts w:eastAsia="Arial" w:cs="Arial"/>
          <w:sz w:val="20"/>
          <w:szCs w:val="20"/>
        </w:rPr>
        <w:t xml:space="preserve"> § 7 </w:t>
      </w:r>
      <w:proofErr w:type="spellStart"/>
      <w:r w:rsidRPr="004B77DD">
        <w:rPr>
          <w:rFonts w:eastAsia="Arial" w:cs="Arial"/>
          <w:sz w:val="20"/>
          <w:szCs w:val="20"/>
        </w:rPr>
        <w:t>odst</w:t>
      </w:r>
      <w:proofErr w:type="spellEnd"/>
      <w:r w:rsidRPr="004B77DD">
        <w:rPr>
          <w:rFonts w:eastAsia="Arial" w:cs="Arial"/>
          <w:sz w:val="20"/>
          <w:szCs w:val="20"/>
        </w:rPr>
        <w:t xml:space="preserve">. 1 </w:t>
      </w:r>
      <w:proofErr w:type="spellStart"/>
      <w:r w:rsidRPr="004B77DD">
        <w:rPr>
          <w:rFonts w:eastAsia="Arial" w:cs="Arial"/>
          <w:sz w:val="20"/>
          <w:szCs w:val="20"/>
        </w:rPr>
        <w:t>písm</w:t>
      </w:r>
      <w:proofErr w:type="spellEnd"/>
      <w:r w:rsidRPr="004B77DD">
        <w:rPr>
          <w:rFonts w:eastAsia="Arial" w:cs="Arial"/>
          <w:sz w:val="20"/>
          <w:szCs w:val="20"/>
        </w:rPr>
        <w:t xml:space="preserve">. g) </w:t>
      </w:r>
      <w:proofErr w:type="spellStart"/>
      <w:r w:rsidRPr="004B77DD">
        <w:rPr>
          <w:rFonts w:eastAsia="Arial" w:cs="Arial"/>
          <w:sz w:val="20"/>
          <w:szCs w:val="20"/>
        </w:rPr>
        <w:t>vyhlášky</w:t>
      </w:r>
      <w:proofErr w:type="spellEnd"/>
      <w:r w:rsidRPr="004B77DD">
        <w:rPr>
          <w:rFonts w:eastAsia="Arial" w:cs="Arial"/>
          <w:sz w:val="20"/>
          <w:szCs w:val="20"/>
        </w:rPr>
        <w:t xml:space="preserve"> č. 15/2005 Sb. </w:t>
      </w:r>
    </w:p>
    <w:p w14:paraId="283BE77E" w14:textId="77777777" w:rsidR="004F2747" w:rsidRPr="004B77DD" w:rsidRDefault="006C6DC5" w:rsidP="006C6DC5">
      <w:pPr>
        <w:pStyle w:val="Nadpis2"/>
        <w:rPr>
          <w:rFonts w:ascii="Arial" w:hAnsi="Arial" w:cs="Arial"/>
          <w:sz w:val="20"/>
          <w:szCs w:val="20"/>
        </w:rPr>
      </w:pPr>
      <w:r w:rsidRPr="004B77DD">
        <w:rPr>
          <w:rFonts w:ascii="Arial" w:hAnsi="Arial" w:cs="Arial"/>
          <w:sz w:val="20"/>
          <w:szCs w:val="20"/>
        </w:rPr>
        <w:t xml:space="preserve">7.1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Preventivní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program a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rizikové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chování</w:t>
      </w:r>
      <w:proofErr w:type="spellEnd"/>
    </w:p>
    <w:p w14:paraId="1D2C8E57" w14:textId="77777777" w:rsidR="004F2747" w:rsidRPr="004B77DD" w:rsidRDefault="00E47BB7">
      <w:pPr>
        <w:rPr>
          <w:rFonts w:cs="Arial"/>
          <w:sz w:val="20"/>
          <w:szCs w:val="20"/>
        </w:rPr>
      </w:pPr>
      <w:proofErr w:type="spellStart"/>
      <w:r w:rsidRPr="004B77DD">
        <w:rPr>
          <w:rFonts w:cs="Arial"/>
          <w:sz w:val="20"/>
          <w:szCs w:val="20"/>
        </w:rPr>
        <w:t>Cílem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našich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preventivních</w:t>
      </w:r>
      <w:proofErr w:type="spellEnd"/>
      <w:r w:rsidRPr="004B77DD">
        <w:rPr>
          <w:rFonts w:cs="Arial"/>
          <w:sz w:val="20"/>
          <w:szCs w:val="20"/>
        </w:rPr>
        <w:t xml:space="preserve"> program je </w:t>
      </w:r>
      <w:proofErr w:type="spellStart"/>
      <w:r w:rsidRPr="004B77DD">
        <w:rPr>
          <w:rFonts w:cs="Arial"/>
          <w:sz w:val="20"/>
          <w:szCs w:val="20"/>
        </w:rPr>
        <w:t>předcházet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patologickým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jevům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jako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jsou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např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projevy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šikany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Hlavním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pilířem</w:t>
      </w:r>
      <w:proofErr w:type="spellEnd"/>
      <w:r w:rsidRPr="004B77DD">
        <w:rPr>
          <w:rFonts w:cs="Arial"/>
          <w:sz w:val="20"/>
          <w:szCs w:val="20"/>
        </w:rPr>
        <w:t xml:space="preserve"> je </w:t>
      </w:r>
      <w:proofErr w:type="spellStart"/>
      <w:r w:rsidRPr="004B77DD">
        <w:rPr>
          <w:rFonts w:cs="Arial"/>
          <w:sz w:val="20"/>
          <w:szCs w:val="20"/>
        </w:rPr>
        <w:t>certifikovaný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mprogram</w:t>
      </w:r>
      <w:proofErr w:type="spellEnd"/>
      <w:r w:rsidRPr="004B77DD">
        <w:rPr>
          <w:rFonts w:cs="Arial"/>
          <w:sz w:val="20"/>
          <w:szCs w:val="20"/>
        </w:rPr>
        <w:t xml:space="preserve"> “</w:t>
      </w:r>
      <w:proofErr w:type="spellStart"/>
      <w:r w:rsidRPr="004B77DD">
        <w:rPr>
          <w:rFonts w:cs="Arial"/>
          <w:sz w:val="20"/>
          <w:szCs w:val="20"/>
        </w:rPr>
        <w:t>Zipyho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kamarádi</w:t>
      </w:r>
      <w:proofErr w:type="spellEnd"/>
      <w:r w:rsidRPr="004B77DD">
        <w:rPr>
          <w:rFonts w:cs="Arial"/>
          <w:sz w:val="20"/>
          <w:szCs w:val="20"/>
        </w:rPr>
        <w:t xml:space="preserve">”, </w:t>
      </w:r>
      <w:proofErr w:type="spellStart"/>
      <w:r w:rsidRPr="004B77DD">
        <w:rPr>
          <w:rFonts w:cs="Arial"/>
          <w:sz w:val="20"/>
          <w:szCs w:val="20"/>
        </w:rPr>
        <w:t>který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vystudovala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výchovná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poradkyně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Děti</w:t>
      </w:r>
      <w:proofErr w:type="spellEnd"/>
      <w:r w:rsidRPr="004B77DD">
        <w:rPr>
          <w:rFonts w:cs="Arial"/>
          <w:sz w:val="20"/>
          <w:szCs w:val="20"/>
        </w:rPr>
        <w:t xml:space="preserve"> se </w:t>
      </w:r>
      <w:proofErr w:type="spellStart"/>
      <w:r w:rsidRPr="004B77DD">
        <w:rPr>
          <w:rFonts w:cs="Arial"/>
          <w:sz w:val="20"/>
          <w:szCs w:val="20"/>
        </w:rPr>
        <w:t>učí</w:t>
      </w:r>
      <w:proofErr w:type="spellEnd"/>
      <w:r w:rsidRPr="004B77DD">
        <w:rPr>
          <w:rFonts w:cs="Arial"/>
          <w:sz w:val="20"/>
          <w:szCs w:val="20"/>
        </w:rPr>
        <w:t xml:space="preserve">, jak </w:t>
      </w:r>
      <w:proofErr w:type="spellStart"/>
      <w:r w:rsidRPr="004B77DD">
        <w:rPr>
          <w:rFonts w:cs="Arial"/>
          <w:sz w:val="20"/>
          <w:szCs w:val="20"/>
        </w:rPr>
        <w:t>řešit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různé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situace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tak</w:t>
      </w:r>
      <w:proofErr w:type="spellEnd"/>
      <w:r w:rsidRPr="004B77DD">
        <w:rPr>
          <w:rFonts w:cs="Arial"/>
          <w:sz w:val="20"/>
          <w:szCs w:val="20"/>
        </w:rPr>
        <w:t xml:space="preserve">, aby </w:t>
      </w:r>
      <w:proofErr w:type="spellStart"/>
      <w:r w:rsidRPr="004B77DD">
        <w:rPr>
          <w:rFonts w:cs="Arial"/>
          <w:sz w:val="20"/>
          <w:szCs w:val="20"/>
        </w:rPr>
        <w:t>neublížily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sobě</w:t>
      </w:r>
      <w:proofErr w:type="spellEnd"/>
      <w:r w:rsidRPr="004B77DD">
        <w:rPr>
          <w:rFonts w:cs="Arial"/>
          <w:sz w:val="20"/>
          <w:szCs w:val="20"/>
        </w:rPr>
        <w:t xml:space="preserve"> ani </w:t>
      </w:r>
      <w:proofErr w:type="spellStart"/>
      <w:r w:rsidRPr="004B77DD">
        <w:rPr>
          <w:rFonts w:cs="Arial"/>
          <w:sz w:val="20"/>
          <w:szCs w:val="20"/>
        </w:rPr>
        <w:t>nikomu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jinému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Skrz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maňásky</w:t>
      </w:r>
      <w:proofErr w:type="spellEnd"/>
      <w:r w:rsidRPr="004B77DD">
        <w:rPr>
          <w:rFonts w:cs="Arial"/>
          <w:sz w:val="20"/>
          <w:szCs w:val="20"/>
        </w:rPr>
        <w:t xml:space="preserve"> Tondu, </w:t>
      </w:r>
      <w:proofErr w:type="spellStart"/>
      <w:r w:rsidRPr="004B77DD">
        <w:rPr>
          <w:rFonts w:cs="Arial"/>
          <w:sz w:val="20"/>
          <w:szCs w:val="20"/>
        </w:rPr>
        <w:t>Lenku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jejich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želvičku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Zipyho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poznávají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své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emoce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učí</w:t>
      </w:r>
      <w:proofErr w:type="spellEnd"/>
      <w:r w:rsidRPr="004B77DD">
        <w:rPr>
          <w:rFonts w:cs="Arial"/>
          <w:sz w:val="20"/>
          <w:szCs w:val="20"/>
        </w:rPr>
        <w:t xml:space="preserve"> se, jak </w:t>
      </w:r>
      <w:proofErr w:type="spellStart"/>
      <w:r w:rsidRPr="004B77DD">
        <w:rPr>
          <w:rFonts w:cs="Arial"/>
          <w:sz w:val="20"/>
          <w:szCs w:val="20"/>
        </w:rPr>
        <w:t>na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ně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reagovat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navzájem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radí</w:t>
      </w:r>
      <w:proofErr w:type="spellEnd"/>
      <w:r w:rsidRPr="004B77DD">
        <w:rPr>
          <w:rFonts w:cs="Arial"/>
          <w:sz w:val="20"/>
          <w:szCs w:val="20"/>
        </w:rPr>
        <w:t xml:space="preserve">, jak </w:t>
      </w:r>
      <w:proofErr w:type="spellStart"/>
      <w:r w:rsidRPr="004B77DD">
        <w:rPr>
          <w:rFonts w:cs="Arial"/>
          <w:sz w:val="20"/>
          <w:szCs w:val="20"/>
        </w:rPr>
        <w:t>řešit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nejrůznější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situace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škole</w:t>
      </w:r>
      <w:proofErr w:type="spellEnd"/>
      <w:r w:rsidRPr="004B77DD">
        <w:rPr>
          <w:rFonts w:cs="Arial"/>
          <w:sz w:val="20"/>
          <w:szCs w:val="20"/>
        </w:rPr>
        <w:t xml:space="preserve"> (jak </w:t>
      </w:r>
      <w:proofErr w:type="spellStart"/>
      <w:r w:rsidRPr="004B77DD">
        <w:rPr>
          <w:rFonts w:cs="Arial"/>
          <w:sz w:val="20"/>
          <w:szCs w:val="20"/>
        </w:rPr>
        <w:t>získat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kamrády</w:t>
      </w:r>
      <w:proofErr w:type="spellEnd"/>
      <w:r w:rsidRPr="004B77DD">
        <w:rPr>
          <w:rFonts w:cs="Arial"/>
          <w:sz w:val="20"/>
          <w:szCs w:val="20"/>
        </w:rPr>
        <w:t xml:space="preserve">, jak </w:t>
      </w:r>
      <w:proofErr w:type="spellStart"/>
      <w:r w:rsidRPr="004B77DD">
        <w:rPr>
          <w:rFonts w:cs="Arial"/>
          <w:sz w:val="20"/>
          <w:szCs w:val="20"/>
        </w:rPr>
        <w:t>si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říct</w:t>
      </w:r>
      <w:proofErr w:type="spellEnd"/>
      <w:r w:rsidRPr="004B77DD">
        <w:rPr>
          <w:rFonts w:cs="Arial"/>
          <w:sz w:val="20"/>
          <w:szCs w:val="20"/>
        </w:rPr>
        <w:t xml:space="preserve"> o </w:t>
      </w:r>
      <w:proofErr w:type="spellStart"/>
      <w:r w:rsidRPr="004B77DD">
        <w:rPr>
          <w:rFonts w:cs="Arial"/>
          <w:sz w:val="20"/>
          <w:szCs w:val="20"/>
        </w:rPr>
        <w:t>pomoc</w:t>
      </w:r>
      <w:proofErr w:type="spellEnd"/>
      <w:r w:rsidRPr="004B77DD">
        <w:rPr>
          <w:rFonts w:cs="Arial"/>
          <w:sz w:val="20"/>
          <w:szCs w:val="20"/>
        </w:rPr>
        <w:t xml:space="preserve">, co </w:t>
      </w:r>
      <w:proofErr w:type="spellStart"/>
      <w:r w:rsidRPr="004B77DD">
        <w:rPr>
          <w:rFonts w:cs="Arial"/>
          <w:sz w:val="20"/>
          <w:szCs w:val="20"/>
        </w:rPr>
        <w:t>dělat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když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jsem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naštvaný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="00E80058" w:rsidRPr="004B77DD">
        <w:rPr>
          <w:rFonts w:cs="Arial"/>
          <w:sz w:val="20"/>
          <w:szCs w:val="20"/>
        </w:rPr>
        <w:t>někdo</w:t>
      </w:r>
      <w:proofErr w:type="spellEnd"/>
      <w:r w:rsidR="00E80058" w:rsidRPr="004B77DD">
        <w:rPr>
          <w:rFonts w:cs="Arial"/>
          <w:sz w:val="20"/>
          <w:szCs w:val="20"/>
        </w:rPr>
        <w:t xml:space="preserve"> se mi </w:t>
      </w:r>
      <w:proofErr w:type="spellStart"/>
      <w:r w:rsidR="00E80058" w:rsidRPr="004B77DD">
        <w:rPr>
          <w:rFonts w:cs="Arial"/>
          <w:sz w:val="20"/>
          <w:szCs w:val="20"/>
        </w:rPr>
        <w:t>posmívá</w:t>
      </w:r>
      <w:proofErr w:type="spellEnd"/>
      <w:r w:rsidR="00E80058" w:rsidRPr="004B77DD">
        <w:rPr>
          <w:rFonts w:cs="Arial"/>
          <w:sz w:val="20"/>
          <w:szCs w:val="20"/>
        </w:rPr>
        <w:t xml:space="preserve">, co je to </w:t>
      </w:r>
      <w:proofErr w:type="spellStart"/>
      <w:r w:rsidR="00E80058" w:rsidRPr="004B77DD">
        <w:rPr>
          <w:rFonts w:cs="Arial"/>
          <w:sz w:val="20"/>
          <w:szCs w:val="20"/>
        </w:rPr>
        <w:t>šikana</w:t>
      </w:r>
      <w:proofErr w:type="spellEnd"/>
      <w:r w:rsidR="00E80058" w:rsidRPr="004B77DD">
        <w:rPr>
          <w:rFonts w:cs="Arial"/>
          <w:sz w:val="20"/>
          <w:szCs w:val="20"/>
        </w:rPr>
        <w:t xml:space="preserve"> a jak </w:t>
      </w:r>
      <w:proofErr w:type="spellStart"/>
      <w:r w:rsidR="00E80058" w:rsidRPr="004B77DD">
        <w:rPr>
          <w:rFonts w:cs="Arial"/>
          <w:sz w:val="20"/>
          <w:szCs w:val="20"/>
        </w:rPr>
        <w:t>jí</w:t>
      </w:r>
      <w:proofErr w:type="spellEnd"/>
      <w:r w:rsidR="00E80058" w:rsidRPr="004B77DD">
        <w:rPr>
          <w:rFonts w:cs="Arial"/>
          <w:sz w:val="20"/>
          <w:szCs w:val="20"/>
        </w:rPr>
        <w:t xml:space="preserve"> </w:t>
      </w:r>
      <w:proofErr w:type="spellStart"/>
      <w:r w:rsidR="00E80058" w:rsidRPr="004B77DD">
        <w:rPr>
          <w:rFonts w:cs="Arial"/>
          <w:sz w:val="20"/>
          <w:szCs w:val="20"/>
        </w:rPr>
        <w:t>řešit</w:t>
      </w:r>
      <w:proofErr w:type="spellEnd"/>
      <w:r w:rsidR="00E80058" w:rsidRPr="004B77DD">
        <w:rPr>
          <w:rFonts w:cs="Arial"/>
          <w:sz w:val="20"/>
          <w:szCs w:val="20"/>
        </w:rPr>
        <w:t>)</w:t>
      </w:r>
      <w:r w:rsidRPr="004B77DD">
        <w:rPr>
          <w:rFonts w:cs="Arial"/>
          <w:sz w:val="20"/>
          <w:szCs w:val="20"/>
        </w:rPr>
        <w:t xml:space="preserve">. Program </w:t>
      </w:r>
      <w:proofErr w:type="spellStart"/>
      <w:r w:rsidRPr="004B77DD">
        <w:rPr>
          <w:rFonts w:cs="Arial"/>
          <w:sz w:val="20"/>
          <w:szCs w:val="20"/>
        </w:rPr>
        <w:t>může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být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šitý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míru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konkrétní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třídě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Řešili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jsme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tak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napříkad</w:t>
      </w:r>
      <w:proofErr w:type="spellEnd"/>
      <w:r w:rsidRPr="004B77DD">
        <w:rPr>
          <w:rFonts w:cs="Arial"/>
          <w:sz w:val="20"/>
          <w:szCs w:val="20"/>
        </w:rPr>
        <w:t xml:space="preserve"> to, </w:t>
      </w:r>
      <w:proofErr w:type="spellStart"/>
      <w:r w:rsidRPr="004B77DD">
        <w:rPr>
          <w:rFonts w:cs="Arial"/>
          <w:sz w:val="20"/>
          <w:szCs w:val="20"/>
        </w:rPr>
        <w:t>že</w:t>
      </w:r>
      <w:proofErr w:type="spellEnd"/>
      <w:r w:rsidRPr="004B77DD">
        <w:rPr>
          <w:rFonts w:cs="Arial"/>
          <w:sz w:val="20"/>
          <w:szCs w:val="20"/>
        </w:rPr>
        <w:t xml:space="preserve"> se </w:t>
      </w:r>
      <w:proofErr w:type="spellStart"/>
      <w:r w:rsidRPr="004B77DD">
        <w:rPr>
          <w:rFonts w:cs="Arial"/>
          <w:sz w:val="20"/>
          <w:szCs w:val="20"/>
        </w:rPr>
        <w:t>děti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posmívaly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spolužačce</w:t>
      </w:r>
      <w:proofErr w:type="spellEnd"/>
      <w:r w:rsidRPr="004B77DD">
        <w:rPr>
          <w:rFonts w:cs="Arial"/>
          <w:sz w:val="20"/>
          <w:szCs w:val="20"/>
        </w:rPr>
        <w:t xml:space="preserve">, v </w:t>
      </w:r>
      <w:proofErr w:type="spellStart"/>
      <w:r w:rsidRPr="004B77DD">
        <w:rPr>
          <w:rFonts w:cs="Arial"/>
          <w:sz w:val="20"/>
          <w:szCs w:val="20"/>
        </w:rPr>
        <w:t>jiné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třídě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zase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doma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posílaly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posměšné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zprávy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Whatsappu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rodiče</w:t>
      </w:r>
      <w:proofErr w:type="spellEnd"/>
      <w:r w:rsidRPr="004B77DD">
        <w:rPr>
          <w:rFonts w:cs="Arial"/>
          <w:sz w:val="20"/>
          <w:szCs w:val="20"/>
        </w:rPr>
        <w:t xml:space="preserve"> o tom </w:t>
      </w:r>
      <w:proofErr w:type="spellStart"/>
      <w:r w:rsidRPr="004B77DD">
        <w:rPr>
          <w:rFonts w:cs="Arial"/>
          <w:sz w:val="20"/>
          <w:szCs w:val="20"/>
        </w:rPr>
        <w:t>nevěděli</w:t>
      </w:r>
      <w:proofErr w:type="spellEnd"/>
      <w:r w:rsidRPr="004B77DD">
        <w:rPr>
          <w:rFonts w:cs="Arial"/>
          <w:sz w:val="20"/>
          <w:szCs w:val="20"/>
        </w:rPr>
        <w:t>.</w:t>
      </w:r>
    </w:p>
    <w:p w14:paraId="515D509C" w14:textId="77777777" w:rsidR="00E47BB7" w:rsidRPr="004B77DD" w:rsidRDefault="00E47BB7">
      <w:pPr>
        <w:rPr>
          <w:rFonts w:cs="Arial"/>
          <w:sz w:val="20"/>
          <w:szCs w:val="20"/>
        </w:rPr>
      </w:pPr>
      <w:proofErr w:type="spellStart"/>
      <w:r w:rsidRPr="004B77DD">
        <w:rPr>
          <w:rFonts w:cs="Arial"/>
          <w:sz w:val="20"/>
          <w:szCs w:val="20"/>
        </w:rPr>
        <w:t>Spolupracujeme</w:t>
      </w:r>
      <w:proofErr w:type="spellEnd"/>
      <w:r w:rsidRPr="004B77DD">
        <w:rPr>
          <w:rFonts w:cs="Arial"/>
          <w:sz w:val="20"/>
          <w:szCs w:val="20"/>
        </w:rPr>
        <w:t xml:space="preserve"> s </w:t>
      </w:r>
      <w:proofErr w:type="spellStart"/>
      <w:r w:rsidRPr="004B77DD">
        <w:rPr>
          <w:rFonts w:cs="Arial"/>
          <w:sz w:val="20"/>
          <w:szCs w:val="20"/>
        </w:rPr>
        <w:t>organizací</w:t>
      </w:r>
      <w:proofErr w:type="spellEnd"/>
      <w:r w:rsidRPr="004B77DD">
        <w:rPr>
          <w:rFonts w:cs="Arial"/>
          <w:sz w:val="20"/>
          <w:szCs w:val="20"/>
        </w:rPr>
        <w:t xml:space="preserve"> “Cesta </w:t>
      </w:r>
      <w:proofErr w:type="spellStart"/>
      <w:r w:rsidRPr="004B77DD">
        <w:rPr>
          <w:rFonts w:cs="Arial"/>
          <w:sz w:val="20"/>
          <w:szCs w:val="20"/>
        </w:rPr>
        <w:t>integrace</w:t>
      </w:r>
      <w:proofErr w:type="spellEnd"/>
      <w:r w:rsidRPr="004B77DD">
        <w:rPr>
          <w:rFonts w:cs="Arial"/>
          <w:sz w:val="20"/>
          <w:szCs w:val="20"/>
        </w:rPr>
        <w:t xml:space="preserve">”, </w:t>
      </w:r>
      <w:proofErr w:type="spellStart"/>
      <w:r w:rsidRPr="004B77DD">
        <w:rPr>
          <w:rFonts w:cs="Arial"/>
          <w:sz w:val="20"/>
          <w:szCs w:val="20"/>
        </w:rPr>
        <w:t>kde</w:t>
      </w:r>
      <w:proofErr w:type="spellEnd"/>
      <w:r w:rsidRPr="004B77DD">
        <w:rPr>
          <w:rFonts w:cs="Arial"/>
          <w:sz w:val="20"/>
          <w:szCs w:val="20"/>
        </w:rPr>
        <w:t xml:space="preserve"> se </w:t>
      </w:r>
      <w:proofErr w:type="spellStart"/>
      <w:r w:rsidRPr="004B77DD">
        <w:rPr>
          <w:rFonts w:cs="Arial"/>
          <w:sz w:val="20"/>
          <w:szCs w:val="20"/>
        </w:rPr>
        <w:t>děti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žáci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učí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bezpečnosti</w:t>
      </w:r>
      <w:proofErr w:type="spellEnd"/>
      <w:r w:rsidRPr="004B77DD">
        <w:rPr>
          <w:rFonts w:cs="Arial"/>
          <w:sz w:val="20"/>
          <w:szCs w:val="20"/>
        </w:rPr>
        <w:t xml:space="preserve"> v </w:t>
      </w:r>
      <w:proofErr w:type="spellStart"/>
      <w:r w:rsidRPr="004B77DD">
        <w:rPr>
          <w:rFonts w:cs="Arial"/>
          <w:sz w:val="20"/>
          <w:szCs w:val="20"/>
        </w:rPr>
        <w:t>dopravě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žáci</w:t>
      </w:r>
      <w:proofErr w:type="spellEnd"/>
      <w:r w:rsidRPr="004B77DD">
        <w:rPr>
          <w:rFonts w:cs="Arial"/>
          <w:sz w:val="20"/>
          <w:szCs w:val="20"/>
        </w:rPr>
        <w:t xml:space="preserve"> 4. </w:t>
      </w:r>
      <w:proofErr w:type="spellStart"/>
      <w:r w:rsidR="00E80058" w:rsidRPr="004B77DD">
        <w:rPr>
          <w:rFonts w:cs="Arial"/>
          <w:sz w:val="20"/>
          <w:szCs w:val="20"/>
        </w:rPr>
        <w:t>r</w:t>
      </w:r>
      <w:r w:rsidRPr="004B77DD">
        <w:rPr>
          <w:rFonts w:cs="Arial"/>
          <w:sz w:val="20"/>
          <w:szCs w:val="20"/>
        </w:rPr>
        <w:t>očníku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získávají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průkaz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cyklisty</w:t>
      </w:r>
      <w:proofErr w:type="spellEnd"/>
      <w:r w:rsidRPr="004B77DD">
        <w:rPr>
          <w:rFonts w:cs="Arial"/>
          <w:sz w:val="20"/>
          <w:szCs w:val="20"/>
        </w:rPr>
        <w:t xml:space="preserve">. Do </w:t>
      </w:r>
      <w:proofErr w:type="spellStart"/>
      <w:r w:rsidRPr="004B77DD">
        <w:rPr>
          <w:rFonts w:cs="Arial"/>
          <w:sz w:val="20"/>
          <w:szCs w:val="20"/>
        </w:rPr>
        <w:t>školy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pravidelně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jezdí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="00E80058" w:rsidRPr="004B77DD">
        <w:rPr>
          <w:rFonts w:cs="Arial"/>
          <w:sz w:val="20"/>
          <w:szCs w:val="20"/>
        </w:rPr>
        <w:t>M</w:t>
      </w:r>
      <w:r w:rsidRPr="004B77DD">
        <w:rPr>
          <w:rFonts w:cs="Arial"/>
          <w:sz w:val="20"/>
          <w:szCs w:val="20"/>
        </w:rPr>
        <w:t>ěstská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policie</w:t>
      </w:r>
      <w:proofErr w:type="spellEnd"/>
      <w:r w:rsidRPr="004B77DD">
        <w:rPr>
          <w:rFonts w:cs="Arial"/>
          <w:sz w:val="20"/>
          <w:szCs w:val="20"/>
        </w:rPr>
        <w:t xml:space="preserve"> s </w:t>
      </w:r>
      <w:proofErr w:type="spellStart"/>
      <w:r w:rsidRPr="004B77DD">
        <w:rPr>
          <w:rFonts w:cs="Arial"/>
          <w:sz w:val="20"/>
          <w:szCs w:val="20"/>
        </w:rPr>
        <w:t>preventivním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programem</w:t>
      </w:r>
      <w:proofErr w:type="spellEnd"/>
      <w:r w:rsidRPr="004B77DD">
        <w:rPr>
          <w:rFonts w:cs="Arial"/>
          <w:sz w:val="20"/>
          <w:szCs w:val="20"/>
        </w:rPr>
        <w:t xml:space="preserve"> a HZS </w:t>
      </w:r>
      <w:proofErr w:type="spellStart"/>
      <w:r w:rsidRPr="004B77DD">
        <w:rPr>
          <w:rFonts w:cs="Arial"/>
          <w:sz w:val="20"/>
          <w:szCs w:val="20"/>
        </w:rPr>
        <w:t>Říčany</w:t>
      </w:r>
      <w:proofErr w:type="spellEnd"/>
      <w:r w:rsidRPr="004B77DD">
        <w:rPr>
          <w:rFonts w:cs="Arial"/>
          <w:sz w:val="20"/>
          <w:szCs w:val="20"/>
        </w:rPr>
        <w:t xml:space="preserve">. MŠ se </w:t>
      </w:r>
      <w:proofErr w:type="spellStart"/>
      <w:r w:rsidRPr="004B77DD">
        <w:rPr>
          <w:rFonts w:cs="Arial"/>
          <w:sz w:val="20"/>
          <w:szCs w:val="20"/>
        </w:rPr>
        <w:t>zapojila</w:t>
      </w:r>
      <w:proofErr w:type="spellEnd"/>
      <w:r w:rsidRPr="004B77DD">
        <w:rPr>
          <w:rFonts w:cs="Arial"/>
          <w:sz w:val="20"/>
          <w:szCs w:val="20"/>
        </w:rPr>
        <w:t xml:space="preserve"> do </w:t>
      </w:r>
      <w:proofErr w:type="spellStart"/>
      <w:r w:rsidRPr="004B77DD">
        <w:rPr>
          <w:rFonts w:cs="Arial"/>
          <w:sz w:val="20"/>
          <w:szCs w:val="20"/>
        </w:rPr>
        <w:t>pilotního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projektu</w:t>
      </w:r>
      <w:proofErr w:type="spellEnd"/>
      <w:r w:rsidRPr="004B77DD">
        <w:rPr>
          <w:rFonts w:cs="Arial"/>
          <w:sz w:val="20"/>
          <w:szCs w:val="20"/>
        </w:rPr>
        <w:t xml:space="preserve"> “</w:t>
      </w:r>
      <w:proofErr w:type="spellStart"/>
      <w:r w:rsidRPr="004B77DD">
        <w:rPr>
          <w:rFonts w:cs="Arial"/>
          <w:sz w:val="20"/>
          <w:szCs w:val="20"/>
        </w:rPr>
        <w:t>Posilování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psychické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odolnosti</w:t>
      </w:r>
      <w:proofErr w:type="spellEnd"/>
      <w:r w:rsidRPr="004B77DD">
        <w:rPr>
          <w:rFonts w:cs="Arial"/>
          <w:sz w:val="20"/>
          <w:szCs w:val="20"/>
        </w:rPr>
        <w:t xml:space="preserve">” </w:t>
      </w:r>
      <w:proofErr w:type="spellStart"/>
      <w:r w:rsidRPr="004B77DD">
        <w:rPr>
          <w:rFonts w:cs="Arial"/>
          <w:sz w:val="20"/>
          <w:szCs w:val="20"/>
        </w:rPr>
        <w:t>ve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spolupráci</w:t>
      </w:r>
      <w:proofErr w:type="spellEnd"/>
      <w:r w:rsidRPr="004B77DD">
        <w:rPr>
          <w:rFonts w:cs="Arial"/>
          <w:sz w:val="20"/>
          <w:szCs w:val="20"/>
        </w:rPr>
        <w:t xml:space="preserve"> s </w:t>
      </w:r>
      <w:proofErr w:type="spellStart"/>
      <w:r w:rsidRPr="004B77DD">
        <w:rPr>
          <w:rFonts w:cs="Arial"/>
          <w:sz w:val="20"/>
          <w:szCs w:val="20"/>
        </w:rPr>
        <w:t>Centrem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psychické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odolnosti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nadací</w:t>
      </w:r>
      <w:proofErr w:type="spellEnd"/>
      <w:r w:rsidRPr="004B77DD">
        <w:rPr>
          <w:rFonts w:cs="Arial"/>
          <w:sz w:val="20"/>
          <w:szCs w:val="20"/>
        </w:rPr>
        <w:t xml:space="preserve"> Kapka </w:t>
      </w:r>
      <w:proofErr w:type="spellStart"/>
      <w:r w:rsidRPr="004B77DD">
        <w:rPr>
          <w:rFonts w:cs="Arial"/>
          <w:sz w:val="20"/>
          <w:szCs w:val="20"/>
        </w:rPr>
        <w:t>naděje</w:t>
      </w:r>
      <w:proofErr w:type="spellEnd"/>
      <w:r w:rsidRPr="004B77DD">
        <w:rPr>
          <w:rFonts w:cs="Arial"/>
          <w:sz w:val="20"/>
          <w:szCs w:val="20"/>
        </w:rPr>
        <w:t>.</w:t>
      </w:r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1531"/>
        <w:gridCol w:w="3402"/>
        <w:gridCol w:w="2551"/>
      </w:tblGrid>
      <w:tr w:rsidR="004F2747" w:rsidRPr="004B77DD" w14:paraId="31DCAB89" w14:textId="77777777">
        <w:trPr>
          <w:cantSplit/>
          <w:tblHeader/>
        </w:trPr>
        <w:tc>
          <w:tcPr>
            <w:tcW w:w="238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3EA4293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lastRenderedPageBreak/>
              <w:t>Oblast</w:t>
            </w:r>
          </w:p>
        </w:tc>
        <w:tc>
          <w:tcPr>
            <w:tcW w:w="153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D08A2F8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Počet</w:t>
            </w:r>
            <w:proofErr w:type="spellEnd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/evidence</w:t>
            </w:r>
          </w:p>
        </w:tc>
        <w:tc>
          <w:tcPr>
            <w:tcW w:w="3402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F60EC51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Přijatá</w:t>
            </w:r>
            <w:proofErr w:type="spellEnd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opatření</w:t>
            </w:r>
            <w:proofErr w:type="spellEnd"/>
          </w:p>
        </w:tc>
        <w:tc>
          <w:tcPr>
            <w:tcW w:w="255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456D2AB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Vyhodnocení</w:t>
            </w:r>
            <w:proofErr w:type="spellEnd"/>
          </w:p>
        </w:tc>
      </w:tr>
      <w:tr w:rsidR="004F2747" w:rsidRPr="004B77DD" w14:paraId="09E73E24" w14:textId="77777777">
        <w:trPr>
          <w:cantSplit/>
        </w:trPr>
        <w:tc>
          <w:tcPr>
            <w:tcW w:w="2381" w:type="dxa"/>
            <w:vAlign w:val="center"/>
          </w:tcPr>
          <w:p w14:paraId="79AD7032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Vztahové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problémy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/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šikana</w:t>
            </w:r>
            <w:proofErr w:type="spellEnd"/>
          </w:p>
        </w:tc>
        <w:tc>
          <w:tcPr>
            <w:tcW w:w="1531" w:type="dxa"/>
            <w:vAlign w:val="center"/>
          </w:tcPr>
          <w:p w14:paraId="0DB62EAB" w14:textId="77777777" w:rsidR="004F2747" w:rsidRPr="004B77DD" w:rsidRDefault="004905B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3402" w:type="dxa"/>
            <w:vAlign w:val="center"/>
          </w:tcPr>
          <w:p w14:paraId="21291D61" w14:textId="77777777" w:rsidR="004F2747" w:rsidRPr="004B77DD" w:rsidRDefault="004905BB" w:rsidP="004905B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Rodiče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dívky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ze 3.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třídy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stěžovali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jí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ostatní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dívky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posmívají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.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Rozhovorem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dětmi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(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třídní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učitelka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výchovná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poradkyně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)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jsme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zjistili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dívky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dělají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ze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sebe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legraci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navzájem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neumí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rozpoznat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to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někomu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vadí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.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Vše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jsme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vysvětlili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rodiče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informovali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dle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našeho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názoru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situace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uklidnila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551" w:type="dxa"/>
            <w:vAlign w:val="center"/>
          </w:tcPr>
          <w:p w14:paraId="4158E21D" w14:textId="77777777" w:rsidR="004F2747" w:rsidRPr="004B77DD" w:rsidRDefault="004905B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Rodiče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jedné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dívky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stejně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rozhodli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bude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chodit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do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školy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kde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vyučuje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její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matka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.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Nepřijali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jejich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dcera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take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podílela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zesměšňování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spolužačky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přestože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dívka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k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tomu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přiznala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chybu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uznala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vše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řešilo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vysvětlením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dohodou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mezi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dětmi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</w:tr>
      <w:tr w:rsidR="004F2747" w:rsidRPr="004B77DD" w14:paraId="71EE81A7" w14:textId="77777777">
        <w:trPr>
          <w:cantSplit/>
        </w:trPr>
        <w:tc>
          <w:tcPr>
            <w:tcW w:w="2381" w:type="dxa"/>
            <w:shd w:val="clear" w:color="auto" w:fill="F3F6F8"/>
            <w:vAlign w:val="center"/>
          </w:tcPr>
          <w:p w14:paraId="0747A91F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Kyberrizika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nevhodné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užívání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technologií</w:t>
            </w:r>
            <w:proofErr w:type="spellEnd"/>
          </w:p>
        </w:tc>
        <w:tc>
          <w:tcPr>
            <w:tcW w:w="1531" w:type="dxa"/>
            <w:shd w:val="clear" w:color="auto" w:fill="F3F6F8"/>
            <w:vAlign w:val="center"/>
          </w:tcPr>
          <w:p w14:paraId="632FCD05" w14:textId="77777777" w:rsidR="004F2747" w:rsidRPr="004B77DD" w:rsidRDefault="004905B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3402" w:type="dxa"/>
            <w:shd w:val="clear" w:color="auto" w:fill="F3F6F8"/>
            <w:vAlign w:val="center"/>
          </w:tcPr>
          <w:p w14:paraId="3BD932F3" w14:textId="77777777" w:rsidR="004F2747" w:rsidRPr="004B77DD" w:rsidRDefault="004905B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 xml:space="preserve">S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dětmi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žáky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pravidelně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povídáme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o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kyberšikaně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F3F6F8"/>
            <w:vAlign w:val="center"/>
          </w:tcPr>
          <w:p w14:paraId="168470F7" w14:textId="77777777" w:rsidR="004F2747" w:rsidRPr="004B77DD" w:rsidRDefault="004905B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Někdy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stane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děti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založí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whatsapp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skupinu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rodiče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o tom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vůbec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nevědí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.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Pokud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to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víme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tak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je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škola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informuje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</w:tr>
      <w:tr w:rsidR="004F2747" w:rsidRPr="004B77DD" w14:paraId="5E30FF3F" w14:textId="77777777">
        <w:trPr>
          <w:cantSplit/>
        </w:trPr>
        <w:tc>
          <w:tcPr>
            <w:tcW w:w="2381" w:type="dxa"/>
            <w:vAlign w:val="center"/>
          </w:tcPr>
          <w:p w14:paraId="65F0E046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Záškoláctví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/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neomluvená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absence</w:t>
            </w:r>
          </w:p>
        </w:tc>
        <w:tc>
          <w:tcPr>
            <w:tcW w:w="1531" w:type="dxa"/>
            <w:vAlign w:val="center"/>
          </w:tcPr>
          <w:p w14:paraId="64D8B9F7" w14:textId="77777777" w:rsidR="004F2747" w:rsidRPr="004B77DD" w:rsidRDefault="004905B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3402" w:type="dxa"/>
            <w:vAlign w:val="center"/>
          </w:tcPr>
          <w:p w14:paraId="69631F15" w14:textId="77777777" w:rsidR="004F2747" w:rsidRPr="004B77DD" w:rsidRDefault="004905B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Pokud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některé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děti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nechodí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do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školy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z “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rodinných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důvodů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”,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tak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to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hned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řešíme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rodiči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hledáme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příčinu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551" w:type="dxa"/>
            <w:vAlign w:val="center"/>
          </w:tcPr>
          <w:p w14:paraId="1AAC471E" w14:textId="77777777" w:rsidR="004F2747" w:rsidRPr="004B77DD" w:rsidRDefault="004905BB" w:rsidP="00C246FE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Někdy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stává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dítě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chce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hrát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doma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hry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PC,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telefonu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začne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vymýšlet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je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nemocné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. S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rodiči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mluvíme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o tom, jak je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důležité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neustu</w:t>
            </w:r>
            <w:r w:rsidR="00C246FE" w:rsidRPr="004B77DD">
              <w:rPr>
                <w:rFonts w:cs="Arial"/>
                <w:sz w:val="20"/>
                <w:szCs w:val="20"/>
              </w:rPr>
              <w:t>povat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hry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používat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pouze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jako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občasnou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zábavu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odměnu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pokud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si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dítě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plní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své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povinnosti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.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Pokud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 je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dítě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nemocné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tak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 se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léčí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nehraje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hry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na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246FE" w:rsidRPr="004B77DD">
              <w:rPr>
                <w:rFonts w:cs="Arial"/>
                <w:sz w:val="20"/>
                <w:szCs w:val="20"/>
              </w:rPr>
              <w:t>mobilu</w:t>
            </w:r>
            <w:proofErr w:type="spellEnd"/>
            <w:r w:rsidR="00C246FE" w:rsidRPr="004B77DD">
              <w:rPr>
                <w:rFonts w:cs="Arial"/>
                <w:sz w:val="20"/>
                <w:szCs w:val="20"/>
              </w:rPr>
              <w:t>!</w:t>
            </w:r>
          </w:p>
        </w:tc>
      </w:tr>
      <w:tr w:rsidR="004F2747" w:rsidRPr="004B77DD" w14:paraId="34058F8B" w14:textId="77777777">
        <w:trPr>
          <w:cantSplit/>
        </w:trPr>
        <w:tc>
          <w:tcPr>
            <w:tcW w:w="2381" w:type="dxa"/>
            <w:shd w:val="clear" w:color="auto" w:fill="F3F6F8"/>
            <w:vAlign w:val="center"/>
          </w:tcPr>
          <w:p w14:paraId="18BCFA51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Agresivní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nebo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jiné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rizikové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chování</w:t>
            </w:r>
            <w:proofErr w:type="spellEnd"/>
          </w:p>
        </w:tc>
        <w:tc>
          <w:tcPr>
            <w:tcW w:w="1531" w:type="dxa"/>
            <w:shd w:val="clear" w:color="auto" w:fill="F3F6F8"/>
            <w:vAlign w:val="center"/>
          </w:tcPr>
          <w:p w14:paraId="24DBB484" w14:textId="77777777" w:rsidR="004F2747" w:rsidRPr="004B77DD" w:rsidRDefault="00C246FE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3402" w:type="dxa"/>
            <w:shd w:val="clear" w:color="auto" w:fill="F3F6F8"/>
            <w:vAlign w:val="center"/>
          </w:tcPr>
          <w:p w14:paraId="1BA9038C" w14:textId="77777777" w:rsidR="004F2747" w:rsidRPr="004B77DD" w:rsidRDefault="00C246FE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Chlapci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byla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diagnostikována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emoční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labilita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.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Měl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k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sobě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asistentku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pedagoga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afektům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jsme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snažili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předcházet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F3F6F8"/>
            <w:vAlign w:val="center"/>
          </w:tcPr>
          <w:p w14:paraId="3DF9D24C" w14:textId="77777777" w:rsidR="004F2747" w:rsidRPr="004B77DD" w:rsidRDefault="00C246FE" w:rsidP="00C246FE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Nastavená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opatření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fungovala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dobře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I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když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rodiče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chlapce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měli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pocit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je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vlastně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úplně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v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pořádku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neohrožuje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sebe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ani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ostatní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</w:tr>
      <w:tr w:rsidR="004F2747" w:rsidRPr="004B77DD" w14:paraId="6441085D" w14:textId="77777777">
        <w:trPr>
          <w:cantSplit/>
        </w:trPr>
        <w:tc>
          <w:tcPr>
            <w:tcW w:w="2381" w:type="dxa"/>
            <w:vAlign w:val="center"/>
          </w:tcPr>
          <w:p w14:paraId="54608A7B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Jiné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sledované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jevy</w:t>
            </w:r>
            <w:proofErr w:type="spellEnd"/>
          </w:p>
        </w:tc>
        <w:tc>
          <w:tcPr>
            <w:tcW w:w="1531" w:type="dxa"/>
            <w:vAlign w:val="center"/>
          </w:tcPr>
          <w:p w14:paraId="16AD795C" w14:textId="77777777" w:rsidR="004F2747" w:rsidRPr="004B77DD" w:rsidRDefault="00C246FE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3402" w:type="dxa"/>
            <w:vAlign w:val="center"/>
          </w:tcPr>
          <w:p w14:paraId="18158EBF" w14:textId="77777777" w:rsidR="004F2747" w:rsidRPr="004B77DD" w:rsidRDefault="00C246FE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 xml:space="preserve">V MŠ se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někdy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stává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pokud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děti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navzájem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berou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hračku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nebo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strkají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tak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rodiče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používají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slovo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“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šikana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”.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Vysvětlujeme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šikana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je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dlouhodobé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záměrné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ubližování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slovní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nebo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fyzické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551" w:type="dxa"/>
            <w:vAlign w:val="center"/>
          </w:tcPr>
          <w:p w14:paraId="0E120470" w14:textId="77777777" w:rsidR="004F2747" w:rsidRPr="004B77DD" w:rsidRDefault="00C246FE" w:rsidP="00812A69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Snažíme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rodičům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vysvětlit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že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se male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děti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teprve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učí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vzájemné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interakci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socializují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se.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Učíme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je, jak se k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sobě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chovat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jak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požádat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o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hračku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jak se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domluvit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.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Tento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process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trvá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určitou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dobu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zejména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u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věkově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mladších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dětí</w:t>
            </w:r>
            <w:proofErr w:type="spellEnd"/>
            <w:r w:rsidR="00812A69" w:rsidRPr="004B77DD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="00812A69" w:rsidRPr="004B77DD">
              <w:rPr>
                <w:rFonts w:cs="Arial"/>
                <w:sz w:val="20"/>
                <w:szCs w:val="20"/>
              </w:rPr>
              <w:t>ke</w:t>
            </w:r>
            <w:proofErr w:type="spellEnd"/>
            <w:r w:rsidR="00812A69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812A69" w:rsidRPr="004B77DD">
              <w:rPr>
                <w:rFonts w:cs="Arial"/>
                <w:sz w:val="20"/>
                <w:szCs w:val="20"/>
              </w:rPr>
              <w:t>konfliktům</w:t>
            </w:r>
            <w:proofErr w:type="spellEnd"/>
            <w:r w:rsidR="00812A69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812A69" w:rsidRPr="004B77DD">
              <w:rPr>
                <w:rFonts w:cs="Arial"/>
                <w:sz w:val="20"/>
                <w:szCs w:val="20"/>
              </w:rPr>
              <w:t>mezi</w:t>
            </w:r>
            <w:proofErr w:type="spellEnd"/>
            <w:r w:rsidR="00812A69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812A69" w:rsidRPr="004B77DD">
              <w:rPr>
                <w:rFonts w:cs="Arial"/>
                <w:sz w:val="20"/>
                <w:szCs w:val="20"/>
              </w:rPr>
              <w:t>dětmi</w:t>
            </w:r>
            <w:proofErr w:type="spellEnd"/>
            <w:r w:rsidR="00812A69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812A69" w:rsidRPr="004B77DD">
              <w:rPr>
                <w:rFonts w:cs="Arial"/>
                <w:sz w:val="20"/>
                <w:szCs w:val="20"/>
              </w:rPr>
              <w:t>někdy</w:t>
            </w:r>
            <w:proofErr w:type="spellEnd"/>
            <w:r w:rsidR="00812A69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812A69" w:rsidRPr="004B77DD">
              <w:rPr>
                <w:rFonts w:cs="Arial"/>
                <w:sz w:val="20"/>
                <w:szCs w:val="20"/>
              </w:rPr>
              <w:t>dochází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</w:tr>
    </w:tbl>
    <w:p w14:paraId="2DEAC329" w14:textId="77777777" w:rsidR="004F2747" w:rsidRPr="004B77DD" w:rsidRDefault="004F2747">
      <w:pPr>
        <w:spacing w:after="20"/>
        <w:rPr>
          <w:rFonts w:cs="Arial"/>
          <w:sz w:val="20"/>
          <w:szCs w:val="20"/>
        </w:rPr>
      </w:pPr>
    </w:p>
    <w:p w14:paraId="224DBA89" w14:textId="77777777" w:rsidR="004F2747" w:rsidRPr="004B77DD" w:rsidRDefault="006C6DC5" w:rsidP="006C6DC5">
      <w:pPr>
        <w:pStyle w:val="Nadpis2"/>
        <w:rPr>
          <w:rFonts w:ascii="Arial" w:hAnsi="Arial" w:cs="Arial"/>
          <w:sz w:val="20"/>
          <w:szCs w:val="20"/>
        </w:rPr>
      </w:pPr>
      <w:r w:rsidRPr="004B77DD">
        <w:rPr>
          <w:rFonts w:ascii="Arial" w:hAnsi="Arial" w:cs="Arial"/>
          <w:sz w:val="20"/>
          <w:szCs w:val="20"/>
        </w:rPr>
        <w:t xml:space="preserve">7.2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Stížnosti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na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diskriminační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jednání</w:t>
      </w:r>
      <w:proofErr w:type="spellEnd"/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5953"/>
        <w:gridCol w:w="3912"/>
      </w:tblGrid>
      <w:tr w:rsidR="004F2747" w:rsidRPr="004B77DD" w14:paraId="1D6B8EAC" w14:textId="77777777">
        <w:trPr>
          <w:cantSplit/>
          <w:tblHeader/>
        </w:trPr>
        <w:tc>
          <w:tcPr>
            <w:tcW w:w="5953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AF9EDEB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Údaj</w:t>
            </w:r>
            <w:proofErr w:type="spellEnd"/>
          </w:p>
        </w:tc>
        <w:tc>
          <w:tcPr>
            <w:tcW w:w="3912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129032D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Hodnota</w:t>
            </w:r>
            <w:proofErr w:type="spellEnd"/>
          </w:p>
        </w:tc>
      </w:tr>
      <w:tr w:rsidR="004F2747" w:rsidRPr="004B77DD" w14:paraId="190E6BBA" w14:textId="77777777">
        <w:trPr>
          <w:cantSplit/>
        </w:trPr>
        <w:tc>
          <w:tcPr>
            <w:tcW w:w="5953" w:type="dxa"/>
            <w:vAlign w:val="center"/>
          </w:tcPr>
          <w:p w14:paraId="424D0E3D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Počet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přijatých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stížností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na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diskriminační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jednání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ze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strany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školy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nebo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jejích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zaměstnanců</w:t>
            </w:r>
            <w:proofErr w:type="spellEnd"/>
          </w:p>
        </w:tc>
        <w:tc>
          <w:tcPr>
            <w:tcW w:w="3912" w:type="dxa"/>
            <w:vAlign w:val="center"/>
          </w:tcPr>
          <w:p w14:paraId="21281084" w14:textId="77777777" w:rsidR="004F2747" w:rsidRPr="004B77DD" w:rsidRDefault="00A209C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</w:tr>
      <w:tr w:rsidR="004F2747" w:rsidRPr="004B77DD" w14:paraId="5F87AC24" w14:textId="77777777">
        <w:trPr>
          <w:cantSplit/>
        </w:trPr>
        <w:tc>
          <w:tcPr>
            <w:tcW w:w="5953" w:type="dxa"/>
            <w:shd w:val="clear" w:color="auto" w:fill="F3F6F8"/>
            <w:vAlign w:val="center"/>
          </w:tcPr>
          <w:p w14:paraId="594774E4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Důvod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>/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předmět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stížností</w:t>
            </w:r>
            <w:proofErr w:type="spellEnd"/>
          </w:p>
        </w:tc>
        <w:tc>
          <w:tcPr>
            <w:tcW w:w="3912" w:type="dxa"/>
            <w:shd w:val="clear" w:color="auto" w:fill="F3F6F8"/>
            <w:vAlign w:val="center"/>
          </w:tcPr>
          <w:p w14:paraId="255C431E" w14:textId="70E53E97" w:rsidR="004F2747" w:rsidRPr="004B77DD" w:rsidRDefault="00A2383E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</w:tr>
      <w:tr w:rsidR="004F2747" w:rsidRPr="004B77DD" w14:paraId="4B9748A2" w14:textId="77777777">
        <w:trPr>
          <w:cantSplit/>
        </w:trPr>
        <w:tc>
          <w:tcPr>
            <w:tcW w:w="5953" w:type="dxa"/>
            <w:vAlign w:val="center"/>
          </w:tcPr>
          <w:p w14:paraId="72E3BD89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Způsob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vyřízení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a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přijatá</w:t>
            </w:r>
            <w:proofErr w:type="spellEnd"/>
            <w:r w:rsidRPr="004B77DD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sz w:val="20"/>
                <w:szCs w:val="20"/>
              </w:rPr>
              <w:t>opatření</w:t>
            </w:r>
            <w:proofErr w:type="spellEnd"/>
          </w:p>
        </w:tc>
        <w:tc>
          <w:tcPr>
            <w:tcW w:w="3912" w:type="dxa"/>
            <w:vAlign w:val="center"/>
          </w:tcPr>
          <w:p w14:paraId="25EB3685" w14:textId="259F1082" w:rsidR="004F2747" w:rsidRPr="004B77DD" w:rsidRDefault="00A2383E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0</w:t>
            </w:r>
          </w:p>
        </w:tc>
      </w:tr>
    </w:tbl>
    <w:p w14:paraId="05CA5129" w14:textId="77777777" w:rsidR="004F2747" w:rsidRPr="004B77DD" w:rsidRDefault="004F2747">
      <w:pPr>
        <w:spacing w:after="20"/>
        <w:rPr>
          <w:rFonts w:cs="Arial"/>
          <w:sz w:val="20"/>
          <w:szCs w:val="20"/>
        </w:rPr>
      </w:pPr>
    </w:p>
    <w:p w14:paraId="3D98515C" w14:textId="77777777" w:rsidR="004F2747" w:rsidRPr="004B77DD" w:rsidRDefault="006C6DC5" w:rsidP="006C6DC5">
      <w:pPr>
        <w:pStyle w:val="Nadpis2"/>
        <w:rPr>
          <w:rFonts w:ascii="Arial" w:hAnsi="Arial" w:cs="Arial"/>
          <w:sz w:val="20"/>
          <w:szCs w:val="20"/>
        </w:rPr>
      </w:pPr>
      <w:r w:rsidRPr="004B77DD">
        <w:rPr>
          <w:rFonts w:ascii="Arial" w:hAnsi="Arial" w:cs="Arial"/>
          <w:sz w:val="20"/>
          <w:szCs w:val="20"/>
        </w:rPr>
        <w:lastRenderedPageBreak/>
        <w:t xml:space="preserve">7.3 </w:t>
      </w:r>
      <w:r w:rsidR="00B25EFB" w:rsidRPr="004B77DD">
        <w:rPr>
          <w:rFonts w:ascii="Arial" w:hAnsi="Arial" w:cs="Arial"/>
          <w:sz w:val="20"/>
          <w:szCs w:val="20"/>
        </w:rPr>
        <w:t xml:space="preserve">Podpora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dětí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žáků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se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speciálními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vzdělávacími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potřebami</w:t>
      </w:r>
      <w:proofErr w:type="spellEnd"/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2268"/>
        <w:gridCol w:w="3912"/>
        <w:gridCol w:w="2438"/>
      </w:tblGrid>
      <w:tr w:rsidR="004F2747" w:rsidRPr="004B77DD" w14:paraId="3BC1C2FC" w14:textId="77777777">
        <w:trPr>
          <w:cantSplit/>
          <w:tblHeader/>
        </w:trPr>
        <w:tc>
          <w:tcPr>
            <w:tcW w:w="1247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7760A7F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Součást</w:t>
            </w:r>
            <w:proofErr w:type="spellEnd"/>
          </w:p>
        </w:tc>
        <w:tc>
          <w:tcPr>
            <w:tcW w:w="2268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67D55F9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Rozsah</w:t>
            </w:r>
            <w:proofErr w:type="spellEnd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podpory</w:t>
            </w:r>
            <w:proofErr w:type="spellEnd"/>
          </w:p>
        </w:tc>
        <w:tc>
          <w:tcPr>
            <w:tcW w:w="3912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157EEE6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Realizovaná</w:t>
            </w:r>
            <w:proofErr w:type="spellEnd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opatření</w:t>
            </w:r>
            <w:proofErr w:type="spellEnd"/>
          </w:p>
        </w:tc>
        <w:tc>
          <w:tcPr>
            <w:tcW w:w="2438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574C54C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eastAsia="Arial" w:cs="Arial"/>
                <w:b/>
                <w:color w:val="FFFFFF"/>
                <w:sz w:val="20"/>
                <w:szCs w:val="20"/>
              </w:rPr>
              <w:t>Vyhodnocení</w:t>
            </w:r>
            <w:proofErr w:type="spellEnd"/>
          </w:p>
        </w:tc>
      </w:tr>
      <w:tr w:rsidR="004F2747" w:rsidRPr="004B77DD" w14:paraId="43708CEF" w14:textId="77777777">
        <w:trPr>
          <w:cantSplit/>
        </w:trPr>
        <w:tc>
          <w:tcPr>
            <w:tcW w:w="1247" w:type="dxa"/>
            <w:vAlign w:val="center"/>
          </w:tcPr>
          <w:p w14:paraId="1362173D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eastAsia="Arial" w:cs="Arial"/>
                <w:sz w:val="20"/>
                <w:szCs w:val="20"/>
              </w:rPr>
              <w:t>MŠ</w:t>
            </w:r>
          </w:p>
        </w:tc>
        <w:tc>
          <w:tcPr>
            <w:tcW w:w="2268" w:type="dxa"/>
            <w:vAlign w:val="center"/>
          </w:tcPr>
          <w:p w14:paraId="352242E5" w14:textId="77777777" w:rsidR="004F2747" w:rsidRPr="004B77DD" w:rsidRDefault="00CC5B5A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3912" w:type="dxa"/>
            <w:vAlign w:val="center"/>
          </w:tcPr>
          <w:p w14:paraId="7E6D2CD2" w14:textId="77777777" w:rsidR="004F2747" w:rsidRPr="004B77DD" w:rsidRDefault="004E6485" w:rsidP="004E6485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 xml:space="preserve"> 1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a</w:t>
            </w:r>
            <w:r w:rsidR="00CC5B5A" w:rsidRPr="004B77DD">
              <w:rPr>
                <w:rFonts w:cs="Arial"/>
                <w:sz w:val="20"/>
                <w:szCs w:val="20"/>
              </w:rPr>
              <w:t>sistentka</w:t>
            </w:r>
            <w:proofErr w:type="spellEnd"/>
            <w:r w:rsidR="00CC5B5A"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CC5B5A" w:rsidRPr="004B77DD">
              <w:rPr>
                <w:rFonts w:cs="Arial"/>
                <w:sz w:val="20"/>
                <w:szCs w:val="20"/>
              </w:rPr>
              <w:t>pedagoda</w:t>
            </w:r>
            <w:proofErr w:type="spellEnd"/>
            <w:r w:rsidR="00CC5B5A" w:rsidRPr="004B77DD">
              <w:rPr>
                <w:rFonts w:cs="Arial"/>
                <w:sz w:val="20"/>
                <w:szCs w:val="20"/>
              </w:rPr>
              <w:t xml:space="preserve">, </w:t>
            </w:r>
            <w:r w:rsidRPr="004B77DD">
              <w:rPr>
                <w:rFonts w:cs="Arial"/>
                <w:sz w:val="20"/>
                <w:szCs w:val="20"/>
              </w:rPr>
              <w:t xml:space="preserve">3 x </w:t>
            </w:r>
            <w:proofErr w:type="spellStart"/>
            <w:r w:rsidR="00CC5B5A" w:rsidRPr="004B77DD">
              <w:rPr>
                <w:rFonts w:cs="Arial"/>
                <w:sz w:val="20"/>
                <w:szCs w:val="20"/>
              </w:rPr>
              <w:t>spec.ped.péče</w:t>
            </w:r>
            <w:proofErr w:type="spellEnd"/>
          </w:p>
        </w:tc>
        <w:tc>
          <w:tcPr>
            <w:tcW w:w="2438" w:type="dxa"/>
            <w:vAlign w:val="center"/>
          </w:tcPr>
          <w:p w14:paraId="3D5D6821" w14:textId="77777777" w:rsidR="004F2747" w:rsidRPr="004B77DD" w:rsidRDefault="00CC5B5A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Vše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fungovalo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dobře</w:t>
            </w:r>
            <w:proofErr w:type="spellEnd"/>
          </w:p>
        </w:tc>
      </w:tr>
      <w:tr w:rsidR="004F2747" w:rsidRPr="004B77DD" w14:paraId="427C74E1" w14:textId="77777777">
        <w:trPr>
          <w:cantSplit/>
        </w:trPr>
        <w:tc>
          <w:tcPr>
            <w:tcW w:w="1247" w:type="dxa"/>
            <w:shd w:val="clear" w:color="auto" w:fill="F3F6F8"/>
            <w:vAlign w:val="center"/>
          </w:tcPr>
          <w:p w14:paraId="4FDB8996" w14:textId="77777777" w:rsidR="004F2747" w:rsidRPr="004B77DD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eastAsia="Arial" w:cs="Arial"/>
                <w:sz w:val="20"/>
                <w:szCs w:val="20"/>
              </w:rPr>
              <w:t>ZŠ</w:t>
            </w:r>
          </w:p>
        </w:tc>
        <w:tc>
          <w:tcPr>
            <w:tcW w:w="2268" w:type="dxa"/>
            <w:shd w:val="clear" w:color="auto" w:fill="F3F6F8"/>
            <w:vAlign w:val="center"/>
          </w:tcPr>
          <w:p w14:paraId="343A1463" w14:textId="77777777" w:rsidR="004F2747" w:rsidRPr="004B77DD" w:rsidRDefault="004E6485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3912" w:type="dxa"/>
            <w:shd w:val="clear" w:color="auto" w:fill="F3F6F8"/>
            <w:vAlign w:val="center"/>
          </w:tcPr>
          <w:p w14:paraId="332CEC16" w14:textId="77777777" w:rsidR="004F2747" w:rsidRPr="004B77DD" w:rsidRDefault="004E6485" w:rsidP="004E6485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4B77DD">
              <w:rPr>
                <w:rFonts w:cs="Arial"/>
                <w:sz w:val="20"/>
                <w:szCs w:val="20"/>
              </w:rPr>
              <w:t xml:space="preserve">2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asistentky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pedagoga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, 5 x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speciálně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ped.péče</w:t>
            </w:r>
            <w:proofErr w:type="spellEnd"/>
          </w:p>
        </w:tc>
        <w:tc>
          <w:tcPr>
            <w:tcW w:w="2438" w:type="dxa"/>
            <w:shd w:val="clear" w:color="auto" w:fill="F3F6F8"/>
            <w:vAlign w:val="center"/>
          </w:tcPr>
          <w:p w14:paraId="5D69E4D4" w14:textId="77777777" w:rsidR="004F2747" w:rsidRPr="004B77DD" w:rsidRDefault="004E6485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4B77DD">
              <w:rPr>
                <w:rFonts w:cs="Arial"/>
                <w:sz w:val="20"/>
                <w:szCs w:val="20"/>
              </w:rPr>
              <w:t>Nastavená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opatření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fungovala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4B77DD">
              <w:rPr>
                <w:rFonts w:cs="Arial"/>
                <w:sz w:val="20"/>
                <w:szCs w:val="20"/>
              </w:rPr>
              <w:t>dobře</w:t>
            </w:r>
            <w:proofErr w:type="spellEnd"/>
            <w:r w:rsidRPr="004B77DD">
              <w:rPr>
                <w:rFonts w:cs="Arial"/>
                <w:sz w:val="20"/>
                <w:szCs w:val="20"/>
              </w:rPr>
              <w:t>.</w:t>
            </w:r>
          </w:p>
        </w:tc>
      </w:tr>
    </w:tbl>
    <w:p w14:paraId="3B9CA9BD" w14:textId="77777777" w:rsidR="004F2747" w:rsidRPr="004B77DD" w:rsidRDefault="004F2747">
      <w:pPr>
        <w:spacing w:after="20"/>
        <w:rPr>
          <w:rFonts w:cs="Arial"/>
          <w:sz w:val="20"/>
          <w:szCs w:val="20"/>
        </w:rPr>
      </w:pPr>
    </w:p>
    <w:p w14:paraId="042894E0" w14:textId="77777777" w:rsidR="004F2747" w:rsidRPr="004B77DD" w:rsidRDefault="006C6DC5" w:rsidP="006C6DC5">
      <w:pPr>
        <w:pStyle w:val="Nadpis2"/>
        <w:rPr>
          <w:rFonts w:ascii="Arial" w:hAnsi="Arial" w:cs="Arial"/>
          <w:sz w:val="20"/>
          <w:szCs w:val="20"/>
        </w:rPr>
      </w:pPr>
      <w:r w:rsidRPr="004B77DD">
        <w:rPr>
          <w:rFonts w:ascii="Arial" w:hAnsi="Arial" w:cs="Arial"/>
          <w:sz w:val="20"/>
          <w:szCs w:val="20"/>
        </w:rPr>
        <w:t xml:space="preserve">7.4 </w:t>
      </w:r>
      <w:r w:rsidR="00B25EFB" w:rsidRPr="004B77DD">
        <w:rPr>
          <w:rFonts w:ascii="Arial" w:hAnsi="Arial" w:cs="Arial"/>
          <w:sz w:val="20"/>
          <w:szCs w:val="20"/>
        </w:rPr>
        <w:t xml:space="preserve">Podpora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nadaných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mimořádně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nadaných</w:t>
      </w:r>
      <w:proofErr w:type="spellEnd"/>
    </w:p>
    <w:p w14:paraId="23E4075B" w14:textId="77777777" w:rsidR="004F2747" w:rsidRPr="004B77DD" w:rsidRDefault="00744FF7">
      <w:pPr>
        <w:rPr>
          <w:rFonts w:cs="Arial"/>
          <w:sz w:val="20"/>
          <w:szCs w:val="20"/>
        </w:rPr>
      </w:pPr>
      <w:r w:rsidRPr="004B77DD">
        <w:rPr>
          <w:rFonts w:cs="Arial"/>
          <w:sz w:val="20"/>
          <w:szCs w:val="20"/>
        </w:rPr>
        <w:t xml:space="preserve">V ZŠ je </w:t>
      </w:r>
      <w:proofErr w:type="spellStart"/>
      <w:r w:rsidRPr="004B77DD">
        <w:rPr>
          <w:rFonts w:cs="Arial"/>
          <w:sz w:val="20"/>
          <w:szCs w:val="20"/>
        </w:rPr>
        <w:t>jeden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žák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který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má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diagnostikováno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mimořádné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nadání</w:t>
      </w:r>
      <w:proofErr w:type="spellEnd"/>
      <w:r w:rsidR="00E9024B" w:rsidRPr="004B77DD">
        <w:rPr>
          <w:rFonts w:cs="Arial"/>
          <w:sz w:val="20"/>
          <w:szCs w:val="20"/>
        </w:rPr>
        <w:t xml:space="preserve"> v </w:t>
      </w:r>
      <w:proofErr w:type="spellStart"/>
      <w:r w:rsidR="00E9024B" w:rsidRPr="004B77DD">
        <w:rPr>
          <w:rFonts w:cs="Arial"/>
          <w:sz w:val="20"/>
          <w:szCs w:val="20"/>
        </w:rPr>
        <w:t>oblasti</w:t>
      </w:r>
      <w:proofErr w:type="spellEnd"/>
      <w:r w:rsidR="00E9024B" w:rsidRPr="004B77DD">
        <w:rPr>
          <w:rFonts w:cs="Arial"/>
          <w:sz w:val="20"/>
          <w:szCs w:val="20"/>
        </w:rPr>
        <w:t xml:space="preserve"> </w:t>
      </w:r>
      <w:proofErr w:type="spellStart"/>
      <w:r w:rsidR="00E9024B" w:rsidRPr="004B77DD">
        <w:rPr>
          <w:rFonts w:cs="Arial"/>
          <w:sz w:val="20"/>
          <w:szCs w:val="20"/>
        </w:rPr>
        <w:t>matematiky</w:t>
      </w:r>
      <w:proofErr w:type="spellEnd"/>
      <w:r w:rsidRPr="004B77DD">
        <w:rPr>
          <w:rFonts w:cs="Arial"/>
          <w:sz w:val="20"/>
          <w:szCs w:val="20"/>
        </w:rPr>
        <w:t xml:space="preserve">. Je mu </w:t>
      </w:r>
      <w:proofErr w:type="spellStart"/>
      <w:r w:rsidRPr="004B77DD">
        <w:rPr>
          <w:rFonts w:cs="Arial"/>
          <w:sz w:val="20"/>
          <w:szCs w:val="20"/>
        </w:rPr>
        <w:t>vypracován</w:t>
      </w:r>
      <w:proofErr w:type="spellEnd"/>
      <w:r w:rsidRPr="004B77DD">
        <w:rPr>
          <w:rFonts w:cs="Arial"/>
          <w:sz w:val="20"/>
          <w:szCs w:val="20"/>
        </w:rPr>
        <w:t xml:space="preserve"> IVP s </w:t>
      </w:r>
      <w:proofErr w:type="spellStart"/>
      <w:r w:rsidRPr="004B77DD">
        <w:rPr>
          <w:rFonts w:cs="Arial"/>
          <w:sz w:val="20"/>
          <w:szCs w:val="20"/>
        </w:rPr>
        <w:t>možností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obohacování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učiva</w:t>
      </w:r>
      <w:proofErr w:type="spellEnd"/>
      <w:r w:rsidR="00E9024B" w:rsidRPr="004B77DD">
        <w:rPr>
          <w:rFonts w:cs="Arial"/>
          <w:sz w:val="20"/>
          <w:szCs w:val="20"/>
        </w:rPr>
        <w:t xml:space="preserve"> a </w:t>
      </w:r>
      <w:proofErr w:type="spellStart"/>
      <w:r w:rsidR="00E9024B" w:rsidRPr="004B77DD">
        <w:rPr>
          <w:rFonts w:cs="Arial"/>
          <w:sz w:val="20"/>
          <w:szCs w:val="20"/>
        </w:rPr>
        <w:t>docházky</w:t>
      </w:r>
      <w:proofErr w:type="spellEnd"/>
      <w:r w:rsidR="00E9024B" w:rsidRPr="004B77DD">
        <w:rPr>
          <w:rFonts w:cs="Arial"/>
          <w:sz w:val="20"/>
          <w:szCs w:val="20"/>
        </w:rPr>
        <w:t xml:space="preserve"> do </w:t>
      </w:r>
      <w:proofErr w:type="spellStart"/>
      <w:r w:rsidR="00E9024B" w:rsidRPr="004B77DD">
        <w:rPr>
          <w:rFonts w:cs="Arial"/>
          <w:sz w:val="20"/>
          <w:szCs w:val="20"/>
        </w:rPr>
        <w:t>vyššího</w:t>
      </w:r>
      <w:proofErr w:type="spellEnd"/>
      <w:r w:rsidR="00E9024B" w:rsidRPr="004B77DD">
        <w:rPr>
          <w:rFonts w:cs="Arial"/>
          <w:sz w:val="20"/>
          <w:szCs w:val="20"/>
        </w:rPr>
        <w:t xml:space="preserve"> </w:t>
      </w:r>
      <w:proofErr w:type="spellStart"/>
      <w:r w:rsidR="00E9024B" w:rsidRPr="004B77DD">
        <w:rPr>
          <w:rFonts w:cs="Arial"/>
          <w:sz w:val="20"/>
          <w:szCs w:val="20"/>
        </w:rPr>
        <w:t>ročníku</w:t>
      </w:r>
      <w:proofErr w:type="spellEnd"/>
      <w:r w:rsidRPr="004B77DD">
        <w:rPr>
          <w:rFonts w:cs="Arial"/>
          <w:sz w:val="20"/>
          <w:szCs w:val="20"/>
        </w:rPr>
        <w:t xml:space="preserve">. V MŠ je </w:t>
      </w:r>
      <w:proofErr w:type="spellStart"/>
      <w:r w:rsidRPr="004B77DD">
        <w:rPr>
          <w:rFonts w:cs="Arial"/>
          <w:sz w:val="20"/>
          <w:szCs w:val="20"/>
        </w:rPr>
        <w:t>nastavený</w:t>
      </w:r>
      <w:proofErr w:type="spellEnd"/>
      <w:r w:rsidRPr="004B77DD">
        <w:rPr>
          <w:rFonts w:cs="Arial"/>
          <w:sz w:val="20"/>
          <w:szCs w:val="20"/>
        </w:rPr>
        <w:t xml:space="preserve"> system </w:t>
      </w:r>
      <w:proofErr w:type="spellStart"/>
      <w:r w:rsidRPr="004B77DD">
        <w:rPr>
          <w:rFonts w:cs="Arial"/>
          <w:sz w:val="20"/>
          <w:szCs w:val="20"/>
        </w:rPr>
        <w:t>tak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že</w:t>
      </w:r>
      <w:proofErr w:type="spellEnd"/>
      <w:r w:rsidRPr="004B77DD">
        <w:rPr>
          <w:rFonts w:cs="Arial"/>
          <w:sz w:val="20"/>
          <w:szCs w:val="20"/>
        </w:rPr>
        <w:t xml:space="preserve"> se </w:t>
      </w:r>
      <w:proofErr w:type="spellStart"/>
      <w:r w:rsidRPr="004B77DD">
        <w:rPr>
          <w:rFonts w:cs="Arial"/>
          <w:sz w:val="20"/>
          <w:szCs w:val="20"/>
        </w:rPr>
        <w:t>nadané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děti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mohou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zúčastňovat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progra</w:t>
      </w:r>
      <w:r w:rsidR="00E9024B" w:rsidRPr="004B77DD">
        <w:rPr>
          <w:rFonts w:cs="Arial"/>
          <w:sz w:val="20"/>
          <w:szCs w:val="20"/>
        </w:rPr>
        <w:t>m</w:t>
      </w:r>
      <w:r w:rsidRPr="004B77DD">
        <w:rPr>
          <w:rFonts w:cs="Arial"/>
          <w:sz w:val="20"/>
          <w:szCs w:val="20"/>
        </w:rPr>
        <w:t>ů</w:t>
      </w:r>
      <w:proofErr w:type="spellEnd"/>
      <w:r w:rsidRPr="004B77DD">
        <w:rPr>
          <w:rFonts w:cs="Arial"/>
          <w:sz w:val="20"/>
          <w:szCs w:val="20"/>
        </w:rPr>
        <w:t xml:space="preserve"> pro </w:t>
      </w:r>
      <w:proofErr w:type="spellStart"/>
      <w:r w:rsidRPr="004B77DD">
        <w:rPr>
          <w:rFonts w:cs="Arial"/>
          <w:sz w:val="20"/>
          <w:szCs w:val="20"/>
        </w:rPr>
        <w:t>starší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věkovou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skupinu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např</w:t>
      </w:r>
      <w:proofErr w:type="spellEnd"/>
      <w:r w:rsidRPr="004B77DD">
        <w:rPr>
          <w:rFonts w:cs="Arial"/>
          <w:sz w:val="20"/>
          <w:szCs w:val="20"/>
        </w:rPr>
        <w:t xml:space="preserve">. Nemo </w:t>
      </w:r>
      <w:proofErr w:type="spellStart"/>
      <w:r w:rsidRPr="004B77DD">
        <w:rPr>
          <w:rFonts w:cs="Arial"/>
          <w:sz w:val="20"/>
          <w:szCs w:val="20"/>
        </w:rPr>
        <w:t>školičky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nebo</w:t>
      </w:r>
      <w:proofErr w:type="spellEnd"/>
      <w:r w:rsidRPr="004B77DD">
        <w:rPr>
          <w:rFonts w:cs="Arial"/>
          <w:sz w:val="20"/>
          <w:szCs w:val="20"/>
        </w:rPr>
        <w:t xml:space="preserve"> English </w:t>
      </w:r>
      <w:proofErr w:type="spellStart"/>
      <w:r w:rsidRPr="004B77DD">
        <w:rPr>
          <w:rFonts w:cs="Arial"/>
          <w:sz w:val="20"/>
          <w:szCs w:val="20"/>
        </w:rPr>
        <w:t>clubu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Mohou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chodit</w:t>
      </w:r>
      <w:proofErr w:type="spellEnd"/>
      <w:r w:rsidRPr="004B77DD">
        <w:rPr>
          <w:rFonts w:cs="Arial"/>
          <w:sz w:val="20"/>
          <w:szCs w:val="20"/>
        </w:rPr>
        <w:t xml:space="preserve"> I do </w:t>
      </w:r>
      <w:proofErr w:type="spellStart"/>
      <w:r w:rsidRPr="004B77DD">
        <w:rPr>
          <w:rFonts w:cs="Arial"/>
          <w:sz w:val="20"/>
          <w:szCs w:val="20"/>
        </w:rPr>
        <w:t>kroužku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programování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robotiky</w:t>
      </w:r>
      <w:proofErr w:type="spellEnd"/>
      <w:r w:rsidRPr="004B77DD">
        <w:rPr>
          <w:rFonts w:cs="Arial"/>
          <w:sz w:val="20"/>
          <w:szCs w:val="20"/>
        </w:rPr>
        <w:t xml:space="preserve">. V ZŠ </w:t>
      </w:r>
      <w:proofErr w:type="spellStart"/>
      <w:r w:rsidRPr="004B77DD">
        <w:rPr>
          <w:rFonts w:cs="Arial"/>
          <w:sz w:val="20"/>
          <w:szCs w:val="20"/>
        </w:rPr>
        <w:t>mají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žáci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možnost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obohacování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učiva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pomocí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úkolů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navíc</w:t>
      </w:r>
      <w:proofErr w:type="spellEnd"/>
      <w:r w:rsidRPr="004B77DD">
        <w:rPr>
          <w:rFonts w:cs="Arial"/>
          <w:sz w:val="20"/>
          <w:szCs w:val="20"/>
        </w:rPr>
        <w:t xml:space="preserve"> “</w:t>
      </w:r>
      <w:proofErr w:type="spellStart"/>
      <w:r w:rsidRPr="004B77DD">
        <w:rPr>
          <w:rFonts w:cs="Arial"/>
          <w:sz w:val="20"/>
          <w:szCs w:val="20"/>
        </w:rPr>
        <w:t>tzv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Posilovna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="00E9024B" w:rsidRPr="004B77DD">
        <w:rPr>
          <w:rFonts w:cs="Arial"/>
          <w:sz w:val="20"/>
          <w:szCs w:val="20"/>
        </w:rPr>
        <w:t>mozku</w:t>
      </w:r>
      <w:proofErr w:type="spellEnd"/>
      <w:r w:rsidR="00E9024B" w:rsidRPr="004B77DD">
        <w:rPr>
          <w:rFonts w:cs="Arial"/>
          <w:sz w:val="20"/>
          <w:szCs w:val="20"/>
        </w:rPr>
        <w:t xml:space="preserve">” </w:t>
      </w:r>
      <w:r w:rsidRPr="004B77DD">
        <w:rPr>
          <w:rFonts w:cs="Arial"/>
          <w:sz w:val="20"/>
          <w:szCs w:val="20"/>
        </w:rPr>
        <w:t xml:space="preserve">s </w:t>
      </w:r>
      <w:proofErr w:type="spellStart"/>
      <w:r w:rsidRPr="004B77DD">
        <w:rPr>
          <w:rFonts w:cs="Arial"/>
          <w:sz w:val="20"/>
          <w:szCs w:val="20"/>
        </w:rPr>
        <w:t>různými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úrovněmi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úkolů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Mají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rovněž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možnost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docházet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="00E9024B" w:rsidRPr="004B77DD">
        <w:rPr>
          <w:rFonts w:cs="Arial"/>
          <w:sz w:val="20"/>
          <w:szCs w:val="20"/>
        </w:rPr>
        <w:t>n</w:t>
      </w:r>
      <w:r w:rsidRPr="004B77DD">
        <w:rPr>
          <w:rFonts w:cs="Arial"/>
          <w:sz w:val="20"/>
          <w:szCs w:val="20"/>
        </w:rPr>
        <w:t>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předmět</w:t>
      </w:r>
      <w:proofErr w:type="spellEnd"/>
      <w:r w:rsidRPr="004B77DD">
        <w:rPr>
          <w:rFonts w:cs="Arial"/>
          <w:sz w:val="20"/>
          <w:szCs w:val="20"/>
        </w:rPr>
        <w:t xml:space="preserve"> do </w:t>
      </w:r>
      <w:proofErr w:type="spellStart"/>
      <w:r w:rsidRPr="004B77DD">
        <w:rPr>
          <w:rFonts w:cs="Arial"/>
          <w:sz w:val="20"/>
          <w:szCs w:val="20"/>
        </w:rPr>
        <w:t>vyššího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ročníku</w:t>
      </w:r>
      <w:proofErr w:type="spellEnd"/>
      <w:r w:rsidRPr="004B77DD">
        <w:rPr>
          <w:rFonts w:cs="Arial"/>
          <w:sz w:val="20"/>
          <w:szCs w:val="20"/>
        </w:rPr>
        <w:t xml:space="preserve"> (v </w:t>
      </w:r>
      <w:proofErr w:type="spellStart"/>
      <w:r w:rsidRPr="004B77DD">
        <w:rPr>
          <w:rFonts w:cs="Arial"/>
          <w:sz w:val="20"/>
          <w:szCs w:val="20"/>
        </w:rPr>
        <w:t>rámci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diagnózy</w:t>
      </w:r>
      <w:proofErr w:type="spellEnd"/>
      <w:r w:rsidRPr="004B77DD">
        <w:rPr>
          <w:rFonts w:cs="Arial"/>
          <w:sz w:val="20"/>
          <w:szCs w:val="20"/>
        </w:rPr>
        <w:t xml:space="preserve"> z PPP), </w:t>
      </w:r>
      <w:proofErr w:type="spellStart"/>
      <w:r w:rsidRPr="004B77DD">
        <w:rPr>
          <w:rFonts w:cs="Arial"/>
          <w:sz w:val="20"/>
          <w:szCs w:val="20"/>
        </w:rPr>
        <w:t>nebo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pracují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složitější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úloze</w:t>
      </w:r>
      <w:proofErr w:type="spellEnd"/>
      <w:r w:rsidRPr="004B77DD">
        <w:rPr>
          <w:rFonts w:cs="Arial"/>
          <w:sz w:val="20"/>
          <w:szCs w:val="20"/>
        </w:rPr>
        <w:t xml:space="preserve"> v </w:t>
      </w:r>
      <w:proofErr w:type="spellStart"/>
      <w:r w:rsidRPr="004B77DD">
        <w:rPr>
          <w:rFonts w:cs="Arial"/>
          <w:sz w:val="20"/>
          <w:szCs w:val="20"/>
        </w:rPr>
        <w:t>rámci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třídy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tzv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Idividualizace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diferenciace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učiva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Žáci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mohou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vypracovávat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vlastní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projekty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seznamovat</w:t>
      </w:r>
      <w:proofErr w:type="spellEnd"/>
      <w:r w:rsidRPr="004B77DD">
        <w:rPr>
          <w:rFonts w:cs="Arial"/>
          <w:sz w:val="20"/>
          <w:szCs w:val="20"/>
        </w:rPr>
        <w:t xml:space="preserve"> s </w:t>
      </w:r>
      <w:proofErr w:type="spellStart"/>
      <w:r w:rsidRPr="004B77DD">
        <w:rPr>
          <w:rFonts w:cs="Arial"/>
          <w:sz w:val="20"/>
          <w:szCs w:val="20"/>
        </w:rPr>
        <w:t>nimi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spolužáky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Škola</w:t>
      </w:r>
      <w:proofErr w:type="spellEnd"/>
      <w:r w:rsidRPr="004B77DD">
        <w:rPr>
          <w:rFonts w:cs="Arial"/>
          <w:sz w:val="20"/>
          <w:szCs w:val="20"/>
        </w:rPr>
        <w:t xml:space="preserve"> se </w:t>
      </w:r>
      <w:proofErr w:type="spellStart"/>
      <w:r w:rsidRPr="004B77DD">
        <w:rPr>
          <w:rFonts w:cs="Arial"/>
          <w:sz w:val="20"/>
          <w:szCs w:val="20"/>
        </w:rPr>
        <w:t>pravidelně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účastní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Matematického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klokana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Logické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olympiády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různých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soutěží</w:t>
      </w:r>
      <w:proofErr w:type="spellEnd"/>
      <w:r w:rsidRPr="004B77DD">
        <w:rPr>
          <w:rFonts w:cs="Arial"/>
          <w:sz w:val="20"/>
          <w:szCs w:val="20"/>
        </w:rPr>
        <w:t xml:space="preserve">. V </w:t>
      </w:r>
      <w:proofErr w:type="spellStart"/>
      <w:r w:rsidRPr="004B77DD">
        <w:rPr>
          <w:rFonts w:cs="Arial"/>
          <w:sz w:val="20"/>
          <w:szCs w:val="20"/>
        </w:rPr>
        <w:t>rámci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školy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mohou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žáci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vyniknout</w:t>
      </w:r>
      <w:proofErr w:type="spellEnd"/>
      <w:r w:rsidRPr="004B77DD">
        <w:rPr>
          <w:rFonts w:cs="Arial"/>
          <w:sz w:val="20"/>
          <w:szCs w:val="20"/>
        </w:rPr>
        <w:t xml:space="preserve"> v </w:t>
      </w:r>
      <w:proofErr w:type="spellStart"/>
      <w:r w:rsidRPr="004B77DD">
        <w:rPr>
          <w:rFonts w:cs="Arial"/>
          <w:sz w:val="20"/>
          <w:szCs w:val="20"/>
        </w:rPr>
        <w:t>recitační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soutěži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přispívat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články</w:t>
      </w:r>
      <w:proofErr w:type="spellEnd"/>
      <w:r w:rsidRPr="004B77DD">
        <w:rPr>
          <w:rFonts w:cs="Arial"/>
          <w:sz w:val="20"/>
          <w:szCs w:val="20"/>
        </w:rPr>
        <w:t xml:space="preserve"> do Nemo </w:t>
      </w:r>
      <w:proofErr w:type="spellStart"/>
      <w:r w:rsidRPr="004B77DD">
        <w:rPr>
          <w:rFonts w:cs="Arial"/>
          <w:sz w:val="20"/>
          <w:szCs w:val="20"/>
        </w:rPr>
        <w:t>novin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nebo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uplatnit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hudební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nadání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při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koncertech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školy</w:t>
      </w:r>
      <w:proofErr w:type="spellEnd"/>
      <w:r w:rsidRPr="004B77DD">
        <w:rPr>
          <w:rFonts w:cs="Arial"/>
          <w:sz w:val="20"/>
          <w:szCs w:val="20"/>
        </w:rPr>
        <w:t xml:space="preserve">. V </w:t>
      </w:r>
      <w:proofErr w:type="spellStart"/>
      <w:r w:rsidRPr="004B77DD">
        <w:rPr>
          <w:rFonts w:cs="Arial"/>
          <w:sz w:val="20"/>
          <w:szCs w:val="20"/>
        </w:rPr>
        <w:t>rámci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kroužků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mohou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navštěvovat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zmiňovanou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robotiku</w:t>
      </w:r>
      <w:proofErr w:type="spellEnd"/>
      <w:r w:rsidRPr="004B77DD">
        <w:rPr>
          <w:rFonts w:cs="Arial"/>
          <w:sz w:val="20"/>
          <w:szCs w:val="20"/>
        </w:rPr>
        <w:t xml:space="preserve"> s </w:t>
      </w:r>
      <w:proofErr w:type="spellStart"/>
      <w:r w:rsidRPr="004B77DD">
        <w:rPr>
          <w:rFonts w:cs="Arial"/>
          <w:sz w:val="20"/>
          <w:szCs w:val="20"/>
        </w:rPr>
        <w:t>programováním</w:t>
      </w:r>
      <w:proofErr w:type="spellEnd"/>
      <w:r w:rsidRPr="004B77DD">
        <w:rPr>
          <w:rFonts w:cs="Arial"/>
          <w:sz w:val="20"/>
          <w:szCs w:val="20"/>
        </w:rPr>
        <w:t xml:space="preserve">, English </w:t>
      </w:r>
      <w:proofErr w:type="spellStart"/>
      <w:r w:rsidRPr="004B77DD">
        <w:rPr>
          <w:rFonts w:cs="Arial"/>
          <w:sz w:val="20"/>
          <w:szCs w:val="20"/>
        </w:rPr>
        <w:t>cluby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atletiku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hru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zobcovou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flétnu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kytaru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Výtvarné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divadelní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nadání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mohou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uplatnit</w:t>
      </w:r>
      <w:proofErr w:type="spellEnd"/>
      <w:r w:rsidRPr="004B77DD">
        <w:rPr>
          <w:rFonts w:cs="Arial"/>
          <w:sz w:val="20"/>
          <w:szCs w:val="20"/>
        </w:rPr>
        <w:t xml:space="preserve"> v </w:t>
      </w:r>
      <w:proofErr w:type="spellStart"/>
      <w:r w:rsidRPr="004B77DD">
        <w:rPr>
          <w:rFonts w:cs="Arial"/>
          <w:sz w:val="20"/>
          <w:szCs w:val="20"/>
        </w:rPr>
        <w:t>rámci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mnoha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pro</w:t>
      </w:r>
      <w:r w:rsidR="00E9024B" w:rsidRPr="004B77DD">
        <w:rPr>
          <w:rFonts w:cs="Arial"/>
          <w:sz w:val="20"/>
          <w:szCs w:val="20"/>
        </w:rPr>
        <w:t>jektů</w:t>
      </w:r>
      <w:proofErr w:type="spellEnd"/>
      <w:r w:rsidR="00E9024B" w:rsidRPr="004B77DD">
        <w:rPr>
          <w:rFonts w:cs="Arial"/>
          <w:sz w:val="20"/>
          <w:szCs w:val="20"/>
        </w:rPr>
        <w:t xml:space="preserve">, </w:t>
      </w:r>
      <w:proofErr w:type="spellStart"/>
      <w:r w:rsidR="00E9024B" w:rsidRPr="004B77DD">
        <w:rPr>
          <w:rFonts w:cs="Arial"/>
          <w:sz w:val="20"/>
          <w:szCs w:val="20"/>
        </w:rPr>
        <w:t>které</w:t>
      </w:r>
      <w:proofErr w:type="spellEnd"/>
      <w:r w:rsidR="00E9024B" w:rsidRPr="004B77DD">
        <w:rPr>
          <w:rFonts w:cs="Arial"/>
          <w:sz w:val="20"/>
          <w:szCs w:val="20"/>
        </w:rPr>
        <w:t xml:space="preserve"> </w:t>
      </w:r>
      <w:proofErr w:type="spellStart"/>
      <w:r w:rsidR="00E9024B" w:rsidRPr="004B77DD">
        <w:rPr>
          <w:rFonts w:cs="Arial"/>
          <w:sz w:val="20"/>
          <w:szCs w:val="20"/>
        </w:rPr>
        <w:t>škola</w:t>
      </w:r>
      <w:proofErr w:type="spellEnd"/>
      <w:r w:rsidR="00E9024B" w:rsidRPr="004B77DD">
        <w:rPr>
          <w:rFonts w:cs="Arial"/>
          <w:sz w:val="20"/>
          <w:szCs w:val="20"/>
        </w:rPr>
        <w:t xml:space="preserve"> </w:t>
      </w:r>
      <w:proofErr w:type="spellStart"/>
      <w:r w:rsidR="00E9024B" w:rsidRPr="004B77DD">
        <w:rPr>
          <w:rFonts w:cs="Arial"/>
          <w:sz w:val="20"/>
          <w:szCs w:val="20"/>
        </w:rPr>
        <w:t>pořádá</w:t>
      </w:r>
      <w:proofErr w:type="spellEnd"/>
      <w:r w:rsidR="00E9024B" w:rsidRPr="004B77DD">
        <w:rPr>
          <w:rFonts w:cs="Arial"/>
          <w:sz w:val="20"/>
          <w:szCs w:val="20"/>
        </w:rPr>
        <w:t xml:space="preserve"> (</w:t>
      </w:r>
      <w:proofErr w:type="spellStart"/>
      <w:r w:rsidR="00E9024B" w:rsidRPr="004B77DD">
        <w:rPr>
          <w:rFonts w:cs="Arial"/>
          <w:sz w:val="20"/>
          <w:szCs w:val="20"/>
        </w:rPr>
        <w:t>např</w:t>
      </w:r>
      <w:proofErr w:type="spellEnd"/>
      <w:r w:rsidR="00E9024B" w:rsidRPr="004B77DD">
        <w:rPr>
          <w:rFonts w:cs="Arial"/>
          <w:sz w:val="20"/>
          <w:szCs w:val="20"/>
        </w:rPr>
        <w:t xml:space="preserve">. </w:t>
      </w:r>
      <w:proofErr w:type="spellStart"/>
      <w:r w:rsidR="00E9024B" w:rsidRPr="004B77DD">
        <w:rPr>
          <w:rFonts w:cs="Arial"/>
          <w:sz w:val="20"/>
          <w:szCs w:val="20"/>
        </w:rPr>
        <w:t>svatý</w:t>
      </w:r>
      <w:proofErr w:type="spellEnd"/>
      <w:r w:rsidR="00E9024B" w:rsidRPr="004B77DD">
        <w:rPr>
          <w:rFonts w:cs="Arial"/>
          <w:sz w:val="20"/>
          <w:szCs w:val="20"/>
        </w:rPr>
        <w:t xml:space="preserve"> Martin, project Artemis, </w:t>
      </w:r>
      <w:proofErr w:type="spellStart"/>
      <w:r w:rsidR="00E9024B" w:rsidRPr="004B77DD">
        <w:rPr>
          <w:rFonts w:cs="Arial"/>
          <w:sz w:val="20"/>
          <w:szCs w:val="20"/>
        </w:rPr>
        <w:t>Bohové</w:t>
      </w:r>
      <w:proofErr w:type="spellEnd"/>
      <w:r w:rsidR="00E9024B" w:rsidRPr="004B77DD">
        <w:rPr>
          <w:rFonts w:cs="Arial"/>
          <w:sz w:val="20"/>
          <w:szCs w:val="20"/>
        </w:rPr>
        <w:t xml:space="preserve"> z </w:t>
      </w:r>
      <w:proofErr w:type="spellStart"/>
      <w:r w:rsidR="00E9024B" w:rsidRPr="004B77DD">
        <w:rPr>
          <w:rFonts w:cs="Arial"/>
          <w:sz w:val="20"/>
          <w:szCs w:val="20"/>
        </w:rPr>
        <w:t>Olympu</w:t>
      </w:r>
      <w:proofErr w:type="spellEnd"/>
      <w:r w:rsidR="00E9024B" w:rsidRPr="004B77DD">
        <w:rPr>
          <w:rFonts w:cs="Arial"/>
          <w:sz w:val="20"/>
          <w:szCs w:val="20"/>
        </w:rPr>
        <w:t>..).</w:t>
      </w:r>
      <w:r w:rsidRPr="004B77DD">
        <w:rPr>
          <w:rFonts w:cs="Arial"/>
          <w:sz w:val="20"/>
          <w:szCs w:val="20"/>
        </w:rPr>
        <w:t xml:space="preserve"> </w:t>
      </w:r>
    </w:p>
    <w:p w14:paraId="7DFAE773" w14:textId="77777777" w:rsidR="00E9024B" w:rsidRPr="004B77DD" w:rsidRDefault="00E9024B">
      <w:pPr>
        <w:rPr>
          <w:rFonts w:cs="Arial"/>
          <w:sz w:val="20"/>
          <w:szCs w:val="20"/>
        </w:rPr>
      </w:pPr>
      <w:proofErr w:type="spellStart"/>
      <w:r w:rsidRPr="004B77DD">
        <w:rPr>
          <w:rFonts w:cs="Arial"/>
          <w:sz w:val="20"/>
          <w:szCs w:val="20"/>
        </w:rPr>
        <w:t>Vrcholovým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sportovcům</w:t>
      </w:r>
      <w:proofErr w:type="spellEnd"/>
      <w:r w:rsidRPr="004B77DD">
        <w:rPr>
          <w:rFonts w:cs="Arial"/>
          <w:sz w:val="20"/>
          <w:szCs w:val="20"/>
        </w:rPr>
        <w:t xml:space="preserve"> je </w:t>
      </w:r>
      <w:proofErr w:type="spellStart"/>
      <w:r w:rsidRPr="004B77DD">
        <w:rPr>
          <w:rFonts w:cs="Arial"/>
          <w:sz w:val="20"/>
          <w:szCs w:val="20"/>
        </w:rPr>
        <w:t>možno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nastavit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Individuální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vzdělávací</w:t>
      </w:r>
      <w:proofErr w:type="spellEnd"/>
      <w:r w:rsidRPr="004B77DD">
        <w:rPr>
          <w:rFonts w:cs="Arial"/>
          <w:sz w:val="20"/>
          <w:szCs w:val="20"/>
        </w:rPr>
        <w:t xml:space="preserve"> plan.</w:t>
      </w:r>
    </w:p>
    <w:p w14:paraId="1D8E2C3A" w14:textId="77777777" w:rsidR="004F2747" w:rsidRPr="004B77DD" w:rsidRDefault="006C6DC5" w:rsidP="006C6DC5">
      <w:pPr>
        <w:pStyle w:val="Nadpis2"/>
        <w:rPr>
          <w:rFonts w:ascii="Arial" w:hAnsi="Arial" w:cs="Arial"/>
          <w:sz w:val="20"/>
          <w:szCs w:val="20"/>
        </w:rPr>
      </w:pPr>
      <w:r w:rsidRPr="004B77DD">
        <w:rPr>
          <w:rFonts w:ascii="Arial" w:hAnsi="Arial" w:cs="Arial"/>
          <w:sz w:val="20"/>
          <w:szCs w:val="20"/>
        </w:rPr>
        <w:t xml:space="preserve">7.5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Jazyková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příprava</w:t>
      </w:r>
      <w:proofErr w:type="spellEnd"/>
    </w:p>
    <w:p w14:paraId="724373E0" w14:textId="77777777" w:rsidR="00833B7E" w:rsidRPr="004B77DD" w:rsidRDefault="00833B7E" w:rsidP="00833B7E">
      <w:pPr>
        <w:rPr>
          <w:rFonts w:cs="Arial"/>
          <w:sz w:val="20"/>
          <w:szCs w:val="20"/>
        </w:rPr>
      </w:pPr>
      <w:r w:rsidRPr="004B77DD">
        <w:rPr>
          <w:rFonts w:cs="Arial"/>
          <w:sz w:val="20"/>
          <w:szCs w:val="20"/>
        </w:rPr>
        <w:t xml:space="preserve">Do MŠ </w:t>
      </w:r>
      <w:proofErr w:type="spellStart"/>
      <w:r w:rsidRPr="004B77DD">
        <w:rPr>
          <w:rFonts w:cs="Arial"/>
          <w:sz w:val="20"/>
          <w:szCs w:val="20"/>
        </w:rPr>
        <w:t>nastoupila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předškolačka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která</w:t>
      </w:r>
      <w:proofErr w:type="spellEnd"/>
      <w:r w:rsidRPr="004B77DD">
        <w:rPr>
          <w:rFonts w:cs="Arial"/>
          <w:sz w:val="20"/>
          <w:szCs w:val="20"/>
        </w:rPr>
        <w:t xml:space="preserve"> s</w:t>
      </w:r>
      <w:r w:rsidR="00325227" w:rsidRPr="004B77DD">
        <w:rPr>
          <w:rFonts w:cs="Arial"/>
          <w:sz w:val="20"/>
          <w:szCs w:val="20"/>
        </w:rPr>
        <w:t>e</w:t>
      </w:r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přistěhovala</w:t>
      </w:r>
      <w:proofErr w:type="spellEnd"/>
      <w:r w:rsidRPr="004B77DD">
        <w:rPr>
          <w:rFonts w:cs="Arial"/>
          <w:sz w:val="20"/>
          <w:szCs w:val="20"/>
        </w:rPr>
        <w:t xml:space="preserve"> z </w:t>
      </w:r>
      <w:proofErr w:type="spellStart"/>
      <w:r w:rsidRPr="004B77DD">
        <w:rPr>
          <w:rFonts w:cs="Arial"/>
          <w:sz w:val="20"/>
          <w:szCs w:val="20"/>
        </w:rPr>
        <w:t>Ameriky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nerozuměla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česky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Dívka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navíc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trpí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mutismem</w:t>
      </w:r>
      <w:proofErr w:type="spellEnd"/>
      <w:r w:rsidRPr="004B77DD">
        <w:rPr>
          <w:rFonts w:cs="Arial"/>
          <w:sz w:val="20"/>
          <w:szCs w:val="20"/>
        </w:rPr>
        <w:t xml:space="preserve">. Pro MŠ to </w:t>
      </w:r>
      <w:proofErr w:type="spellStart"/>
      <w:r w:rsidRPr="004B77DD">
        <w:rPr>
          <w:rFonts w:cs="Arial"/>
          <w:sz w:val="20"/>
          <w:szCs w:val="20"/>
        </w:rPr>
        <w:t>byla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výzva</w:t>
      </w:r>
      <w:proofErr w:type="spellEnd"/>
      <w:r w:rsidRPr="004B77DD">
        <w:rPr>
          <w:rFonts w:cs="Arial"/>
          <w:sz w:val="20"/>
          <w:szCs w:val="20"/>
        </w:rPr>
        <w:t xml:space="preserve">. Ve </w:t>
      </w:r>
      <w:proofErr w:type="spellStart"/>
      <w:r w:rsidRPr="004B77DD">
        <w:rPr>
          <w:rFonts w:cs="Arial"/>
          <w:sz w:val="20"/>
          <w:szCs w:val="20"/>
        </w:rPr>
        <w:t>spolupráci</w:t>
      </w:r>
      <w:proofErr w:type="spellEnd"/>
      <w:r w:rsidRPr="004B77DD">
        <w:rPr>
          <w:rFonts w:cs="Arial"/>
          <w:sz w:val="20"/>
          <w:szCs w:val="20"/>
        </w:rPr>
        <w:t xml:space="preserve"> s PPP </w:t>
      </w:r>
      <w:proofErr w:type="spellStart"/>
      <w:r w:rsidRPr="004B77DD">
        <w:rPr>
          <w:rFonts w:cs="Arial"/>
          <w:sz w:val="20"/>
          <w:szCs w:val="20"/>
        </w:rPr>
        <w:t>byla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dívce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poskytována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každý</w:t>
      </w:r>
      <w:proofErr w:type="spellEnd"/>
      <w:r w:rsidRPr="004B77DD">
        <w:rPr>
          <w:rFonts w:cs="Arial"/>
          <w:sz w:val="20"/>
          <w:szCs w:val="20"/>
        </w:rPr>
        <w:t xml:space="preserve"> den </w:t>
      </w:r>
      <w:proofErr w:type="spellStart"/>
      <w:r w:rsidRPr="004B77DD">
        <w:rPr>
          <w:rFonts w:cs="Arial"/>
          <w:sz w:val="20"/>
          <w:szCs w:val="20"/>
        </w:rPr>
        <w:t>speciálně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pedagogická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péče</w:t>
      </w:r>
      <w:proofErr w:type="spellEnd"/>
      <w:r w:rsidRPr="004B77DD">
        <w:rPr>
          <w:rFonts w:cs="Arial"/>
          <w:sz w:val="20"/>
          <w:szCs w:val="20"/>
        </w:rPr>
        <w:t xml:space="preserve"> v </w:t>
      </w:r>
      <w:proofErr w:type="spellStart"/>
      <w:r w:rsidRPr="004B77DD">
        <w:rPr>
          <w:rFonts w:cs="Arial"/>
          <w:sz w:val="20"/>
          <w:szCs w:val="20"/>
        </w:rPr>
        <w:t>podobě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doučování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češtiny</w:t>
      </w:r>
      <w:proofErr w:type="spellEnd"/>
      <w:r w:rsidRPr="004B77DD">
        <w:rPr>
          <w:rFonts w:cs="Arial"/>
          <w:sz w:val="20"/>
          <w:szCs w:val="20"/>
        </w:rPr>
        <w:t xml:space="preserve"> a to </w:t>
      </w:r>
      <w:proofErr w:type="spellStart"/>
      <w:r w:rsidRPr="004B77DD">
        <w:rPr>
          <w:rFonts w:cs="Arial"/>
          <w:sz w:val="20"/>
          <w:szCs w:val="20"/>
        </w:rPr>
        <w:t>neverbálně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Postupem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času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jsme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ověřili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že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dívka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již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rozumé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velmi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dobře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česky</w:t>
      </w:r>
      <w:proofErr w:type="spellEnd"/>
      <w:r w:rsidRPr="004B77DD">
        <w:rPr>
          <w:rFonts w:cs="Arial"/>
          <w:sz w:val="20"/>
          <w:szCs w:val="20"/>
        </w:rPr>
        <w:t>.</w:t>
      </w:r>
      <w:r w:rsidR="00D62AD1" w:rsidRPr="004B77DD">
        <w:rPr>
          <w:rFonts w:cs="Arial"/>
          <w:sz w:val="20"/>
          <w:szCs w:val="20"/>
        </w:rPr>
        <w:t xml:space="preserve"> V MŠ je </w:t>
      </w:r>
      <w:proofErr w:type="spellStart"/>
      <w:r w:rsidR="00325227" w:rsidRPr="004B77DD">
        <w:rPr>
          <w:rFonts w:cs="Arial"/>
          <w:sz w:val="20"/>
          <w:szCs w:val="20"/>
        </w:rPr>
        <w:t>i</w:t>
      </w:r>
      <w:proofErr w:type="spellEnd"/>
      <w:r w:rsidR="00D62AD1" w:rsidRPr="004B77DD">
        <w:rPr>
          <w:rFonts w:cs="Arial"/>
          <w:sz w:val="20"/>
          <w:szCs w:val="20"/>
        </w:rPr>
        <w:t xml:space="preserve"> </w:t>
      </w:r>
      <w:proofErr w:type="spellStart"/>
      <w:r w:rsidR="00D62AD1" w:rsidRPr="004B77DD">
        <w:rPr>
          <w:rFonts w:cs="Arial"/>
          <w:sz w:val="20"/>
          <w:szCs w:val="20"/>
        </w:rPr>
        <w:t>několik</w:t>
      </w:r>
      <w:proofErr w:type="spellEnd"/>
      <w:r w:rsidR="00D62AD1" w:rsidRPr="004B77DD">
        <w:rPr>
          <w:rFonts w:cs="Arial"/>
          <w:sz w:val="20"/>
          <w:szCs w:val="20"/>
        </w:rPr>
        <w:t xml:space="preserve"> </w:t>
      </w:r>
      <w:proofErr w:type="spellStart"/>
      <w:r w:rsidR="00D62AD1" w:rsidRPr="004B77DD">
        <w:rPr>
          <w:rFonts w:cs="Arial"/>
          <w:sz w:val="20"/>
          <w:szCs w:val="20"/>
        </w:rPr>
        <w:t>dětí</w:t>
      </w:r>
      <w:proofErr w:type="spellEnd"/>
      <w:r w:rsidR="00D62AD1" w:rsidRPr="004B77DD">
        <w:rPr>
          <w:rFonts w:cs="Arial"/>
          <w:sz w:val="20"/>
          <w:szCs w:val="20"/>
        </w:rPr>
        <w:t xml:space="preserve"> z </w:t>
      </w:r>
      <w:proofErr w:type="spellStart"/>
      <w:r w:rsidR="00D62AD1" w:rsidRPr="004B77DD">
        <w:rPr>
          <w:rFonts w:cs="Arial"/>
          <w:sz w:val="20"/>
          <w:szCs w:val="20"/>
        </w:rPr>
        <w:t>bilingvních</w:t>
      </w:r>
      <w:proofErr w:type="spellEnd"/>
      <w:r w:rsidR="00D62AD1" w:rsidRPr="004B77DD">
        <w:rPr>
          <w:rFonts w:cs="Arial"/>
          <w:sz w:val="20"/>
          <w:szCs w:val="20"/>
        </w:rPr>
        <w:t xml:space="preserve"> </w:t>
      </w:r>
      <w:proofErr w:type="spellStart"/>
      <w:r w:rsidR="00D62AD1" w:rsidRPr="004B77DD">
        <w:rPr>
          <w:rFonts w:cs="Arial"/>
          <w:sz w:val="20"/>
          <w:szCs w:val="20"/>
        </w:rPr>
        <w:t>rodin</w:t>
      </w:r>
      <w:proofErr w:type="spellEnd"/>
      <w:r w:rsidR="00325227" w:rsidRPr="004B77DD">
        <w:rPr>
          <w:rFonts w:cs="Arial"/>
          <w:sz w:val="20"/>
          <w:szCs w:val="20"/>
        </w:rPr>
        <w:t xml:space="preserve"> (</w:t>
      </w:r>
      <w:proofErr w:type="spellStart"/>
      <w:r w:rsidR="00325227" w:rsidRPr="004B77DD">
        <w:rPr>
          <w:rFonts w:cs="Arial"/>
          <w:sz w:val="20"/>
          <w:szCs w:val="20"/>
        </w:rPr>
        <w:t>česko-francouzská</w:t>
      </w:r>
      <w:proofErr w:type="spellEnd"/>
      <w:r w:rsidR="00325227" w:rsidRPr="004B77DD">
        <w:rPr>
          <w:rFonts w:cs="Arial"/>
          <w:sz w:val="20"/>
          <w:szCs w:val="20"/>
        </w:rPr>
        <w:t xml:space="preserve">, </w:t>
      </w:r>
      <w:proofErr w:type="spellStart"/>
      <w:r w:rsidR="00325227" w:rsidRPr="004B77DD">
        <w:rPr>
          <w:rFonts w:cs="Arial"/>
          <w:sz w:val="20"/>
          <w:szCs w:val="20"/>
        </w:rPr>
        <w:t>česko-italská</w:t>
      </w:r>
      <w:proofErr w:type="spellEnd"/>
      <w:r w:rsidR="00325227" w:rsidRPr="004B77DD">
        <w:rPr>
          <w:rFonts w:cs="Arial"/>
          <w:sz w:val="20"/>
          <w:szCs w:val="20"/>
        </w:rPr>
        <w:t xml:space="preserve">, </w:t>
      </w:r>
      <w:proofErr w:type="spellStart"/>
      <w:r w:rsidR="00325227" w:rsidRPr="004B77DD">
        <w:rPr>
          <w:rFonts w:cs="Arial"/>
          <w:sz w:val="20"/>
          <w:szCs w:val="20"/>
        </w:rPr>
        <w:t>česko-belgická</w:t>
      </w:r>
      <w:proofErr w:type="spellEnd"/>
      <w:r w:rsidR="00226C4D" w:rsidRPr="004B77DD">
        <w:rPr>
          <w:rFonts w:cs="Arial"/>
          <w:sz w:val="20"/>
          <w:szCs w:val="20"/>
        </w:rPr>
        <w:t>)</w:t>
      </w:r>
      <w:r w:rsidR="00325227" w:rsidRPr="004B77DD">
        <w:rPr>
          <w:rFonts w:cs="Arial"/>
          <w:sz w:val="20"/>
          <w:szCs w:val="20"/>
        </w:rPr>
        <w:t>,</w:t>
      </w:r>
      <w:r w:rsidR="00D62AD1" w:rsidRPr="004B77DD">
        <w:rPr>
          <w:rFonts w:cs="Arial"/>
          <w:sz w:val="20"/>
          <w:szCs w:val="20"/>
        </w:rPr>
        <w:t xml:space="preserve"> </w:t>
      </w:r>
      <w:proofErr w:type="spellStart"/>
      <w:r w:rsidR="00D62AD1" w:rsidRPr="004B77DD">
        <w:rPr>
          <w:rFonts w:cs="Arial"/>
          <w:sz w:val="20"/>
          <w:szCs w:val="20"/>
        </w:rPr>
        <w:t>které</w:t>
      </w:r>
      <w:proofErr w:type="spellEnd"/>
      <w:r w:rsidR="00D62AD1" w:rsidRPr="004B77DD">
        <w:rPr>
          <w:rFonts w:cs="Arial"/>
          <w:sz w:val="20"/>
          <w:szCs w:val="20"/>
        </w:rPr>
        <w:t xml:space="preserve"> </w:t>
      </w:r>
      <w:proofErr w:type="spellStart"/>
      <w:r w:rsidR="00D62AD1" w:rsidRPr="004B77DD">
        <w:rPr>
          <w:rFonts w:cs="Arial"/>
          <w:sz w:val="20"/>
          <w:szCs w:val="20"/>
        </w:rPr>
        <w:t>mají</w:t>
      </w:r>
      <w:proofErr w:type="spellEnd"/>
      <w:r w:rsidR="00D62AD1" w:rsidRPr="004B77DD">
        <w:rPr>
          <w:rFonts w:cs="Arial"/>
          <w:sz w:val="20"/>
          <w:szCs w:val="20"/>
        </w:rPr>
        <w:t xml:space="preserve"> problem s </w:t>
      </w:r>
      <w:proofErr w:type="spellStart"/>
      <w:r w:rsidR="00D62AD1" w:rsidRPr="004B77DD">
        <w:rPr>
          <w:rFonts w:cs="Arial"/>
          <w:sz w:val="20"/>
          <w:szCs w:val="20"/>
        </w:rPr>
        <w:t>českou</w:t>
      </w:r>
      <w:proofErr w:type="spellEnd"/>
      <w:r w:rsidR="00D62AD1" w:rsidRPr="004B77DD">
        <w:rPr>
          <w:rFonts w:cs="Arial"/>
          <w:sz w:val="20"/>
          <w:szCs w:val="20"/>
        </w:rPr>
        <w:t xml:space="preserve"> </w:t>
      </w:r>
      <w:proofErr w:type="spellStart"/>
      <w:r w:rsidR="00D62AD1" w:rsidRPr="004B77DD">
        <w:rPr>
          <w:rFonts w:cs="Arial"/>
          <w:sz w:val="20"/>
          <w:szCs w:val="20"/>
        </w:rPr>
        <w:t>výslovností</w:t>
      </w:r>
      <w:proofErr w:type="spellEnd"/>
      <w:r w:rsidR="00D62AD1" w:rsidRPr="004B77DD">
        <w:rPr>
          <w:rFonts w:cs="Arial"/>
          <w:sz w:val="20"/>
          <w:szCs w:val="20"/>
        </w:rPr>
        <w:t xml:space="preserve">. Tyto </w:t>
      </w:r>
      <w:proofErr w:type="spellStart"/>
      <w:r w:rsidR="00D62AD1" w:rsidRPr="004B77DD">
        <w:rPr>
          <w:rFonts w:cs="Arial"/>
          <w:sz w:val="20"/>
          <w:szCs w:val="20"/>
        </w:rPr>
        <w:t>děti</w:t>
      </w:r>
      <w:proofErr w:type="spellEnd"/>
      <w:r w:rsidR="00D62AD1" w:rsidRPr="004B77DD">
        <w:rPr>
          <w:rFonts w:cs="Arial"/>
          <w:sz w:val="20"/>
          <w:szCs w:val="20"/>
        </w:rPr>
        <w:t xml:space="preserve"> </w:t>
      </w:r>
      <w:proofErr w:type="spellStart"/>
      <w:r w:rsidR="00D62AD1" w:rsidRPr="004B77DD">
        <w:rPr>
          <w:rFonts w:cs="Arial"/>
          <w:sz w:val="20"/>
          <w:szCs w:val="20"/>
        </w:rPr>
        <w:t>jsou</w:t>
      </w:r>
      <w:proofErr w:type="spellEnd"/>
      <w:r w:rsidR="00D62AD1" w:rsidRPr="004B77DD">
        <w:rPr>
          <w:rFonts w:cs="Arial"/>
          <w:sz w:val="20"/>
          <w:szCs w:val="20"/>
        </w:rPr>
        <w:t xml:space="preserve"> </w:t>
      </w:r>
      <w:proofErr w:type="spellStart"/>
      <w:r w:rsidR="00D62AD1" w:rsidRPr="004B77DD">
        <w:rPr>
          <w:rFonts w:cs="Arial"/>
          <w:sz w:val="20"/>
          <w:szCs w:val="20"/>
        </w:rPr>
        <w:t>zařazeny</w:t>
      </w:r>
      <w:proofErr w:type="spellEnd"/>
      <w:r w:rsidR="00D62AD1" w:rsidRPr="004B77DD">
        <w:rPr>
          <w:rFonts w:cs="Arial"/>
          <w:sz w:val="20"/>
          <w:szCs w:val="20"/>
        </w:rPr>
        <w:t xml:space="preserve"> do program </w:t>
      </w:r>
      <w:proofErr w:type="spellStart"/>
      <w:r w:rsidR="00D62AD1" w:rsidRPr="004B77DD">
        <w:rPr>
          <w:rFonts w:cs="Arial"/>
          <w:sz w:val="20"/>
          <w:szCs w:val="20"/>
        </w:rPr>
        <w:t>logopedické</w:t>
      </w:r>
      <w:proofErr w:type="spellEnd"/>
      <w:r w:rsidR="00D62AD1" w:rsidRPr="004B77DD">
        <w:rPr>
          <w:rFonts w:cs="Arial"/>
          <w:sz w:val="20"/>
          <w:szCs w:val="20"/>
        </w:rPr>
        <w:t xml:space="preserve"> </w:t>
      </w:r>
      <w:proofErr w:type="spellStart"/>
      <w:r w:rsidR="00D62AD1" w:rsidRPr="004B77DD">
        <w:rPr>
          <w:rFonts w:cs="Arial"/>
          <w:sz w:val="20"/>
          <w:szCs w:val="20"/>
        </w:rPr>
        <w:t>prevence</w:t>
      </w:r>
      <w:proofErr w:type="spellEnd"/>
      <w:r w:rsidR="00D62AD1" w:rsidRPr="004B77DD">
        <w:rPr>
          <w:rFonts w:cs="Arial"/>
          <w:sz w:val="20"/>
          <w:szCs w:val="20"/>
        </w:rPr>
        <w:t xml:space="preserve">. </w:t>
      </w:r>
      <w:r w:rsidR="00142CB3" w:rsidRPr="004B77DD">
        <w:rPr>
          <w:rFonts w:cs="Arial"/>
          <w:sz w:val="20"/>
          <w:szCs w:val="20"/>
        </w:rPr>
        <w:t xml:space="preserve">Do MŠ </w:t>
      </w:r>
      <w:proofErr w:type="spellStart"/>
      <w:r w:rsidR="00142CB3" w:rsidRPr="004B77DD">
        <w:rPr>
          <w:rFonts w:cs="Arial"/>
          <w:sz w:val="20"/>
          <w:szCs w:val="20"/>
        </w:rPr>
        <w:t>nastoupil</w:t>
      </w:r>
      <w:proofErr w:type="spellEnd"/>
      <w:r w:rsidR="00142CB3" w:rsidRPr="004B77DD">
        <w:rPr>
          <w:rFonts w:cs="Arial"/>
          <w:sz w:val="20"/>
          <w:szCs w:val="20"/>
        </w:rPr>
        <w:t xml:space="preserve"> </w:t>
      </w:r>
      <w:proofErr w:type="spellStart"/>
      <w:r w:rsidR="00142CB3" w:rsidRPr="004B77DD">
        <w:rPr>
          <w:rFonts w:cs="Arial"/>
          <w:sz w:val="20"/>
          <w:szCs w:val="20"/>
        </w:rPr>
        <w:t>chlapec</w:t>
      </w:r>
      <w:proofErr w:type="spellEnd"/>
      <w:r w:rsidR="00142CB3" w:rsidRPr="004B77DD">
        <w:rPr>
          <w:rFonts w:cs="Arial"/>
          <w:sz w:val="20"/>
          <w:szCs w:val="20"/>
        </w:rPr>
        <w:t xml:space="preserve"> z </w:t>
      </w:r>
      <w:proofErr w:type="spellStart"/>
      <w:r w:rsidR="00142CB3" w:rsidRPr="004B77DD">
        <w:rPr>
          <w:rFonts w:cs="Arial"/>
          <w:sz w:val="20"/>
          <w:szCs w:val="20"/>
        </w:rPr>
        <w:t>Bosny</w:t>
      </w:r>
      <w:proofErr w:type="spellEnd"/>
      <w:r w:rsidR="00142CB3" w:rsidRPr="004B77DD">
        <w:rPr>
          <w:rFonts w:cs="Arial"/>
          <w:sz w:val="20"/>
          <w:szCs w:val="20"/>
        </w:rPr>
        <w:t xml:space="preserve"> a </w:t>
      </w:r>
      <w:proofErr w:type="spellStart"/>
      <w:r w:rsidR="00142CB3" w:rsidRPr="004B77DD">
        <w:rPr>
          <w:rFonts w:cs="Arial"/>
          <w:sz w:val="20"/>
          <w:szCs w:val="20"/>
        </w:rPr>
        <w:t>Hercegoviny</w:t>
      </w:r>
      <w:proofErr w:type="spellEnd"/>
      <w:r w:rsidR="00142CB3" w:rsidRPr="004B77DD">
        <w:rPr>
          <w:rFonts w:cs="Arial"/>
          <w:sz w:val="20"/>
          <w:szCs w:val="20"/>
        </w:rPr>
        <w:t xml:space="preserve">, </w:t>
      </w:r>
      <w:proofErr w:type="spellStart"/>
      <w:r w:rsidR="00142CB3" w:rsidRPr="004B77DD">
        <w:rPr>
          <w:rFonts w:cs="Arial"/>
          <w:sz w:val="20"/>
          <w:szCs w:val="20"/>
        </w:rPr>
        <w:t>který</w:t>
      </w:r>
      <w:proofErr w:type="spellEnd"/>
      <w:r w:rsidR="00142CB3" w:rsidRPr="004B77DD">
        <w:rPr>
          <w:rFonts w:cs="Arial"/>
          <w:sz w:val="20"/>
          <w:szCs w:val="20"/>
        </w:rPr>
        <w:t xml:space="preserve"> </w:t>
      </w:r>
      <w:proofErr w:type="spellStart"/>
      <w:r w:rsidR="00142CB3" w:rsidRPr="004B77DD">
        <w:rPr>
          <w:rFonts w:cs="Arial"/>
          <w:sz w:val="20"/>
          <w:szCs w:val="20"/>
        </w:rPr>
        <w:t>bude</w:t>
      </w:r>
      <w:proofErr w:type="spellEnd"/>
      <w:r w:rsidR="00142CB3" w:rsidRPr="004B77DD">
        <w:rPr>
          <w:rFonts w:cs="Arial"/>
          <w:sz w:val="20"/>
          <w:szCs w:val="20"/>
        </w:rPr>
        <w:t xml:space="preserve"> </w:t>
      </w:r>
      <w:proofErr w:type="spellStart"/>
      <w:r w:rsidR="00142CB3" w:rsidRPr="004B77DD">
        <w:rPr>
          <w:rFonts w:cs="Arial"/>
          <w:sz w:val="20"/>
          <w:szCs w:val="20"/>
        </w:rPr>
        <w:t>potřebovat</w:t>
      </w:r>
      <w:proofErr w:type="spellEnd"/>
      <w:r w:rsidR="00142CB3" w:rsidRPr="004B77DD">
        <w:rPr>
          <w:rFonts w:cs="Arial"/>
          <w:sz w:val="20"/>
          <w:szCs w:val="20"/>
        </w:rPr>
        <w:t xml:space="preserve"> </w:t>
      </w:r>
      <w:proofErr w:type="spellStart"/>
      <w:r w:rsidR="00142CB3" w:rsidRPr="004B77DD">
        <w:rPr>
          <w:rFonts w:cs="Arial"/>
          <w:sz w:val="20"/>
          <w:szCs w:val="20"/>
        </w:rPr>
        <w:t>nastavit</w:t>
      </w:r>
      <w:proofErr w:type="spellEnd"/>
      <w:r w:rsidR="00142CB3" w:rsidRPr="004B77DD">
        <w:rPr>
          <w:rFonts w:cs="Arial"/>
          <w:sz w:val="20"/>
          <w:szCs w:val="20"/>
        </w:rPr>
        <w:t xml:space="preserve"> </w:t>
      </w:r>
      <w:proofErr w:type="spellStart"/>
      <w:r w:rsidR="00142CB3" w:rsidRPr="004B77DD">
        <w:rPr>
          <w:rFonts w:cs="Arial"/>
          <w:sz w:val="20"/>
          <w:szCs w:val="20"/>
        </w:rPr>
        <w:t>jazykovou</w:t>
      </w:r>
      <w:proofErr w:type="spellEnd"/>
      <w:r w:rsidR="00142CB3" w:rsidRPr="004B77DD">
        <w:rPr>
          <w:rFonts w:cs="Arial"/>
          <w:sz w:val="20"/>
          <w:szCs w:val="20"/>
        </w:rPr>
        <w:t xml:space="preserve"> </w:t>
      </w:r>
      <w:proofErr w:type="spellStart"/>
      <w:r w:rsidR="00142CB3" w:rsidRPr="004B77DD">
        <w:rPr>
          <w:rFonts w:cs="Arial"/>
          <w:sz w:val="20"/>
          <w:szCs w:val="20"/>
        </w:rPr>
        <w:t>podporu</w:t>
      </w:r>
      <w:proofErr w:type="spellEnd"/>
      <w:r w:rsidR="00142CB3" w:rsidRPr="004B77DD">
        <w:rPr>
          <w:rFonts w:cs="Arial"/>
          <w:sz w:val="20"/>
          <w:szCs w:val="20"/>
        </w:rPr>
        <w:t xml:space="preserve">. Pro </w:t>
      </w:r>
      <w:proofErr w:type="spellStart"/>
      <w:r w:rsidR="00142CB3" w:rsidRPr="004B77DD">
        <w:rPr>
          <w:rFonts w:cs="Arial"/>
          <w:sz w:val="20"/>
          <w:szCs w:val="20"/>
        </w:rPr>
        <w:t>zatím</w:t>
      </w:r>
      <w:proofErr w:type="spellEnd"/>
      <w:r w:rsidR="00142CB3" w:rsidRPr="004B77DD">
        <w:rPr>
          <w:rFonts w:cs="Arial"/>
          <w:sz w:val="20"/>
          <w:szCs w:val="20"/>
        </w:rPr>
        <w:t xml:space="preserve"> </w:t>
      </w:r>
      <w:proofErr w:type="spellStart"/>
      <w:r w:rsidR="00142CB3" w:rsidRPr="004B77DD">
        <w:rPr>
          <w:rFonts w:cs="Arial"/>
          <w:sz w:val="20"/>
          <w:szCs w:val="20"/>
        </w:rPr>
        <w:t>však</w:t>
      </w:r>
      <w:proofErr w:type="spellEnd"/>
      <w:r w:rsidR="00142CB3" w:rsidRPr="004B77DD">
        <w:rPr>
          <w:rFonts w:cs="Arial"/>
          <w:sz w:val="20"/>
          <w:szCs w:val="20"/>
        </w:rPr>
        <w:t xml:space="preserve"> </w:t>
      </w:r>
      <w:proofErr w:type="spellStart"/>
      <w:r w:rsidR="00142CB3" w:rsidRPr="004B77DD">
        <w:rPr>
          <w:rFonts w:cs="Arial"/>
          <w:sz w:val="20"/>
          <w:szCs w:val="20"/>
        </w:rPr>
        <w:t>bývá</w:t>
      </w:r>
      <w:proofErr w:type="spellEnd"/>
      <w:r w:rsidR="00142CB3" w:rsidRPr="004B77DD">
        <w:rPr>
          <w:rFonts w:cs="Arial"/>
          <w:sz w:val="20"/>
          <w:szCs w:val="20"/>
        </w:rPr>
        <w:t xml:space="preserve"> </w:t>
      </w:r>
      <w:proofErr w:type="spellStart"/>
      <w:r w:rsidR="00142CB3" w:rsidRPr="004B77DD">
        <w:rPr>
          <w:rFonts w:cs="Arial"/>
          <w:sz w:val="20"/>
          <w:szCs w:val="20"/>
        </w:rPr>
        <w:t>často</w:t>
      </w:r>
      <w:proofErr w:type="spellEnd"/>
      <w:r w:rsidR="00142CB3" w:rsidRPr="004B77DD">
        <w:rPr>
          <w:rFonts w:cs="Arial"/>
          <w:sz w:val="20"/>
          <w:szCs w:val="20"/>
        </w:rPr>
        <w:t xml:space="preserve"> </w:t>
      </w:r>
      <w:proofErr w:type="spellStart"/>
      <w:r w:rsidR="00142CB3" w:rsidRPr="004B77DD">
        <w:rPr>
          <w:rFonts w:cs="Arial"/>
          <w:sz w:val="20"/>
          <w:szCs w:val="20"/>
        </w:rPr>
        <w:t>nemocný</w:t>
      </w:r>
      <w:proofErr w:type="spellEnd"/>
      <w:r w:rsidR="00142CB3" w:rsidRPr="004B77DD">
        <w:rPr>
          <w:rFonts w:cs="Arial"/>
          <w:sz w:val="20"/>
          <w:szCs w:val="20"/>
        </w:rPr>
        <w:t xml:space="preserve">, </w:t>
      </w:r>
      <w:proofErr w:type="spellStart"/>
      <w:r w:rsidR="00142CB3" w:rsidRPr="004B77DD">
        <w:rPr>
          <w:rFonts w:cs="Arial"/>
          <w:sz w:val="20"/>
          <w:szCs w:val="20"/>
        </w:rPr>
        <w:t>tak</w:t>
      </w:r>
      <w:proofErr w:type="spellEnd"/>
      <w:r w:rsidR="00142CB3" w:rsidRPr="004B77DD">
        <w:rPr>
          <w:rFonts w:cs="Arial"/>
          <w:sz w:val="20"/>
          <w:szCs w:val="20"/>
        </w:rPr>
        <w:t xml:space="preserve"> </w:t>
      </w:r>
      <w:proofErr w:type="spellStart"/>
      <w:r w:rsidR="00142CB3" w:rsidRPr="004B77DD">
        <w:rPr>
          <w:rFonts w:cs="Arial"/>
          <w:sz w:val="20"/>
          <w:szCs w:val="20"/>
        </w:rPr>
        <w:t>bude</w:t>
      </w:r>
      <w:proofErr w:type="spellEnd"/>
      <w:r w:rsidR="00142CB3" w:rsidRPr="004B77DD">
        <w:rPr>
          <w:rFonts w:cs="Arial"/>
          <w:sz w:val="20"/>
          <w:szCs w:val="20"/>
        </w:rPr>
        <w:t xml:space="preserve"> program </w:t>
      </w:r>
      <w:proofErr w:type="spellStart"/>
      <w:r w:rsidR="00142CB3" w:rsidRPr="004B77DD">
        <w:rPr>
          <w:rFonts w:cs="Arial"/>
          <w:sz w:val="20"/>
          <w:szCs w:val="20"/>
        </w:rPr>
        <w:t>nastaven</w:t>
      </w:r>
      <w:proofErr w:type="spellEnd"/>
      <w:r w:rsidR="00142CB3" w:rsidRPr="004B77DD">
        <w:rPr>
          <w:rFonts w:cs="Arial"/>
          <w:sz w:val="20"/>
          <w:szCs w:val="20"/>
        </w:rPr>
        <w:t xml:space="preserve"> </w:t>
      </w:r>
      <w:proofErr w:type="spellStart"/>
      <w:r w:rsidR="00142CB3" w:rsidRPr="004B77DD">
        <w:rPr>
          <w:rFonts w:cs="Arial"/>
          <w:sz w:val="20"/>
          <w:szCs w:val="20"/>
        </w:rPr>
        <w:t>později</w:t>
      </w:r>
      <w:proofErr w:type="spellEnd"/>
      <w:r w:rsidR="00142CB3" w:rsidRPr="004B77DD">
        <w:rPr>
          <w:rFonts w:cs="Arial"/>
          <w:sz w:val="20"/>
          <w:szCs w:val="20"/>
        </w:rPr>
        <w:t>.</w:t>
      </w:r>
      <w:r w:rsidR="00325227" w:rsidRPr="004B77DD">
        <w:rPr>
          <w:rFonts w:cs="Arial"/>
          <w:sz w:val="20"/>
          <w:szCs w:val="20"/>
        </w:rPr>
        <w:t xml:space="preserve"> </w:t>
      </w:r>
    </w:p>
    <w:p w14:paraId="20C14B2B" w14:textId="77777777" w:rsidR="00833B7E" w:rsidRPr="004B77DD" w:rsidRDefault="00833B7E" w:rsidP="00833B7E">
      <w:pPr>
        <w:rPr>
          <w:rFonts w:cs="Arial"/>
          <w:sz w:val="20"/>
          <w:szCs w:val="20"/>
        </w:rPr>
      </w:pPr>
      <w:r w:rsidRPr="004B77DD">
        <w:rPr>
          <w:rFonts w:cs="Arial"/>
          <w:sz w:val="20"/>
          <w:szCs w:val="20"/>
        </w:rPr>
        <w:t xml:space="preserve">V ZŠ je od </w:t>
      </w:r>
      <w:proofErr w:type="spellStart"/>
      <w:r w:rsidRPr="004B77DD">
        <w:rPr>
          <w:rFonts w:cs="Arial"/>
          <w:sz w:val="20"/>
          <w:szCs w:val="20"/>
        </w:rPr>
        <w:t>počátku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Ruské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agre</w:t>
      </w:r>
      <w:r w:rsidR="0098242E" w:rsidRPr="004B77DD">
        <w:rPr>
          <w:rFonts w:cs="Arial"/>
          <w:sz w:val="20"/>
          <w:szCs w:val="20"/>
        </w:rPr>
        <w:t>s</w:t>
      </w:r>
      <w:r w:rsidRPr="004B77DD">
        <w:rPr>
          <w:rFonts w:cs="Arial"/>
          <w:sz w:val="20"/>
          <w:szCs w:val="20"/>
        </w:rPr>
        <w:t>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ukrajinská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dívka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která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="0098242E" w:rsidRPr="004B77DD">
        <w:rPr>
          <w:rFonts w:cs="Arial"/>
          <w:sz w:val="20"/>
          <w:szCs w:val="20"/>
        </w:rPr>
        <w:t>sice</w:t>
      </w:r>
      <w:proofErr w:type="spellEnd"/>
      <w:r w:rsidR="0098242E"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ovládá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češtin</w:t>
      </w:r>
      <w:r w:rsidR="0098242E" w:rsidRPr="004B77DD">
        <w:rPr>
          <w:rFonts w:cs="Arial"/>
          <w:sz w:val="20"/>
          <w:szCs w:val="20"/>
        </w:rPr>
        <w:t>u</w:t>
      </w:r>
      <w:proofErr w:type="spellEnd"/>
      <w:r w:rsidR="0098242E" w:rsidRPr="004B77DD">
        <w:rPr>
          <w:rFonts w:cs="Arial"/>
          <w:sz w:val="20"/>
          <w:szCs w:val="20"/>
        </w:rPr>
        <w:t xml:space="preserve">, ale </w:t>
      </w:r>
      <w:proofErr w:type="spellStart"/>
      <w:r w:rsidR="0098242E" w:rsidRPr="004B77DD">
        <w:rPr>
          <w:rFonts w:cs="Arial"/>
          <w:sz w:val="20"/>
          <w:szCs w:val="20"/>
        </w:rPr>
        <w:t>nerozumí</w:t>
      </w:r>
      <w:proofErr w:type="spellEnd"/>
      <w:r w:rsidR="0098242E" w:rsidRPr="004B77DD">
        <w:rPr>
          <w:rFonts w:cs="Arial"/>
          <w:sz w:val="20"/>
          <w:szCs w:val="20"/>
        </w:rPr>
        <w:t xml:space="preserve"> </w:t>
      </w:r>
      <w:proofErr w:type="spellStart"/>
      <w:r w:rsidR="0098242E" w:rsidRPr="004B77DD">
        <w:rPr>
          <w:rFonts w:cs="Arial"/>
          <w:sz w:val="20"/>
          <w:szCs w:val="20"/>
        </w:rPr>
        <w:t>složitějším</w:t>
      </w:r>
      <w:proofErr w:type="spellEnd"/>
      <w:r w:rsidR="0098242E" w:rsidRPr="004B77DD">
        <w:rPr>
          <w:rFonts w:cs="Arial"/>
          <w:sz w:val="20"/>
          <w:szCs w:val="20"/>
        </w:rPr>
        <w:t xml:space="preserve"> </w:t>
      </w:r>
      <w:proofErr w:type="spellStart"/>
      <w:r w:rsidR="0098242E" w:rsidRPr="004B77DD">
        <w:rPr>
          <w:rFonts w:cs="Arial"/>
          <w:sz w:val="20"/>
          <w:szCs w:val="20"/>
        </w:rPr>
        <w:t>výrazům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Dívce</w:t>
      </w:r>
      <w:proofErr w:type="spellEnd"/>
      <w:r w:rsidRPr="004B77DD">
        <w:rPr>
          <w:rFonts w:cs="Arial"/>
          <w:sz w:val="20"/>
          <w:szCs w:val="20"/>
        </w:rPr>
        <w:t xml:space="preserve"> je </w:t>
      </w:r>
      <w:proofErr w:type="spellStart"/>
      <w:r w:rsidRPr="004B77DD">
        <w:rPr>
          <w:rFonts w:cs="Arial"/>
          <w:sz w:val="20"/>
          <w:szCs w:val="20"/>
        </w:rPr>
        <w:t>poskytována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speciálně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pedagogická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péče</w:t>
      </w:r>
      <w:proofErr w:type="spellEnd"/>
      <w:r w:rsidRPr="004B77DD">
        <w:rPr>
          <w:rFonts w:cs="Arial"/>
          <w:sz w:val="20"/>
          <w:szCs w:val="20"/>
        </w:rPr>
        <w:t xml:space="preserve"> v </w:t>
      </w:r>
      <w:proofErr w:type="spellStart"/>
      <w:r w:rsidRPr="004B77DD">
        <w:rPr>
          <w:rFonts w:cs="Arial"/>
          <w:sz w:val="20"/>
          <w:szCs w:val="20"/>
        </w:rPr>
        <w:t>podobě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prohlubování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českého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jazyka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zejména</w:t>
      </w:r>
      <w:proofErr w:type="spellEnd"/>
      <w:r w:rsidRPr="004B77DD">
        <w:rPr>
          <w:rFonts w:cs="Arial"/>
          <w:sz w:val="20"/>
          <w:szCs w:val="20"/>
        </w:rPr>
        <w:t xml:space="preserve"> s </w:t>
      </w:r>
      <w:proofErr w:type="spellStart"/>
      <w:r w:rsidRPr="004B77DD">
        <w:rPr>
          <w:rFonts w:cs="Arial"/>
          <w:sz w:val="20"/>
          <w:szCs w:val="20"/>
        </w:rPr>
        <w:t>ohledem</w:t>
      </w:r>
      <w:proofErr w:type="spellEnd"/>
      <w:r w:rsidR="00325227" w:rsidRPr="004B77DD">
        <w:rPr>
          <w:rFonts w:cs="Arial"/>
          <w:sz w:val="20"/>
          <w:szCs w:val="20"/>
        </w:rPr>
        <w:t xml:space="preserve"> </w:t>
      </w:r>
      <w:proofErr w:type="spellStart"/>
      <w:r w:rsidR="00325227" w:rsidRPr="004B77DD">
        <w:rPr>
          <w:rFonts w:cs="Arial"/>
          <w:sz w:val="20"/>
          <w:szCs w:val="20"/>
        </w:rPr>
        <w:t>na</w:t>
      </w:r>
      <w:proofErr w:type="spellEnd"/>
      <w:r w:rsidR="00325227" w:rsidRPr="004B77DD">
        <w:rPr>
          <w:rFonts w:cs="Arial"/>
          <w:sz w:val="20"/>
          <w:szCs w:val="20"/>
        </w:rPr>
        <w:t xml:space="preserve"> to</w:t>
      </w:r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že</w:t>
      </w:r>
      <w:proofErr w:type="spellEnd"/>
      <w:r w:rsidRPr="004B77DD">
        <w:rPr>
          <w:rFonts w:cs="Arial"/>
          <w:sz w:val="20"/>
          <w:szCs w:val="20"/>
        </w:rPr>
        <w:t xml:space="preserve"> se </w:t>
      </w:r>
      <w:proofErr w:type="spellStart"/>
      <w:r w:rsidRPr="004B77DD">
        <w:rPr>
          <w:rFonts w:cs="Arial"/>
          <w:sz w:val="20"/>
          <w:szCs w:val="20"/>
        </w:rPr>
        <w:t>dívka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bude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hlásit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víceleté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gymnázium</w:t>
      </w:r>
      <w:proofErr w:type="spellEnd"/>
      <w:r w:rsidRPr="004B77DD">
        <w:rPr>
          <w:rFonts w:cs="Arial"/>
          <w:sz w:val="20"/>
          <w:szCs w:val="20"/>
        </w:rPr>
        <w:t>.</w:t>
      </w:r>
    </w:p>
    <w:p w14:paraId="326D6E97" w14:textId="77777777" w:rsidR="004F2747" w:rsidRPr="004B77DD" w:rsidRDefault="006C6DC5" w:rsidP="006C6DC5">
      <w:pPr>
        <w:pStyle w:val="Nadpis2"/>
        <w:rPr>
          <w:rFonts w:ascii="Arial" w:hAnsi="Arial" w:cs="Arial"/>
          <w:sz w:val="20"/>
          <w:szCs w:val="20"/>
        </w:rPr>
      </w:pPr>
      <w:r w:rsidRPr="004B77DD">
        <w:rPr>
          <w:rFonts w:ascii="Arial" w:hAnsi="Arial" w:cs="Arial"/>
          <w:sz w:val="20"/>
          <w:szCs w:val="20"/>
        </w:rPr>
        <w:t xml:space="preserve">7.6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Školní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poradenské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pracoviště</w:t>
      </w:r>
      <w:proofErr w:type="spellEnd"/>
      <w:r w:rsidR="00B25EFB" w:rsidRPr="004B77DD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B25EFB" w:rsidRPr="004B77DD">
        <w:rPr>
          <w:rFonts w:ascii="Arial" w:hAnsi="Arial" w:cs="Arial"/>
          <w:sz w:val="20"/>
          <w:szCs w:val="20"/>
        </w:rPr>
        <w:t>spolupráce</w:t>
      </w:r>
      <w:proofErr w:type="spellEnd"/>
    </w:p>
    <w:p w14:paraId="2B3852A6" w14:textId="77777777" w:rsidR="00FE53C4" w:rsidRPr="004B77DD" w:rsidRDefault="00FE53C4" w:rsidP="00FE53C4">
      <w:pPr>
        <w:rPr>
          <w:rFonts w:cs="Arial"/>
          <w:sz w:val="20"/>
          <w:szCs w:val="20"/>
        </w:rPr>
      </w:pPr>
      <w:proofErr w:type="spellStart"/>
      <w:r w:rsidRPr="004B77DD">
        <w:rPr>
          <w:rFonts w:cs="Arial"/>
          <w:sz w:val="20"/>
          <w:szCs w:val="20"/>
        </w:rPr>
        <w:t>Školní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poradenské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pracoviště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tvoří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tým</w:t>
      </w:r>
      <w:proofErr w:type="spellEnd"/>
      <w:r w:rsidRPr="004B77DD">
        <w:rPr>
          <w:rFonts w:cs="Arial"/>
          <w:sz w:val="20"/>
          <w:szCs w:val="20"/>
        </w:rPr>
        <w:t xml:space="preserve">: </w:t>
      </w:r>
      <w:proofErr w:type="spellStart"/>
      <w:r w:rsidRPr="004B77DD">
        <w:rPr>
          <w:rFonts w:cs="Arial"/>
          <w:sz w:val="20"/>
          <w:szCs w:val="20"/>
        </w:rPr>
        <w:t>Výchovná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poradkyně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metodik</w:t>
      </w:r>
      <w:proofErr w:type="spellEnd"/>
      <w:r w:rsidRPr="004B77DD">
        <w:rPr>
          <w:rFonts w:cs="Arial"/>
          <w:sz w:val="20"/>
          <w:szCs w:val="20"/>
        </w:rPr>
        <w:t xml:space="preserve"> prevence-Mgr.Lenka Sosnovcová</w:t>
      </w:r>
    </w:p>
    <w:p w14:paraId="2AC78232" w14:textId="77777777" w:rsidR="00FE53C4" w:rsidRPr="004B77DD" w:rsidRDefault="00FE53C4" w:rsidP="00FE53C4">
      <w:pPr>
        <w:rPr>
          <w:rFonts w:cs="Arial"/>
          <w:sz w:val="20"/>
          <w:szCs w:val="20"/>
        </w:rPr>
      </w:pPr>
      <w:r w:rsidRPr="004B77DD">
        <w:rPr>
          <w:rFonts w:cs="Arial"/>
          <w:sz w:val="20"/>
          <w:szCs w:val="20"/>
        </w:rPr>
        <w:t xml:space="preserve">                                                                </w:t>
      </w:r>
      <w:proofErr w:type="spellStart"/>
      <w:r w:rsidRPr="004B77DD">
        <w:rPr>
          <w:rFonts w:cs="Arial"/>
          <w:sz w:val="20"/>
          <w:szCs w:val="20"/>
        </w:rPr>
        <w:t>Speciální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pedagožka</w:t>
      </w:r>
      <w:proofErr w:type="spellEnd"/>
      <w:r w:rsidRPr="004B77DD">
        <w:rPr>
          <w:rFonts w:cs="Arial"/>
          <w:sz w:val="20"/>
          <w:szCs w:val="20"/>
        </w:rPr>
        <w:t>-Mgr. Dagmar Bartoňková</w:t>
      </w:r>
    </w:p>
    <w:p w14:paraId="42DA947A" w14:textId="77777777" w:rsidR="00FE53C4" w:rsidRPr="004B77DD" w:rsidRDefault="00FE53C4" w:rsidP="00FE53C4">
      <w:pPr>
        <w:rPr>
          <w:rFonts w:cs="Arial"/>
          <w:sz w:val="20"/>
          <w:szCs w:val="20"/>
        </w:rPr>
      </w:pPr>
      <w:r w:rsidRPr="004B77DD">
        <w:rPr>
          <w:rFonts w:cs="Arial"/>
          <w:sz w:val="20"/>
          <w:szCs w:val="20"/>
        </w:rPr>
        <w:t xml:space="preserve">                                                                </w:t>
      </w:r>
      <w:proofErr w:type="spellStart"/>
      <w:r w:rsidRPr="004B77DD">
        <w:rPr>
          <w:rFonts w:cs="Arial"/>
          <w:sz w:val="20"/>
          <w:szCs w:val="20"/>
        </w:rPr>
        <w:t>Externí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psychiatrička-MuDr</w:t>
      </w:r>
      <w:proofErr w:type="spellEnd"/>
      <w:r w:rsidRPr="004B77DD">
        <w:rPr>
          <w:rFonts w:cs="Arial"/>
          <w:sz w:val="20"/>
          <w:szCs w:val="20"/>
        </w:rPr>
        <w:t>. Lucia Vašková</w:t>
      </w:r>
    </w:p>
    <w:p w14:paraId="567EDDC4" w14:textId="77777777" w:rsidR="008B7B15" w:rsidRPr="004B77DD" w:rsidRDefault="008B7B15" w:rsidP="00FE53C4">
      <w:pPr>
        <w:rPr>
          <w:rFonts w:cs="Arial"/>
          <w:sz w:val="20"/>
          <w:szCs w:val="20"/>
        </w:rPr>
      </w:pPr>
      <w:r w:rsidRPr="004B77DD">
        <w:rPr>
          <w:rFonts w:cs="Arial"/>
          <w:sz w:val="20"/>
          <w:szCs w:val="20"/>
        </w:rPr>
        <w:t xml:space="preserve">MŠ a ZŠ NEMO </w:t>
      </w:r>
      <w:proofErr w:type="spellStart"/>
      <w:r w:rsidRPr="004B77DD">
        <w:rPr>
          <w:rFonts w:cs="Arial"/>
          <w:sz w:val="20"/>
          <w:szCs w:val="20"/>
        </w:rPr>
        <w:t>spolupracuje</w:t>
      </w:r>
      <w:proofErr w:type="spellEnd"/>
      <w:r w:rsidRPr="004B77DD">
        <w:rPr>
          <w:rFonts w:cs="Arial"/>
          <w:sz w:val="20"/>
          <w:szCs w:val="20"/>
        </w:rPr>
        <w:t xml:space="preserve"> s </w:t>
      </w:r>
      <w:proofErr w:type="spellStart"/>
      <w:r w:rsidRPr="004B77DD">
        <w:rPr>
          <w:rFonts w:cs="Arial"/>
          <w:sz w:val="20"/>
          <w:szCs w:val="20"/>
        </w:rPr>
        <w:t>Pedagogicko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psychologickou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poradnou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Středočeského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kraje</w:t>
      </w:r>
      <w:proofErr w:type="spellEnd"/>
      <w:r w:rsidRPr="004B77DD">
        <w:rPr>
          <w:rFonts w:cs="Arial"/>
          <w:sz w:val="20"/>
          <w:szCs w:val="20"/>
        </w:rPr>
        <w:t xml:space="preserve">, s </w:t>
      </w:r>
      <w:proofErr w:type="spellStart"/>
      <w:r w:rsidRPr="004B77DD">
        <w:rPr>
          <w:rFonts w:cs="Arial"/>
          <w:sz w:val="20"/>
          <w:szCs w:val="20"/>
        </w:rPr>
        <w:t>dalšími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akreditovanými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poradnami</w:t>
      </w:r>
      <w:proofErr w:type="spellEnd"/>
      <w:r w:rsidRPr="004B77DD">
        <w:rPr>
          <w:rFonts w:cs="Arial"/>
          <w:sz w:val="20"/>
          <w:szCs w:val="20"/>
        </w:rPr>
        <w:t xml:space="preserve">, SPC a </w:t>
      </w:r>
      <w:proofErr w:type="spellStart"/>
      <w:r w:rsidRPr="004B77DD">
        <w:rPr>
          <w:rFonts w:cs="Arial"/>
          <w:sz w:val="20"/>
          <w:szCs w:val="20"/>
        </w:rPr>
        <w:t>klinickými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logopedy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Opatření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nastavujeme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podle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potřeby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konkrétního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dítěte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žáka</w:t>
      </w:r>
      <w:proofErr w:type="spellEnd"/>
      <w:r w:rsidR="00A451B6" w:rsidRPr="004B77DD">
        <w:rPr>
          <w:rFonts w:cs="Arial"/>
          <w:sz w:val="20"/>
          <w:szCs w:val="20"/>
        </w:rPr>
        <w:t>.</w:t>
      </w:r>
    </w:p>
    <w:p w14:paraId="5C0E930D" w14:textId="77777777" w:rsidR="00A451B6" w:rsidRPr="004B77DD" w:rsidRDefault="00A451B6" w:rsidP="00FE53C4">
      <w:pPr>
        <w:rPr>
          <w:rFonts w:cs="Arial"/>
          <w:sz w:val="20"/>
          <w:szCs w:val="20"/>
        </w:rPr>
      </w:pPr>
      <w:proofErr w:type="spellStart"/>
      <w:r w:rsidRPr="004B77DD">
        <w:rPr>
          <w:rFonts w:cs="Arial"/>
          <w:sz w:val="20"/>
          <w:szCs w:val="20"/>
        </w:rPr>
        <w:t>Prevence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školní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neúspěšnosti</w:t>
      </w:r>
      <w:proofErr w:type="spellEnd"/>
      <w:r w:rsidRPr="004B77DD">
        <w:rPr>
          <w:rFonts w:cs="Arial"/>
          <w:sz w:val="20"/>
          <w:szCs w:val="20"/>
        </w:rPr>
        <w:t xml:space="preserve"> je </w:t>
      </w:r>
      <w:proofErr w:type="spellStart"/>
      <w:r w:rsidRPr="004B77DD">
        <w:rPr>
          <w:rFonts w:cs="Arial"/>
          <w:sz w:val="20"/>
          <w:szCs w:val="20"/>
        </w:rPr>
        <w:t>nastavena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již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od</w:t>
      </w:r>
      <w:proofErr w:type="spellEnd"/>
      <w:r w:rsidRPr="004B77DD">
        <w:rPr>
          <w:rFonts w:cs="Arial"/>
          <w:sz w:val="20"/>
          <w:szCs w:val="20"/>
        </w:rPr>
        <w:t xml:space="preserve"> MŠ </w:t>
      </w:r>
      <w:proofErr w:type="spellStart"/>
      <w:r w:rsidRPr="004B77DD">
        <w:rPr>
          <w:rFonts w:cs="Arial"/>
          <w:sz w:val="20"/>
          <w:szCs w:val="20"/>
        </w:rPr>
        <w:t>programem</w:t>
      </w:r>
      <w:proofErr w:type="spellEnd"/>
      <w:r w:rsidRPr="004B77DD">
        <w:rPr>
          <w:rFonts w:cs="Arial"/>
          <w:sz w:val="20"/>
          <w:szCs w:val="20"/>
        </w:rPr>
        <w:t xml:space="preserve"> Nemo </w:t>
      </w:r>
      <w:proofErr w:type="spellStart"/>
      <w:r w:rsidRPr="004B77DD">
        <w:rPr>
          <w:rFonts w:cs="Arial"/>
          <w:sz w:val="20"/>
          <w:szCs w:val="20"/>
        </w:rPr>
        <w:t>školička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kdy</w:t>
      </w:r>
      <w:proofErr w:type="spellEnd"/>
      <w:r w:rsidRPr="004B77DD">
        <w:rPr>
          <w:rFonts w:cs="Arial"/>
          <w:sz w:val="20"/>
          <w:szCs w:val="20"/>
        </w:rPr>
        <w:t xml:space="preserve"> se </w:t>
      </w:r>
      <w:proofErr w:type="spellStart"/>
      <w:r w:rsidRPr="004B77DD">
        <w:rPr>
          <w:rFonts w:cs="Arial"/>
          <w:sz w:val="20"/>
          <w:szCs w:val="20"/>
        </w:rPr>
        <w:t>chodíme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dívat</w:t>
      </w:r>
      <w:proofErr w:type="spellEnd"/>
      <w:r w:rsidRPr="004B77DD">
        <w:rPr>
          <w:rFonts w:cs="Arial"/>
          <w:sz w:val="20"/>
          <w:szCs w:val="20"/>
        </w:rPr>
        <w:t xml:space="preserve"> do ZŠ NEMO, </w:t>
      </w:r>
      <w:proofErr w:type="spellStart"/>
      <w:r w:rsidRPr="004B77DD">
        <w:rPr>
          <w:rFonts w:cs="Arial"/>
          <w:sz w:val="20"/>
          <w:szCs w:val="20"/>
        </w:rPr>
        <w:t>zkoušíme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různé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společné</w:t>
      </w:r>
      <w:proofErr w:type="spellEnd"/>
      <w:r w:rsidRPr="004B77DD">
        <w:rPr>
          <w:rFonts w:cs="Arial"/>
          <w:sz w:val="20"/>
          <w:szCs w:val="20"/>
        </w:rPr>
        <w:t xml:space="preserve"> activity a </w:t>
      </w:r>
      <w:proofErr w:type="spellStart"/>
      <w:r w:rsidRPr="004B77DD">
        <w:rPr>
          <w:rFonts w:cs="Arial"/>
          <w:sz w:val="20"/>
          <w:szCs w:val="20"/>
        </w:rPr>
        <w:t>děti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učíme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překonávat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ostych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nejistotu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Slavnostní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událostí</w:t>
      </w:r>
      <w:proofErr w:type="spellEnd"/>
      <w:r w:rsidRPr="004B77DD">
        <w:rPr>
          <w:rFonts w:cs="Arial"/>
          <w:sz w:val="20"/>
          <w:szCs w:val="20"/>
        </w:rPr>
        <w:t xml:space="preserve"> pak je </w:t>
      </w:r>
      <w:proofErr w:type="spellStart"/>
      <w:r w:rsidRPr="004B77DD">
        <w:rPr>
          <w:rFonts w:cs="Arial"/>
          <w:sz w:val="20"/>
          <w:szCs w:val="20"/>
        </w:rPr>
        <w:t>zápis</w:t>
      </w:r>
      <w:proofErr w:type="spellEnd"/>
      <w:r w:rsidRPr="004B77DD">
        <w:rPr>
          <w:rFonts w:cs="Arial"/>
          <w:sz w:val="20"/>
          <w:szCs w:val="20"/>
        </w:rPr>
        <w:t xml:space="preserve"> do ZŠ, </w:t>
      </w:r>
      <w:proofErr w:type="spellStart"/>
      <w:r w:rsidRPr="004B77DD">
        <w:rPr>
          <w:rFonts w:cs="Arial"/>
          <w:sz w:val="20"/>
          <w:szCs w:val="20"/>
        </w:rPr>
        <w:t>který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pojímáme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jako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zábavné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plnění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úkolů</w:t>
      </w:r>
      <w:proofErr w:type="spellEnd"/>
      <w:r w:rsidRPr="004B77DD">
        <w:rPr>
          <w:rFonts w:cs="Arial"/>
          <w:sz w:val="20"/>
          <w:szCs w:val="20"/>
        </w:rPr>
        <w:t xml:space="preserve"> za </w:t>
      </w:r>
      <w:proofErr w:type="spellStart"/>
      <w:r w:rsidRPr="004B77DD">
        <w:rPr>
          <w:rFonts w:cs="Arial"/>
          <w:sz w:val="20"/>
          <w:szCs w:val="20"/>
        </w:rPr>
        <w:t>pomoci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budoucích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spolužáků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rodičů</w:t>
      </w:r>
      <w:proofErr w:type="spellEnd"/>
      <w:r w:rsidRPr="004B77DD">
        <w:rPr>
          <w:rFonts w:cs="Arial"/>
          <w:sz w:val="20"/>
          <w:szCs w:val="20"/>
        </w:rPr>
        <w:t>.</w:t>
      </w:r>
    </w:p>
    <w:p w14:paraId="362C3450" w14:textId="77777777" w:rsidR="00A451B6" w:rsidRPr="004B77DD" w:rsidRDefault="00A451B6" w:rsidP="00FE53C4">
      <w:pPr>
        <w:rPr>
          <w:rFonts w:cs="Arial"/>
          <w:sz w:val="20"/>
          <w:szCs w:val="20"/>
        </w:rPr>
      </w:pPr>
      <w:proofErr w:type="spellStart"/>
      <w:r w:rsidRPr="004B77DD">
        <w:rPr>
          <w:rFonts w:cs="Arial"/>
          <w:sz w:val="20"/>
          <w:szCs w:val="20"/>
        </w:rPr>
        <w:t>Přechod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druhý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stupeň</w:t>
      </w:r>
      <w:proofErr w:type="spellEnd"/>
      <w:r w:rsidRPr="004B77DD">
        <w:rPr>
          <w:rFonts w:cs="Arial"/>
          <w:sz w:val="20"/>
          <w:szCs w:val="20"/>
        </w:rPr>
        <w:t xml:space="preserve"> je </w:t>
      </w:r>
      <w:proofErr w:type="spellStart"/>
      <w:r w:rsidRPr="004B77DD">
        <w:rPr>
          <w:rFonts w:cs="Arial"/>
          <w:sz w:val="20"/>
          <w:szCs w:val="20"/>
        </w:rPr>
        <w:t>zajištěný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spoluprací</w:t>
      </w:r>
      <w:proofErr w:type="spellEnd"/>
      <w:r w:rsidRPr="004B77DD">
        <w:rPr>
          <w:rFonts w:cs="Arial"/>
          <w:sz w:val="20"/>
          <w:szCs w:val="20"/>
        </w:rPr>
        <w:t xml:space="preserve"> s Nemo Next, </w:t>
      </w:r>
      <w:proofErr w:type="spellStart"/>
      <w:r w:rsidRPr="004B77DD">
        <w:rPr>
          <w:rFonts w:cs="Arial"/>
          <w:sz w:val="20"/>
          <w:szCs w:val="20"/>
        </w:rPr>
        <w:t>kdy</w:t>
      </w:r>
      <w:proofErr w:type="spellEnd"/>
      <w:r w:rsidRPr="004B77DD">
        <w:rPr>
          <w:rFonts w:cs="Arial"/>
          <w:sz w:val="20"/>
          <w:szCs w:val="20"/>
        </w:rPr>
        <w:t xml:space="preserve"> se </w:t>
      </w:r>
      <w:proofErr w:type="spellStart"/>
      <w:r w:rsidRPr="004B77DD">
        <w:rPr>
          <w:rFonts w:cs="Arial"/>
          <w:sz w:val="20"/>
          <w:szCs w:val="20"/>
        </w:rPr>
        <w:t>žáci</w:t>
      </w:r>
      <w:proofErr w:type="spellEnd"/>
      <w:r w:rsidRPr="004B77DD">
        <w:rPr>
          <w:rFonts w:cs="Arial"/>
          <w:sz w:val="20"/>
          <w:szCs w:val="20"/>
        </w:rPr>
        <w:t xml:space="preserve"> 5. </w:t>
      </w:r>
      <w:proofErr w:type="spellStart"/>
      <w:r w:rsidRPr="004B77DD">
        <w:rPr>
          <w:rFonts w:cs="Arial"/>
          <w:sz w:val="20"/>
          <w:szCs w:val="20"/>
        </w:rPr>
        <w:t>ročníku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účastní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společných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akcí</w:t>
      </w:r>
      <w:proofErr w:type="spellEnd"/>
      <w:r w:rsidRPr="004B77DD">
        <w:rPr>
          <w:rFonts w:cs="Arial"/>
          <w:sz w:val="20"/>
          <w:szCs w:val="20"/>
        </w:rPr>
        <w:t xml:space="preserve"> a </w:t>
      </w:r>
      <w:proofErr w:type="spellStart"/>
      <w:r w:rsidRPr="004B77DD">
        <w:rPr>
          <w:rFonts w:cs="Arial"/>
          <w:sz w:val="20"/>
          <w:szCs w:val="20"/>
        </w:rPr>
        <w:t>chodí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na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Dny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otevřených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dveří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Žáci</w:t>
      </w:r>
      <w:proofErr w:type="spellEnd"/>
      <w:r w:rsidRPr="004B77DD">
        <w:rPr>
          <w:rFonts w:cs="Arial"/>
          <w:sz w:val="20"/>
          <w:szCs w:val="20"/>
        </w:rPr>
        <w:t xml:space="preserve"> se </w:t>
      </w:r>
      <w:proofErr w:type="spellStart"/>
      <w:r w:rsidRPr="004B77DD">
        <w:rPr>
          <w:rFonts w:cs="Arial"/>
          <w:sz w:val="20"/>
          <w:szCs w:val="20"/>
        </w:rPr>
        <w:t>zájmem</w:t>
      </w:r>
      <w:proofErr w:type="spellEnd"/>
      <w:r w:rsidRPr="004B77DD">
        <w:rPr>
          <w:rFonts w:cs="Arial"/>
          <w:sz w:val="20"/>
          <w:szCs w:val="20"/>
        </w:rPr>
        <w:t xml:space="preserve"> o </w:t>
      </w:r>
      <w:proofErr w:type="spellStart"/>
      <w:r w:rsidRPr="004B77DD">
        <w:rPr>
          <w:rFonts w:cs="Arial"/>
          <w:sz w:val="20"/>
          <w:szCs w:val="20"/>
        </w:rPr>
        <w:t>víceletá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gymnázia</w:t>
      </w:r>
      <w:proofErr w:type="spellEnd"/>
      <w:r w:rsidRPr="004B77DD">
        <w:rPr>
          <w:rFonts w:cs="Arial"/>
          <w:sz w:val="20"/>
          <w:szCs w:val="20"/>
        </w:rPr>
        <w:t xml:space="preserve"> se </w:t>
      </w:r>
      <w:proofErr w:type="spellStart"/>
      <w:r w:rsidRPr="004B77DD">
        <w:rPr>
          <w:rFonts w:cs="Arial"/>
          <w:sz w:val="20"/>
          <w:szCs w:val="20"/>
        </w:rPr>
        <w:t>účastní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přípravných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kurzů</w:t>
      </w:r>
      <w:proofErr w:type="spellEnd"/>
      <w:r w:rsidRPr="004B77DD">
        <w:rPr>
          <w:rFonts w:cs="Arial"/>
          <w:sz w:val="20"/>
          <w:szCs w:val="20"/>
        </w:rPr>
        <w:t xml:space="preserve">, </w:t>
      </w:r>
      <w:proofErr w:type="spellStart"/>
      <w:r w:rsidRPr="004B77DD">
        <w:rPr>
          <w:rFonts w:cs="Arial"/>
          <w:sz w:val="20"/>
          <w:szCs w:val="20"/>
        </w:rPr>
        <w:t>které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tato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gymnázia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organizují</w:t>
      </w:r>
      <w:proofErr w:type="spellEnd"/>
      <w:r w:rsidRPr="004B77DD">
        <w:rPr>
          <w:rFonts w:cs="Arial"/>
          <w:sz w:val="20"/>
          <w:szCs w:val="20"/>
        </w:rPr>
        <w:t xml:space="preserve"> (</w:t>
      </w:r>
      <w:proofErr w:type="spellStart"/>
      <w:r w:rsidRPr="004B77DD">
        <w:rPr>
          <w:rFonts w:cs="Arial"/>
          <w:sz w:val="20"/>
          <w:szCs w:val="20"/>
        </w:rPr>
        <w:t>např</w:t>
      </w:r>
      <w:proofErr w:type="spellEnd"/>
      <w:r w:rsidRPr="004B77DD">
        <w:rPr>
          <w:rFonts w:cs="Arial"/>
          <w:sz w:val="20"/>
          <w:szCs w:val="20"/>
        </w:rPr>
        <w:t xml:space="preserve">. </w:t>
      </w:r>
      <w:proofErr w:type="spellStart"/>
      <w:r w:rsidRPr="004B77DD">
        <w:rPr>
          <w:rFonts w:cs="Arial"/>
          <w:sz w:val="20"/>
          <w:szCs w:val="20"/>
        </w:rPr>
        <w:t>Masarykovo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klasické</w:t>
      </w:r>
      <w:proofErr w:type="spellEnd"/>
      <w:r w:rsidRPr="004B77DD">
        <w:rPr>
          <w:rFonts w:cs="Arial"/>
          <w:sz w:val="20"/>
          <w:szCs w:val="20"/>
        </w:rPr>
        <w:t xml:space="preserve"> </w:t>
      </w:r>
      <w:proofErr w:type="spellStart"/>
      <w:r w:rsidRPr="004B77DD">
        <w:rPr>
          <w:rFonts w:cs="Arial"/>
          <w:sz w:val="20"/>
          <w:szCs w:val="20"/>
        </w:rPr>
        <w:t>gymnázium</w:t>
      </w:r>
      <w:proofErr w:type="spellEnd"/>
      <w:r w:rsidRPr="004B77DD">
        <w:rPr>
          <w:rFonts w:cs="Arial"/>
          <w:sz w:val="20"/>
          <w:szCs w:val="20"/>
        </w:rPr>
        <w:t xml:space="preserve">, Gymnázium </w:t>
      </w:r>
      <w:proofErr w:type="spellStart"/>
      <w:r w:rsidRPr="004B77DD">
        <w:rPr>
          <w:rFonts w:cs="Arial"/>
          <w:sz w:val="20"/>
          <w:szCs w:val="20"/>
        </w:rPr>
        <w:t>Říčany</w:t>
      </w:r>
      <w:proofErr w:type="spellEnd"/>
      <w:r w:rsidRPr="004B77DD">
        <w:rPr>
          <w:rFonts w:cs="Arial"/>
          <w:sz w:val="20"/>
          <w:szCs w:val="20"/>
        </w:rPr>
        <w:t xml:space="preserve">, Gymnázium </w:t>
      </w:r>
      <w:proofErr w:type="spellStart"/>
      <w:r w:rsidRPr="004B77DD">
        <w:rPr>
          <w:rFonts w:cs="Arial"/>
          <w:sz w:val="20"/>
          <w:szCs w:val="20"/>
        </w:rPr>
        <w:t>Zatlanka</w:t>
      </w:r>
      <w:proofErr w:type="spellEnd"/>
      <w:r w:rsidRPr="004B77DD">
        <w:rPr>
          <w:rFonts w:cs="Arial"/>
          <w:sz w:val="20"/>
          <w:szCs w:val="20"/>
        </w:rPr>
        <w:t>).</w:t>
      </w:r>
    </w:p>
    <w:p w14:paraId="58DFABB1" w14:textId="77777777" w:rsidR="008B7B15" w:rsidRPr="004B77DD" w:rsidRDefault="008B7B15" w:rsidP="00FE53C4">
      <w:pPr>
        <w:rPr>
          <w:rFonts w:cs="Arial"/>
          <w:sz w:val="20"/>
          <w:szCs w:val="20"/>
        </w:rPr>
      </w:pPr>
      <w:r w:rsidRPr="004B77DD">
        <w:rPr>
          <w:rFonts w:cs="Arial"/>
          <w:sz w:val="20"/>
          <w:szCs w:val="20"/>
        </w:rPr>
        <w:t xml:space="preserve"> </w:t>
      </w:r>
      <w:proofErr w:type="spellStart"/>
      <w:r w:rsidR="00A451B6" w:rsidRPr="004B77DD">
        <w:rPr>
          <w:rFonts w:cs="Arial"/>
          <w:sz w:val="20"/>
          <w:szCs w:val="20"/>
        </w:rPr>
        <w:t>Rodiče</w:t>
      </w:r>
      <w:proofErr w:type="spellEnd"/>
      <w:r w:rsidR="00A451B6" w:rsidRPr="004B77DD">
        <w:rPr>
          <w:rFonts w:cs="Arial"/>
          <w:sz w:val="20"/>
          <w:szCs w:val="20"/>
        </w:rPr>
        <w:t xml:space="preserve"> </w:t>
      </w:r>
      <w:proofErr w:type="spellStart"/>
      <w:r w:rsidR="00A451B6" w:rsidRPr="004B77DD">
        <w:rPr>
          <w:rFonts w:cs="Arial"/>
          <w:sz w:val="20"/>
          <w:szCs w:val="20"/>
        </w:rPr>
        <w:t>jsou</w:t>
      </w:r>
      <w:proofErr w:type="spellEnd"/>
      <w:r w:rsidR="00A451B6" w:rsidRPr="004B77DD">
        <w:rPr>
          <w:rFonts w:cs="Arial"/>
          <w:sz w:val="20"/>
          <w:szCs w:val="20"/>
        </w:rPr>
        <w:t xml:space="preserve"> </w:t>
      </w:r>
      <w:proofErr w:type="spellStart"/>
      <w:r w:rsidR="00A451B6" w:rsidRPr="004B77DD">
        <w:rPr>
          <w:rFonts w:cs="Arial"/>
          <w:sz w:val="20"/>
          <w:szCs w:val="20"/>
        </w:rPr>
        <w:t>pravidelně</w:t>
      </w:r>
      <w:proofErr w:type="spellEnd"/>
      <w:r w:rsidR="00A451B6" w:rsidRPr="004B77DD">
        <w:rPr>
          <w:rFonts w:cs="Arial"/>
          <w:sz w:val="20"/>
          <w:szCs w:val="20"/>
        </w:rPr>
        <w:t xml:space="preserve"> </w:t>
      </w:r>
      <w:proofErr w:type="spellStart"/>
      <w:r w:rsidR="00A451B6" w:rsidRPr="004B77DD">
        <w:rPr>
          <w:rFonts w:cs="Arial"/>
          <w:sz w:val="20"/>
          <w:szCs w:val="20"/>
        </w:rPr>
        <w:t>informováni</w:t>
      </w:r>
      <w:proofErr w:type="spellEnd"/>
      <w:r w:rsidR="00A451B6" w:rsidRPr="004B77DD">
        <w:rPr>
          <w:rFonts w:cs="Arial"/>
          <w:sz w:val="20"/>
          <w:szCs w:val="20"/>
        </w:rPr>
        <w:t xml:space="preserve"> </w:t>
      </w:r>
      <w:proofErr w:type="spellStart"/>
      <w:r w:rsidR="00A451B6" w:rsidRPr="004B77DD">
        <w:rPr>
          <w:rFonts w:cs="Arial"/>
          <w:sz w:val="20"/>
          <w:szCs w:val="20"/>
        </w:rPr>
        <w:t>svými</w:t>
      </w:r>
      <w:proofErr w:type="spellEnd"/>
      <w:r w:rsidR="00A451B6" w:rsidRPr="004B77DD">
        <w:rPr>
          <w:rFonts w:cs="Arial"/>
          <w:sz w:val="20"/>
          <w:szCs w:val="20"/>
        </w:rPr>
        <w:t xml:space="preserve"> </w:t>
      </w:r>
      <w:proofErr w:type="spellStart"/>
      <w:r w:rsidR="00A451B6" w:rsidRPr="004B77DD">
        <w:rPr>
          <w:rFonts w:cs="Arial"/>
          <w:sz w:val="20"/>
          <w:szCs w:val="20"/>
        </w:rPr>
        <w:t>třídními</w:t>
      </w:r>
      <w:proofErr w:type="spellEnd"/>
      <w:r w:rsidR="00A451B6" w:rsidRPr="004B77DD">
        <w:rPr>
          <w:rFonts w:cs="Arial"/>
          <w:sz w:val="20"/>
          <w:szCs w:val="20"/>
        </w:rPr>
        <w:t xml:space="preserve"> </w:t>
      </w:r>
      <w:proofErr w:type="spellStart"/>
      <w:r w:rsidR="00A451B6" w:rsidRPr="004B77DD">
        <w:rPr>
          <w:rFonts w:cs="Arial"/>
          <w:sz w:val="20"/>
          <w:szCs w:val="20"/>
        </w:rPr>
        <w:t>učiteli</w:t>
      </w:r>
      <w:proofErr w:type="spellEnd"/>
      <w:r w:rsidR="00A451B6" w:rsidRPr="004B77DD">
        <w:rPr>
          <w:rFonts w:cs="Arial"/>
          <w:sz w:val="20"/>
          <w:szCs w:val="20"/>
        </w:rPr>
        <w:t xml:space="preserve">. </w:t>
      </w:r>
      <w:proofErr w:type="spellStart"/>
      <w:r w:rsidR="00A451B6" w:rsidRPr="004B77DD">
        <w:rPr>
          <w:rFonts w:cs="Arial"/>
          <w:sz w:val="20"/>
          <w:szCs w:val="20"/>
        </w:rPr>
        <w:t>Pokud</w:t>
      </w:r>
      <w:proofErr w:type="spellEnd"/>
      <w:r w:rsidR="00A451B6" w:rsidRPr="004B77DD">
        <w:rPr>
          <w:rFonts w:cs="Arial"/>
          <w:sz w:val="20"/>
          <w:szCs w:val="20"/>
        </w:rPr>
        <w:t xml:space="preserve"> to </w:t>
      </w:r>
      <w:proofErr w:type="spellStart"/>
      <w:r w:rsidR="00A451B6" w:rsidRPr="004B77DD">
        <w:rPr>
          <w:rFonts w:cs="Arial"/>
          <w:sz w:val="20"/>
          <w:szCs w:val="20"/>
        </w:rPr>
        <w:t>situace</w:t>
      </w:r>
      <w:proofErr w:type="spellEnd"/>
      <w:r w:rsidR="00A451B6" w:rsidRPr="004B77DD">
        <w:rPr>
          <w:rFonts w:cs="Arial"/>
          <w:sz w:val="20"/>
          <w:szCs w:val="20"/>
        </w:rPr>
        <w:t xml:space="preserve"> </w:t>
      </w:r>
      <w:proofErr w:type="spellStart"/>
      <w:r w:rsidR="00A451B6" w:rsidRPr="004B77DD">
        <w:rPr>
          <w:rFonts w:cs="Arial"/>
          <w:sz w:val="20"/>
          <w:szCs w:val="20"/>
        </w:rPr>
        <w:t>vyžaduje</w:t>
      </w:r>
      <w:proofErr w:type="spellEnd"/>
      <w:r w:rsidR="00A451B6" w:rsidRPr="004B77DD">
        <w:rPr>
          <w:rFonts w:cs="Arial"/>
          <w:sz w:val="20"/>
          <w:szCs w:val="20"/>
        </w:rPr>
        <w:t xml:space="preserve">, </w:t>
      </w:r>
      <w:proofErr w:type="spellStart"/>
      <w:r w:rsidR="00A451B6" w:rsidRPr="004B77DD">
        <w:rPr>
          <w:rFonts w:cs="Arial"/>
          <w:sz w:val="20"/>
          <w:szCs w:val="20"/>
        </w:rPr>
        <w:t>tak</w:t>
      </w:r>
      <w:proofErr w:type="spellEnd"/>
      <w:r w:rsidR="00A451B6" w:rsidRPr="004B77DD">
        <w:rPr>
          <w:rFonts w:cs="Arial"/>
          <w:sz w:val="20"/>
          <w:szCs w:val="20"/>
        </w:rPr>
        <w:t xml:space="preserve"> </w:t>
      </w:r>
      <w:proofErr w:type="spellStart"/>
      <w:r w:rsidR="00A451B6" w:rsidRPr="004B77DD">
        <w:rPr>
          <w:rFonts w:cs="Arial"/>
          <w:sz w:val="20"/>
          <w:szCs w:val="20"/>
        </w:rPr>
        <w:t>přímo</w:t>
      </w:r>
      <w:proofErr w:type="spellEnd"/>
      <w:r w:rsidR="00A451B6" w:rsidRPr="004B77DD">
        <w:rPr>
          <w:rFonts w:cs="Arial"/>
          <w:sz w:val="20"/>
          <w:szCs w:val="20"/>
        </w:rPr>
        <w:t xml:space="preserve"> </w:t>
      </w:r>
      <w:proofErr w:type="spellStart"/>
      <w:r w:rsidR="00A451B6" w:rsidRPr="004B77DD">
        <w:rPr>
          <w:rFonts w:cs="Arial"/>
          <w:sz w:val="20"/>
          <w:szCs w:val="20"/>
        </w:rPr>
        <w:t>výchovnou</w:t>
      </w:r>
      <w:proofErr w:type="spellEnd"/>
      <w:r w:rsidR="00A451B6" w:rsidRPr="004B77DD">
        <w:rPr>
          <w:rFonts w:cs="Arial"/>
          <w:sz w:val="20"/>
          <w:szCs w:val="20"/>
        </w:rPr>
        <w:t xml:space="preserve"> </w:t>
      </w:r>
      <w:proofErr w:type="spellStart"/>
      <w:r w:rsidR="00A451B6" w:rsidRPr="004B77DD">
        <w:rPr>
          <w:rFonts w:cs="Arial"/>
          <w:sz w:val="20"/>
          <w:szCs w:val="20"/>
        </w:rPr>
        <w:t>poradkyní</w:t>
      </w:r>
      <w:proofErr w:type="spellEnd"/>
      <w:r w:rsidR="00A451B6" w:rsidRPr="004B77DD">
        <w:rPr>
          <w:rFonts w:cs="Arial"/>
          <w:sz w:val="20"/>
          <w:szCs w:val="20"/>
        </w:rPr>
        <w:t xml:space="preserve"> </w:t>
      </w:r>
      <w:proofErr w:type="spellStart"/>
      <w:r w:rsidR="00A451B6" w:rsidRPr="004B77DD">
        <w:rPr>
          <w:rFonts w:cs="Arial"/>
          <w:sz w:val="20"/>
          <w:szCs w:val="20"/>
        </w:rPr>
        <w:t>při</w:t>
      </w:r>
      <w:proofErr w:type="spellEnd"/>
      <w:r w:rsidR="00A451B6" w:rsidRPr="004B77DD">
        <w:rPr>
          <w:rFonts w:cs="Arial"/>
          <w:sz w:val="20"/>
          <w:szCs w:val="20"/>
        </w:rPr>
        <w:t xml:space="preserve"> </w:t>
      </w:r>
      <w:proofErr w:type="spellStart"/>
      <w:r w:rsidR="00A451B6" w:rsidRPr="004B77DD">
        <w:rPr>
          <w:rFonts w:cs="Arial"/>
          <w:sz w:val="20"/>
          <w:szCs w:val="20"/>
        </w:rPr>
        <w:t>individuálním</w:t>
      </w:r>
      <w:proofErr w:type="spellEnd"/>
      <w:r w:rsidR="00A451B6" w:rsidRPr="004B77DD">
        <w:rPr>
          <w:rFonts w:cs="Arial"/>
          <w:sz w:val="20"/>
          <w:szCs w:val="20"/>
        </w:rPr>
        <w:t xml:space="preserve"> </w:t>
      </w:r>
      <w:proofErr w:type="spellStart"/>
      <w:r w:rsidR="00A451B6" w:rsidRPr="004B77DD">
        <w:rPr>
          <w:rFonts w:cs="Arial"/>
          <w:sz w:val="20"/>
          <w:szCs w:val="20"/>
        </w:rPr>
        <w:t>rozhovoru</w:t>
      </w:r>
      <w:proofErr w:type="spellEnd"/>
      <w:r w:rsidR="00A451B6" w:rsidRPr="004B77DD">
        <w:rPr>
          <w:rFonts w:cs="Arial"/>
          <w:sz w:val="20"/>
          <w:szCs w:val="20"/>
        </w:rPr>
        <w:t xml:space="preserve"> a </w:t>
      </w:r>
      <w:proofErr w:type="spellStart"/>
      <w:r w:rsidR="00A451B6" w:rsidRPr="004B77DD">
        <w:rPr>
          <w:rFonts w:cs="Arial"/>
          <w:sz w:val="20"/>
          <w:szCs w:val="20"/>
        </w:rPr>
        <w:t>společném</w:t>
      </w:r>
      <w:proofErr w:type="spellEnd"/>
      <w:r w:rsidR="00A451B6" w:rsidRPr="004B77DD">
        <w:rPr>
          <w:rFonts w:cs="Arial"/>
          <w:sz w:val="20"/>
          <w:szCs w:val="20"/>
        </w:rPr>
        <w:t xml:space="preserve"> </w:t>
      </w:r>
      <w:proofErr w:type="spellStart"/>
      <w:r w:rsidR="00A451B6" w:rsidRPr="004B77DD">
        <w:rPr>
          <w:rFonts w:cs="Arial"/>
          <w:sz w:val="20"/>
          <w:szCs w:val="20"/>
        </w:rPr>
        <w:t>plánu</w:t>
      </w:r>
      <w:proofErr w:type="spellEnd"/>
      <w:r w:rsidR="00A451B6" w:rsidRPr="004B77DD">
        <w:rPr>
          <w:rFonts w:cs="Arial"/>
          <w:sz w:val="20"/>
          <w:szCs w:val="20"/>
        </w:rPr>
        <w:t xml:space="preserve"> </w:t>
      </w:r>
      <w:proofErr w:type="spellStart"/>
      <w:r w:rsidR="00A451B6" w:rsidRPr="004B77DD">
        <w:rPr>
          <w:rFonts w:cs="Arial"/>
          <w:sz w:val="20"/>
          <w:szCs w:val="20"/>
        </w:rPr>
        <w:t>nastavení</w:t>
      </w:r>
      <w:proofErr w:type="spellEnd"/>
      <w:r w:rsidR="00A451B6" w:rsidRPr="004B77DD">
        <w:rPr>
          <w:rFonts w:cs="Arial"/>
          <w:sz w:val="20"/>
          <w:szCs w:val="20"/>
        </w:rPr>
        <w:t xml:space="preserve"> </w:t>
      </w:r>
      <w:proofErr w:type="spellStart"/>
      <w:r w:rsidR="00A451B6" w:rsidRPr="004B77DD">
        <w:rPr>
          <w:rFonts w:cs="Arial"/>
          <w:sz w:val="20"/>
          <w:szCs w:val="20"/>
        </w:rPr>
        <w:t>podpůrných</w:t>
      </w:r>
      <w:proofErr w:type="spellEnd"/>
      <w:r w:rsidR="00A451B6" w:rsidRPr="004B77DD">
        <w:rPr>
          <w:rFonts w:cs="Arial"/>
          <w:sz w:val="20"/>
          <w:szCs w:val="20"/>
        </w:rPr>
        <w:t xml:space="preserve"> </w:t>
      </w:r>
      <w:proofErr w:type="spellStart"/>
      <w:r w:rsidR="00A451B6" w:rsidRPr="004B77DD">
        <w:rPr>
          <w:rFonts w:cs="Arial"/>
          <w:sz w:val="20"/>
          <w:szCs w:val="20"/>
        </w:rPr>
        <w:t>opatření</w:t>
      </w:r>
      <w:proofErr w:type="spellEnd"/>
      <w:r w:rsidR="00A451B6" w:rsidRPr="004B77DD">
        <w:rPr>
          <w:rFonts w:cs="Arial"/>
          <w:sz w:val="20"/>
          <w:szCs w:val="20"/>
        </w:rPr>
        <w:t xml:space="preserve">. </w:t>
      </w:r>
    </w:p>
    <w:p w14:paraId="17CA7BD9" w14:textId="77777777" w:rsidR="004F2747" w:rsidRPr="006C6DC5" w:rsidRDefault="006C6DC5" w:rsidP="006C6DC5">
      <w:pPr>
        <w:pStyle w:val="Nadpis1"/>
      </w:pPr>
      <w:r>
        <w:lastRenderedPageBreak/>
        <w:t xml:space="preserve">8. </w:t>
      </w:r>
      <w:proofErr w:type="spellStart"/>
      <w:r w:rsidR="00B25EFB" w:rsidRPr="006C6DC5">
        <w:t>Další</w:t>
      </w:r>
      <w:proofErr w:type="spellEnd"/>
      <w:r w:rsidR="00B25EFB" w:rsidRPr="006C6DC5">
        <w:t xml:space="preserve"> </w:t>
      </w:r>
      <w:proofErr w:type="spellStart"/>
      <w:r w:rsidR="00B25EFB" w:rsidRPr="006C6DC5">
        <w:t>vzdělávání</w:t>
      </w:r>
      <w:proofErr w:type="spellEnd"/>
      <w:r w:rsidR="00B25EFB" w:rsidRPr="006C6DC5">
        <w:t xml:space="preserve"> </w:t>
      </w:r>
      <w:proofErr w:type="spellStart"/>
      <w:r w:rsidR="00B25EFB" w:rsidRPr="006C6DC5">
        <w:t>pedagogických</w:t>
      </w:r>
      <w:proofErr w:type="spellEnd"/>
      <w:r w:rsidR="00B25EFB" w:rsidRPr="006C6DC5">
        <w:t xml:space="preserve"> </w:t>
      </w:r>
      <w:proofErr w:type="spellStart"/>
      <w:r w:rsidR="00B25EFB" w:rsidRPr="006C6DC5">
        <w:t>pracovníků</w:t>
      </w:r>
      <w:proofErr w:type="spellEnd"/>
      <w:r w:rsidR="00B25EFB" w:rsidRPr="006C6DC5">
        <w:t xml:space="preserve"> a </w:t>
      </w:r>
      <w:proofErr w:type="spellStart"/>
      <w:r w:rsidR="00B25EFB" w:rsidRPr="006C6DC5">
        <w:t>odborný</w:t>
      </w:r>
      <w:proofErr w:type="spellEnd"/>
      <w:r w:rsidR="00B25EFB" w:rsidRPr="006C6DC5">
        <w:t xml:space="preserve"> </w:t>
      </w:r>
      <w:proofErr w:type="spellStart"/>
      <w:r w:rsidR="00B25EFB" w:rsidRPr="006C6DC5">
        <w:t>rozvoj</w:t>
      </w:r>
      <w:proofErr w:type="spellEnd"/>
      <w:r w:rsidR="00B25EFB" w:rsidRPr="006C6DC5">
        <w:t xml:space="preserve"> </w:t>
      </w:r>
      <w:proofErr w:type="spellStart"/>
      <w:r w:rsidR="00B25EFB" w:rsidRPr="006C6DC5">
        <w:t>nepedagogických</w:t>
      </w:r>
      <w:proofErr w:type="spellEnd"/>
      <w:r w:rsidR="00B25EFB" w:rsidRPr="006C6DC5">
        <w:t xml:space="preserve"> </w:t>
      </w:r>
      <w:proofErr w:type="spellStart"/>
      <w:r w:rsidR="00B25EFB" w:rsidRPr="006C6DC5">
        <w:t>pracovníků</w:t>
      </w:r>
      <w:proofErr w:type="spellEnd"/>
    </w:p>
    <w:p w14:paraId="4DFDDF71" w14:textId="77777777" w:rsidR="004F2747" w:rsidRPr="001928E8" w:rsidRDefault="006C6DC5" w:rsidP="006C6DC5">
      <w:pPr>
        <w:pStyle w:val="Nadpis2"/>
        <w:rPr>
          <w:rFonts w:ascii="Arial" w:hAnsi="Arial" w:cs="Arial"/>
          <w:sz w:val="20"/>
          <w:szCs w:val="20"/>
        </w:rPr>
      </w:pPr>
      <w:r w:rsidRPr="001928E8">
        <w:rPr>
          <w:rFonts w:ascii="Arial" w:hAnsi="Arial" w:cs="Arial"/>
          <w:sz w:val="20"/>
          <w:szCs w:val="20"/>
        </w:rPr>
        <w:t xml:space="preserve">8.1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Pedagogičtí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pracovníci</w:t>
      </w:r>
      <w:proofErr w:type="spellEnd"/>
    </w:p>
    <w:tbl>
      <w:tblPr>
        <w:tblW w:w="9866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2098"/>
        <w:gridCol w:w="1155"/>
        <w:gridCol w:w="886"/>
        <w:gridCol w:w="1191"/>
        <w:gridCol w:w="1871"/>
        <w:gridCol w:w="2665"/>
      </w:tblGrid>
      <w:tr w:rsidR="004F2747" w:rsidRPr="001928E8" w14:paraId="1F379AF6" w14:textId="77777777" w:rsidTr="00A77CB6">
        <w:trPr>
          <w:cantSplit/>
          <w:tblHeader/>
        </w:trPr>
        <w:tc>
          <w:tcPr>
            <w:tcW w:w="2098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F71C0F4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Téma</w:t>
            </w:r>
            <w:proofErr w:type="spellEnd"/>
          </w:p>
        </w:tc>
        <w:tc>
          <w:tcPr>
            <w:tcW w:w="115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A040E61" w14:textId="77777777" w:rsidR="004F2747" w:rsidRPr="001928E8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Datum</w:t>
            </w:r>
          </w:p>
        </w:tc>
        <w:tc>
          <w:tcPr>
            <w:tcW w:w="886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8A892DA" w14:textId="77777777" w:rsidR="004F2747" w:rsidRPr="001928E8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Hodiny</w:t>
            </w:r>
            <w:proofErr w:type="spellEnd"/>
          </w:p>
        </w:tc>
        <w:tc>
          <w:tcPr>
            <w:tcW w:w="119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6169973" w14:textId="77777777" w:rsidR="004F2747" w:rsidRPr="001928E8" w:rsidRDefault="00B25EFB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Účastníci</w:t>
            </w:r>
            <w:proofErr w:type="spellEnd"/>
          </w:p>
        </w:tc>
        <w:tc>
          <w:tcPr>
            <w:tcW w:w="187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C09ABF8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Poskytovatel</w:t>
            </w:r>
            <w:proofErr w:type="spellEnd"/>
          </w:p>
        </w:tc>
        <w:tc>
          <w:tcPr>
            <w:tcW w:w="266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A16FEBE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Přínos</w:t>
            </w:r>
            <w:proofErr w:type="spellEnd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pro </w:t>
            </w: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školu</w:t>
            </w:r>
            <w:proofErr w:type="spellEnd"/>
          </w:p>
        </w:tc>
      </w:tr>
      <w:tr w:rsidR="004F2747" w:rsidRPr="001928E8" w14:paraId="1AE89420" w14:textId="77777777" w:rsidTr="00A77CB6">
        <w:trPr>
          <w:cantSplit/>
        </w:trPr>
        <w:tc>
          <w:tcPr>
            <w:tcW w:w="2098" w:type="dxa"/>
            <w:vAlign w:val="center"/>
          </w:tcPr>
          <w:p w14:paraId="3340A456" w14:textId="77777777" w:rsidR="004F2747" w:rsidRPr="001928E8" w:rsidRDefault="004E7853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Den s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Osysseou</w:t>
            </w:r>
            <w:proofErr w:type="spellEnd"/>
          </w:p>
        </w:tc>
        <w:tc>
          <w:tcPr>
            <w:tcW w:w="1155" w:type="dxa"/>
            <w:vAlign w:val="center"/>
          </w:tcPr>
          <w:p w14:paraId="51ED5055" w14:textId="77777777" w:rsidR="004F2747" w:rsidRPr="001928E8" w:rsidRDefault="004E7853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8.4.2026</w:t>
            </w:r>
          </w:p>
        </w:tc>
        <w:tc>
          <w:tcPr>
            <w:tcW w:w="886" w:type="dxa"/>
            <w:vAlign w:val="center"/>
          </w:tcPr>
          <w:p w14:paraId="182FA599" w14:textId="77777777" w:rsidR="004F2747" w:rsidRPr="001928E8" w:rsidRDefault="004E7853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1191" w:type="dxa"/>
            <w:vAlign w:val="center"/>
          </w:tcPr>
          <w:p w14:paraId="76F09474" w14:textId="77777777" w:rsidR="004F2747" w:rsidRPr="001928E8" w:rsidRDefault="004E7853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871" w:type="dxa"/>
            <w:vAlign w:val="center"/>
          </w:tcPr>
          <w:p w14:paraId="067C16FD" w14:textId="77777777" w:rsidR="004F2747" w:rsidRPr="001928E8" w:rsidRDefault="004E7853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Osyssea</w:t>
            </w:r>
            <w:proofErr w:type="spellEnd"/>
          </w:p>
        </w:tc>
        <w:tc>
          <w:tcPr>
            <w:tcW w:w="2665" w:type="dxa"/>
            <w:vAlign w:val="center"/>
          </w:tcPr>
          <w:p w14:paraId="618A8A4D" w14:textId="77777777" w:rsidR="004F2747" w:rsidRPr="001928E8" w:rsidRDefault="004E7853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Představení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preventivních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program pro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školy</w:t>
            </w:r>
            <w:proofErr w:type="spellEnd"/>
          </w:p>
        </w:tc>
      </w:tr>
      <w:tr w:rsidR="00A77CB6" w:rsidRPr="001928E8" w14:paraId="09005BC9" w14:textId="77777777" w:rsidTr="00A77CB6">
        <w:trPr>
          <w:cantSplit/>
        </w:trPr>
        <w:tc>
          <w:tcPr>
            <w:tcW w:w="2098" w:type="dxa"/>
            <w:vAlign w:val="center"/>
          </w:tcPr>
          <w:p w14:paraId="67875588" w14:textId="77777777" w:rsidR="00A77CB6" w:rsidRPr="001928E8" w:rsidRDefault="00A77CB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Psychická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odolnost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dětí</w:t>
            </w:r>
            <w:proofErr w:type="spellEnd"/>
          </w:p>
        </w:tc>
        <w:tc>
          <w:tcPr>
            <w:tcW w:w="1155" w:type="dxa"/>
            <w:vAlign w:val="center"/>
          </w:tcPr>
          <w:p w14:paraId="4DE92E4D" w14:textId="77777777" w:rsidR="00A77CB6" w:rsidRPr="001928E8" w:rsidRDefault="00A77CB6" w:rsidP="00A77CB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24.9.2025</w:t>
            </w:r>
          </w:p>
        </w:tc>
        <w:tc>
          <w:tcPr>
            <w:tcW w:w="886" w:type="dxa"/>
            <w:vAlign w:val="center"/>
          </w:tcPr>
          <w:p w14:paraId="05A22F65" w14:textId="77777777" w:rsidR="00A77CB6" w:rsidRPr="001928E8" w:rsidRDefault="00A77CB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191" w:type="dxa"/>
            <w:vAlign w:val="center"/>
          </w:tcPr>
          <w:p w14:paraId="3A00ECFD" w14:textId="77777777" w:rsidR="00A77CB6" w:rsidRPr="001928E8" w:rsidRDefault="00A77CB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871" w:type="dxa"/>
            <w:vAlign w:val="center"/>
          </w:tcPr>
          <w:p w14:paraId="509081B2" w14:textId="77777777" w:rsidR="00A77CB6" w:rsidRPr="001928E8" w:rsidRDefault="00A77CB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Centrum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psychické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odolnosti</w:t>
            </w:r>
            <w:proofErr w:type="spellEnd"/>
          </w:p>
        </w:tc>
        <w:tc>
          <w:tcPr>
            <w:tcW w:w="2665" w:type="dxa"/>
            <w:vAlign w:val="center"/>
          </w:tcPr>
          <w:p w14:paraId="52CC770F" w14:textId="77777777" w:rsidR="00A77CB6" w:rsidRPr="001928E8" w:rsidRDefault="00A77CB6" w:rsidP="00A77CB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Preventivní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program pro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děti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z MŠ</w:t>
            </w:r>
          </w:p>
        </w:tc>
      </w:tr>
      <w:tr w:rsidR="00991B9D" w:rsidRPr="001928E8" w14:paraId="08BA5129" w14:textId="77777777" w:rsidTr="00A77CB6">
        <w:trPr>
          <w:cantSplit/>
        </w:trPr>
        <w:tc>
          <w:tcPr>
            <w:tcW w:w="2098" w:type="dxa"/>
            <w:vAlign w:val="center"/>
          </w:tcPr>
          <w:p w14:paraId="6DCDDF9F" w14:textId="77777777" w:rsidR="00991B9D" w:rsidRPr="001928E8" w:rsidRDefault="00991B9D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Nové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ŠVP</w:t>
            </w:r>
          </w:p>
        </w:tc>
        <w:tc>
          <w:tcPr>
            <w:tcW w:w="1155" w:type="dxa"/>
            <w:vAlign w:val="center"/>
          </w:tcPr>
          <w:p w14:paraId="0E08BA0C" w14:textId="77777777" w:rsidR="00991B9D" w:rsidRPr="001928E8" w:rsidRDefault="00991B9D" w:rsidP="00A77CB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23.9.2025</w:t>
            </w:r>
          </w:p>
        </w:tc>
        <w:tc>
          <w:tcPr>
            <w:tcW w:w="886" w:type="dxa"/>
            <w:vAlign w:val="center"/>
          </w:tcPr>
          <w:p w14:paraId="7FD60565" w14:textId="77777777" w:rsidR="00991B9D" w:rsidRPr="001928E8" w:rsidRDefault="00991B9D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191" w:type="dxa"/>
            <w:vAlign w:val="center"/>
          </w:tcPr>
          <w:p w14:paraId="5099E5E2" w14:textId="77777777" w:rsidR="00991B9D" w:rsidRPr="001928E8" w:rsidRDefault="00991B9D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871" w:type="dxa"/>
            <w:vAlign w:val="center"/>
          </w:tcPr>
          <w:p w14:paraId="3B14E20C" w14:textId="77777777" w:rsidR="00991B9D" w:rsidRPr="001928E8" w:rsidRDefault="00991B9D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NIDV</w:t>
            </w:r>
          </w:p>
        </w:tc>
        <w:tc>
          <w:tcPr>
            <w:tcW w:w="2665" w:type="dxa"/>
            <w:vAlign w:val="center"/>
          </w:tcPr>
          <w:p w14:paraId="2B30C31F" w14:textId="77777777" w:rsidR="00991B9D" w:rsidRPr="001928E8" w:rsidRDefault="00991B9D" w:rsidP="00991B9D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Pomoc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při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vytváření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nových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ŠVP.</w:t>
            </w:r>
          </w:p>
        </w:tc>
      </w:tr>
      <w:tr w:rsidR="004F2747" w:rsidRPr="001928E8" w14:paraId="51EE59C3" w14:textId="77777777" w:rsidTr="00A77CB6">
        <w:trPr>
          <w:cantSplit/>
        </w:trPr>
        <w:tc>
          <w:tcPr>
            <w:tcW w:w="2098" w:type="dxa"/>
            <w:shd w:val="clear" w:color="auto" w:fill="F3F6F8"/>
            <w:vAlign w:val="center"/>
          </w:tcPr>
          <w:p w14:paraId="6EC83DA6" w14:textId="77777777" w:rsidR="004F2747" w:rsidRPr="001928E8" w:rsidRDefault="004E7853" w:rsidP="004E7853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Badatelsky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954D31" w:rsidRPr="001928E8">
              <w:rPr>
                <w:rFonts w:cs="Arial"/>
                <w:sz w:val="20"/>
                <w:szCs w:val="20"/>
              </w:rPr>
              <w:t>orientovaná</w:t>
            </w:r>
            <w:proofErr w:type="spellEnd"/>
            <w:r w:rsidR="00954D31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954D31" w:rsidRPr="001928E8">
              <w:rPr>
                <w:rFonts w:cs="Arial"/>
                <w:sz w:val="20"/>
                <w:szCs w:val="20"/>
              </w:rPr>
              <w:t>výuka</w:t>
            </w:r>
            <w:proofErr w:type="spellEnd"/>
          </w:p>
        </w:tc>
        <w:tc>
          <w:tcPr>
            <w:tcW w:w="1155" w:type="dxa"/>
            <w:shd w:val="clear" w:color="auto" w:fill="F3F6F8"/>
            <w:vAlign w:val="center"/>
          </w:tcPr>
          <w:p w14:paraId="12F20C82" w14:textId="77777777" w:rsidR="004F2747" w:rsidRPr="001928E8" w:rsidRDefault="00954D31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14.4.2026</w:t>
            </w:r>
          </w:p>
        </w:tc>
        <w:tc>
          <w:tcPr>
            <w:tcW w:w="886" w:type="dxa"/>
            <w:shd w:val="clear" w:color="auto" w:fill="F3F6F8"/>
            <w:vAlign w:val="center"/>
          </w:tcPr>
          <w:p w14:paraId="6AD68CCC" w14:textId="77777777" w:rsidR="004F2747" w:rsidRPr="001928E8" w:rsidRDefault="00954D31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1191" w:type="dxa"/>
            <w:shd w:val="clear" w:color="auto" w:fill="F3F6F8"/>
            <w:vAlign w:val="center"/>
          </w:tcPr>
          <w:p w14:paraId="43E46971" w14:textId="77777777" w:rsidR="004F2747" w:rsidRPr="001928E8" w:rsidRDefault="00A77CB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871" w:type="dxa"/>
            <w:shd w:val="clear" w:color="auto" w:fill="F3F6F8"/>
            <w:vAlign w:val="center"/>
          </w:tcPr>
          <w:p w14:paraId="2CADED4B" w14:textId="77777777" w:rsidR="004F2747" w:rsidRPr="001928E8" w:rsidRDefault="00A77CB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Botič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Toulcův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Dvůr</w:t>
            </w:r>
            <w:proofErr w:type="spellEnd"/>
          </w:p>
        </w:tc>
        <w:tc>
          <w:tcPr>
            <w:tcW w:w="2665" w:type="dxa"/>
            <w:shd w:val="clear" w:color="auto" w:fill="F3F6F8"/>
            <w:vAlign w:val="center"/>
          </w:tcPr>
          <w:p w14:paraId="27751689" w14:textId="77777777" w:rsidR="004F2747" w:rsidRPr="001928E8" w:rsidRDefault="00A77CB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Obohacování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výuky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EVVO</w:t>
            </w:r>
          </w:p>
        </w:tc>
      </w:tr>
      <w:tr w:rsidR="004F2747" w:rsidRPr="001928E8" w14:paraId="13D1199C" w14:textId="77777777" w:rsidTr="00A77CB6">
        <w:trPr>
          <w:cantSplit/>
        </w:trPr>
        <w:tc>
          <w:tcPr>
            <w:tcW w:w="2098" w:type="dxa"/>
            <w:vAlign w:val="center"/>
          </w:tcPr>
          <w:p w14:paraId="3FF67F6E" w14:textId="77777777" w:rsidR="004F2747" w:rsidRPr="001928E8" w:rsidRDefault="00A77CB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Hodnotové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vzdělávání</w:t>
            </w:r>
            <w:proofErr w:type="spellEnd"/>
          </w:p>
        </w:tc>
        <w:tc>
          <w:tcPr>
            <w:tcW w:w="1155" w:type="dxa"/>
            <w:vAlign w:val="center"/>
          </w:tcPr>
          <w:p w14:paraId="6E8386E2" w14:textId="77777777" w:rsidR="004F2747" w:rsidRPr="001928E8" w:rsidRDefault="00A77CB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23.4.2026</w:t>
            </w:r>
          </w:p>
        </w:tc>
        <w:tc>
          <w:tcPr>
            <w:tcW w:w="886" w:type="dxa"/>
            <w:vAlign w:val="center"/>
          </w:tcPr>
          <w:p w14:paraId="46DA89D5" w14:textId="77777777" w:rsidR="004F2747" w:rsidRPr="001928E8" w:rsidRDefault="00A77CB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191" w:type="dxa"/>
            <w:vAlign w:val="center"/>
          </w:tcPr>
          <w:p w14:paraId="48E6826D" w14:textId="77777777" w:rsidR="004F2747" w:rsidRPr="001928E8" w:rsidRDefault="00A77CB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871" w:type="dxa"/>
            <w:vAlign w:val="center"/>
          </w:tcPr>
          <w:p w14:paraId="4E266577" w14:textId="77777777" w:rsidR="004F2747" w:rsidRPr="001928E8" w:rsidRDefault="00A77CB6" w:rsidP="00A77CB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PPP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Střed.kraje</w:t>
            </w:r>
            <w:proofErr w:type="spellEnd"/>
          </w:p>
        </w:tc>
        <w:tc>
          <w:tcPr>
            <w:tcW w:w="2665" w:type="dxa"/>
            <w:vAlign w:val="center"/>
          </w:tcPr>
          <w:p w14:paraId="320F6637" w14:textId="77777777" w:rsidR="004F2747" w:rsidRPr="001928E8" w:rsidRDefault="00A77CB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Prevence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včasná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detekce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radikalizace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mladistvých</w:t>
            </w:r>
            <w:proofErr w:type="spellEnd"/>
          </w:p>
        </w:tc>
      </w:tr>
      <w:tr w:rsidR="004F2747" w:rsidRPr="001928E8" w14:paraId="44C8FB2B" w14:textId="77777777" w:rsidTr="00A77CB6">
        <w:trPr>
          <w:cantSplit/>
        </w:trPr>
        <w:tc>
          <w:tcPr>
            <w:tcW w:w="2098" w:type="dxa"/>
            <w:shd w:val="clear" w:color="auto" w:fill="F3F6F8"/>
            <w:vAlign w:val="center"/>
          </w:tcPr>
          <w:p w14:paraId="57D0300A" w14:textId="77777777" w:rsidR="004F2747" w:rsidRPr="001928E8" w:rsidRDefault="00A77CB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Asistentem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pedagoga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efektivně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smysluplně</w:t>
            </w:r>
            <w:proofErr w:type="spellEnd"/>
          </w:p>
        </w:tc>
        <w:tc>
          <w:tcPr>
            <w:tcW w:w="1155" w:type="dxa"/>
            <w:shd w:val="clear" w:color="auto" w:fill="F3F6F8"/>
            <w:vAlign w:val="center"/>
          </w:tcPr>
          <w:p w14:paraId="68CFDC94" w14:textId="77777777" w:rsidR="004F2747" w:rsidRPr="001928E8" w:rsidRDefault="00A77CB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13.4.2026</w:t>
            </w:r>
          </w:p>
        </w:tc>
        <w:tc>
          <w:tcPr>
            <w:tcW w:w="886" w:type="dxa"/>
            <w:shd w:val="clear" w:color="auto" w:fill="F3F6F8"/>
            <w:vAlign w:val="center"/>
          </w:tcPr>
          <w:p w14:paraId="094DF7A8" w14:textId="77777777" w:rsidR="004F2747" w:rsidRPr="001928E8" w:rsidRDefault="00A77CB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191" w:type="dxa"/>
            <w:shd w:val="clear" w:color="auto" w:fill="F3F6F8"/>
            <w:vAlign w:val="center"/>
          </w:tcPr>
          <w:p w14:paraId="0F228C00" w14:textId="77777777" w:rsidR="004F2747" w:rsidRPr="001928E8" w:rsidRDefault="00A77CB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871" w:type="dxa"/>
            <w:shd w:val="clear" w:color="auto" w:fill="F3F6F8"/>
            <w:vAlign w:val="center"/>
          </w:tcPr>
          <w:p w14:paraId="3B6196AB" w14:textId="77777777" w:rsidR="004F2747" w:rsidRPr="001928E8" w:rsidRDefault="00A77CB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Mgr. Andrea Chludilová</w:t>
            </w:r>
          </w:p>
        </w:tc>
        <w:tc>
          <w:tcPr>
            <w:tcW w:w="2665" w:type="dxa"/>
            <w:shd w:val="clear" w:color="auto" w:fill="F3F6F8"/>
            <w:vAlign w:val="center"/>
          </w:tcPr>
          <w:p w14:paraId="29DE0094" w14:textId="77777777" w:rsidR="004F2747" w:rsidRPr="001928E8" w:rsidRDefault="00A77CB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Práce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asistenta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pedagoga</w:t>
            </w:r>
            <w:proofErr w:type="spellEnd"/>
          </w:p>
        </w:tc>
      </w:tr>
      <w:tr w:rsidR="00A77CB6" w:rsidRPr="001928E8" w14:paraId="0609A876" w14:textId="77777777" w:rsidTr="00A77CB6">
        <w:trPr>
          <w:cantSplit/>
        </w:trPr>
        <w:tc>
          <w:tcPr>
            <w:tcW w:w="2098" w:type="dxa"/>
            <w:shd w:val="clear" w:color="auto" w:fill="F3F6F8"/>
            <w:vAlign w:val="center"/>
          </w:tcPr>
          <w:p w14:paraId="6D586C72" w14:textId="77777777" w:rsidR="00A77CB6" w:rsidRPr="001928E8" w:rsidRDefault="00A77CB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Práce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asistenta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pedagoga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v 1.ročníku</w:t>
            </w:r>
          </w:p>
        </w:tc>
        <w:tc>
          <w:tcPr>
            <w:tcW w:w="1155" w:type="dxa"/>
            <w:shd w:val="clear" w:color="auto" w:fill="F3F6F8"/>
            <w:vAlign w:val="center"/>
          </w:tcPr>
          <w:p w14:paraId="74454AB8" w14:textId="77777777" w:rsidR="00A77CB6" w:rsidRPr="001928E8" w:rsidRDefault="00A77CB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11.5.2026</w:t>
            </w:r>
          </w:p>
        </w:tc>
        <w:tc>
          <w:tcPr>
            <w:tcW w:w="886" w:type="dxa"/>
            <w:shd w:val="clear" w:color="auto" w:fill="F3F6F8"/>
            <w:vAlign w:val="center"/>
          </w:tcPr>
          <w:p w14:paraId="2150780C" w14:textId="77777777" w:rsidR="00A77CB6" w:rsidRPr="001928E8" w:rsidRDefault="00A77CB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191" w:type="dxa"/>
            <w:shd w:val="clear" w:color="auto" w:fill="F3F6F8"/>
            <w:vAlign w:val="center"/>
          </w:tcPr>
          <w:p w14:paraId="271A19EF" w14:textId="77777777" w:rsidR="00A77CB6" w:rsidRPr="001928E8" w:rsidRDefault="00A77CB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871" w:type="dxa"/>
            <w:shd w:val="clear" w:color="auto" w:fill="F3F6F8"/>
            <w:vAlign w:val="center"/>
          </w:tcPr>
          <w:p w14:paraId="2F61BACB" w14:textId="77777777" w:rsidR="00A77CB6" w:rsidRPr="001928E8" w:rsidRDefault="00A77CB6" w:rsidP="00A77CB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Mgr. Andrea Chludilová</w:t>
            </w:r>
          </w:p>
        </w:tc>
        <w:tc>
          <w:tcPr>
            <w:tcW w:w="2665" w:type="dxa"/>
            <w:shd w:val="clear" w:color="auto" w:fill="F3F6F8"/>
            <w:vAlign w:val="center"/>
          </w:tcPr>
          <w:p w14:paraId="5347D6D6" w14:textId="77777777" w:rsidR="00A77CB6" w:rsidRPr="001928E8" w:rsidRDefault="00A77CB6" w:rsidP="00597B00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Příprava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výuku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spolupráci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v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budou</w:t>
            </w:r>
            <w:r w:rsidR="00597B00" w:rsidRPr="001928E8">
              <w:rPr>
                <w:rFonts w:cs="Arial"/>
                <w:sz w:val="20"/>
                <w:szCs w:val="20"/>
              </w:rPr>
              <w:t>cím</w:t>
            </w:r>
            <w:proofErr w:type="spellEnd"/>
            <w:r w:rsidR="00597B00" w:rsidRPr="001928E8">
              <w:rPr>
                <w:rFonts w:cs="Arial"/>
                <w:sz w:val="20"/>
                <w:szCs w:val="20"/>
              </w:rPr>
              <w:t xml:space="preserve"> 1. </w:t>
            </w:r>
            <w:proofErr w:type="spellStart"/>
            <w:r w:rsidR="00597B00" w:rsidRPr="001928E8">
              <w:rPr>
                <w:rFonts w:cs="Arial"/>
                <w:sz w:val="20"/>
                <w:szCs w:val="20"/>
              </w:rPr>
              <w:t>ročníku</w:t>
            </w:r>
            <w:proofErr w:type="spellEnd"/>
          </w:p>
        </w:tc>
      </w:tr>
      <w:tr w:rsidR="00387217" w:rsidRPr="001928E8" w14:paraId="15A506CA" w14:textId="77777777" w:rsidTr="00A77CB6">
        <w:trPr>
          <w:cantSplit/>
        </w:trPr>
        <w:tc>
          <w:tcPr>
            <w:tcW w:w="2098" w:type="dxa"/>
            <w:shd w:val="clear" w:color="auto" w:fill="F3F6F8"/>
            <w:vAlign w:val="center"/>
          </w:tcPr>
          <w:p w14:paraId="3B906CBE" w14:textId="77777777" w:rsidR="00387217" w:rsidRPr="001928E8" w:rsidRDefault="00387217" w:rsidP="0038721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Formativní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hodnocení</w:t>
            </w:r>
            <w:proofErr w:type="spellEnd"/>
          </w:p>
        </w:tc>
        <w:tc>
          <w:tcPr>
            <w:tcW w:w="1155" w:type="dxa"/>
            <w:shd w:val="clear" w:color="auto" w:fill="F3F6F8"/>
            <w:vAlign w:val="center"/>
          </w:tcPr>
          <w:p w14:paraId="2EA87F81" w14:textId="77777777" w:rsidR="00387217" w:rsidRPr="001928E8" w:rsidRDefault="00387217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22.4.2026</w:t>
            </w:r>
          </w:p>
        </w:tc>
        <w:tc>
          <w:tcPr>
            <w:tcW w:w="886" w:type="dxa"/>
            <w:shd w:val="clear" w:color="auto" w:fill="F3F6F8"/>
            <w:vAlign w:val="center"/>
          </w:tcPr>
          <w:p w14:paraId="11304079" w14:textId="77777777" w:rsidR="00387217" w:rsidRPr="001928E8" w:rsidRDefault="00387217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191" w:type="dxa"/>
            <w:shd w:val="clear" w:color="auto" w:fill="F3F6F8"/>
            <w:vAlign w:val="center"/>
          </w:tcPr>
          <w:p w14:paraId="032615D0" w14:textId="77777777" w:rsidR="00387217" w:rsidRPr="001928E8" w:rsidRDefault="00387217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871" w:type="dxa"/>
            <w:shd w:val="clear" w:color="auto" w:fill="F3F6F8"/>
            <w:vAlign w:val="center"/>
          </w:tcPr>
          <w:p w14:paraId="671F7459" w14:textId="77777777" w:rsidR="00387217" w:rsidRPr="001928E8" w:rsidRDefault="00387217" w:rsidP="00A77CB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TAKTIK</w:t>
            </w:r>
          </w:p>
        </w:tc>
        <w:tc>
          <w:tcPr>
            <w:tcW w:w="2665" w:type="dxa"/>
            <w:shd w:val="clear" w:color="auto" w:fill="F3F6F8"/>
            <w:vAlign w:val="center"/>
          </w:tcPr>
          <w:p w14:paraId="3CBF657B" w14:textId="77777777" w:rsidR="00387217" w:rsidRPr="001928E8" w:rsidRDefault="00387217" w:rsidP="00597B00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Edukace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učitelů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ZŠ</w:t>
            </w:r>
          </w:p>
        </w:tc>
      </w:tr>
      <w:tr w:rsidR="00387217" w:rsidRPr="001928E8" w14:paraId="35913D87" w14:textId="77777777" w:rsidTr="00A77CB6">
        <w:trPr>
          <w:cantSplit/>
        </w:trPr>
        <w:tc>
          <w:tcPr>
            <w:tcW w:w="2098" w:type="dxa"/>
            <w:shd w:val="clear" w:color="auto" w:fill="F3F6F8"/>
            <w:vAlign w:val="center"/>
          </w:tcPr>
          <w:p w14:paraId="77022475" w14:textId="77777777" w:rsidR="00387217" w:rsidRPr="001928E8" w:rsidRDefault="00387217" w:rsidP="0038721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Dobrá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pauza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155" w:type="dxa"/>
            <w:shd w:val="clear" w:color="auto" w:fill="F3F6F8"/>
            <w:vAlign w:val="center"/>
          </w:tcPr>
          <w:p w14:paraId="283D9BBC" w14:textId="77777777" w:rsidR="00387217" w:rsidRPr="001928E8" w:rsidRDefault="00387217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28.4.2026</w:t>
            </w:r>
          </w:p>
        </w:tc>
        <w:tc>
          <w:tcPr>
            <w:tcW w:w="886" w:type="dxa"/>
            <w:shd w:val="clear" w:color="auto" w:fill="F3F6F8"/>
            <w:vAlign w:val="center"/>
          </w:tcPr>
          <w:p w14:paraId="5E8C3F41" w14:textId="77777777" w:rsidR="00387217" w:rsidRPr="001928E8" w:rsidRDefault="00387217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191" w:type="dxa"/>
            <w:shd w:val="clear" w:color="auto" w:fill="F3F6F8"/>
            <w:vAlign w:val="center"/>
          </w:tcPr>
          <w:p w14:paraId="45639726" w14:textId="77777777" w:rsidR="00387217" w:rsidRPr="001928E8" w:rsidRDefault="00387217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871" w:type="dxa"/>
            <w:shd w:val="clear" w:color="auto" w:fill="F3F6F8"/>
            <w:vAlign w:val="center"/>
          </w:tcPr>
          <w:p w14:paraId="18AA7449" w14:textId="77777777" w:rsidR="00387217" w:rsidRPr="001928E8" w:rsidRDefault="00387217" w:rsidP="00A77CB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TAKTIK</w:t>
            </w:r>
          </w:p>
        </w:tc>
        <w:tc>
          <w:tcPr>
            <w:tcW w:w="2665" w:type="dxa"/>
            <w:shd w:val="clear" w:color="auto" w:fill="F3F6F8"/>
            <w:vAlign w:val="center"/>
          </w:tcPr>
          <w:p w14:paraId="5E3BC213" w14:textId="77777777" w:rsidR="00387217" w:rsidRPr="001928E8" w:rsidRDefault="00387217" w:rsidP="00597B00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Naučte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se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správně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odpočívat</w:t>
            </w:r>
            <w:proofErr w:type="spellEnd"/>
          </w:p>
        </w:tc>
      </w:tr>
      <w:tr w:rsidR="00185312" w:rsidRPr="001928E8" w14:paraId="74A533A8" w14:textId="77777777" w:rsidTr="00A77CB6">
        <w:trPr>
          <w:cantSplit/>
        </w:trPr>
        <w:tc>
          <w:tcPr>
            <w:tcW w:w="2098" w:type="dxa"/>
            <w:shd w:val="clear" w:color="auto" w:fill="F3F6F8"/>
            <w:vAlign w:val="center"/>
          </w:tcPr>
          <w:p w14:paraId="1FF229BB" w14:textId="77777777" w:rsidR="00185312" w:rsidRPr="001928E8" w:rsidRDefault="00185312" w:rsidP="0038721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Seznamovací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hry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začátku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školního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roku</w:t>
            </w:r>
            <w:proofErr w:type="spellEnd"/>
          </w:p>
        </w:tc>
        <w:tc>
          <w:tcPr>
            <w:tcW w:w="1155" w:type="dxa"/>
            <w:shd w:val="clear" w:color="auto" w:fill="F3F6F8"/>
            <w:vAlign w:val="center"/>
          </w:tcPr>
          <w:p w14:paraId="28379B90" w14:textId="77777777" w:rsidR="00185312" w:rsidRPr="001928E8" w:rsidRDefault="00123A6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28.8.2026</w:t>
            </w:r>
          </w:p>
        </w:tc>
        <w:tc>
          <w:tcPr>
            <w:tcW w:w="886" w:type="dxa"/>
            <w:shd w:val="clear" w:color="auto" w:fill="F3F6F8"/>
            <w:vAlign w:val="center"/>
          </w:tcPr>
          <w:p w14:paraId="7857B8BA" w14:textId="77777777" w:rsidR="00185312" w:rsidRPr="001928E8" w:rsidRDefault="00123A6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1191" w:type="dxa"/>
            <w:shd w:val="clear" w:color="auto" w:fill="F3F6F8"/>
            <w:vAlign w:val="center"/>
          </w:tcPr>
          <w:p w14:paraId="5856BA78" w14:textId="77777777" w:rsidR="00185312" w:rsidRPr="001928E8" w:rsidRDefault="00123A66">
            <w:pPr>
              <w:spacing w:after="0" w:line="252" w:lineRule="auto"/>
              <w:jc w:val="center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1871" w:type="dxa"/>
            <w:shd w:val="clear" w:color="auto" w:fill="F3F6F8"/>
            <w:vAlign w:val="center"/>
          </w:tcPr>
          <w:p w14:paraId="123C7406" w14:textId="77777777" w:rsidR="00185312" w:rsidRPr="001928E8" w:rsidRDefault="00123A66" w:rsidP="00A77CB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Odyssea</w:t>
            </w:r>
            <w:proofErr w:type="spellEnd"/>
          </w:p>
        </w:tc>
        <w:tc>
          <w:tcPr>
            <w:tcW w:w="2665" w:type="dxa"/>
            <w:shd w:val="clear" w:color="auto" w:fill="F3F6F8"/>
            <w:vAlign w:val="center"/>
          </w:tcPr>
          <w:p w14:paraId="343BC945" w14:textId="77777777" w:rsidR="00185312" w:rsidRPr="001928E8" w:rsidRDefault="00123A66" w:rsidP="00597B00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Stmalování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kolektivu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pedagogů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I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dětí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začátku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školního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roku</w:t>
            </w:r>
            <w:proofErr w:type="spellEnd"/>
          </w:p>
        </w:tc>
      </w:tr>
    </w:tbl>
    <w:p w14:paraId="00BB9AD6" w14:textId="77777777" w:rsidR="004F2747" w:rsidRPr="001928E8" w:rsidRDefault="004F2747">
      <w:pPr>
        <w:spacing w:after="20"/>
        <w:rPr>
          <w:rFonts w:cs="Arial"/>
          <w:sz w:val="20"/>
          <w:szCs w:val="20"/>
        </w:rPr>
      </w:pPr>
    </w:p>
    <w:p w14:paraId="382FBF50" w14:textId="77777777" w:rsidR="00B56AB8" w:rsidRPr="001928E8" w:rsidRDefault="00B56AB8">
      <w:pPr>
        <w:spacing w:after="20"/>
        <w:rPr>
          <w:rFonts w:cs="Arial"/>
          <w:sz w:val="20"/>
          <w:szCs w:val="20"/>
        </w:rPr>
      </w:pPr>
      <w:proofErr w:type="spellStart"/>
      <w:r w:rsidRPr="001928E8">
        <w:rPr>
          <w:rFonts w:cs="Arial"/>
          <w:sz w:val="20"/>
          <w:szCs w:val="20"/>
        </w:rPr>
        <w:t>Získané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poznatky</w:t>
      </w:r>
      <w:proofErr w:type="spellEnd"/>
      <w:r w:rsidRPr="001928E8">
        <w:rPr>
          <w:rFonts w:cs="Arial"/>
          <w:sz w:val="20"/>
          <w:szCs w:val="20"/>
        </w:rPr>
        <w:t xml:space="preserve"> ze </w:t>
      </w:r>
      <w:proofErr w:type="spellStart"/>
      <w:r w:rsidRPr="001928E8">
        <w:rPr>
          <w:rFonts w:cs="Arial"/>
          <w:sz w:val="20"/>
          <w:szCs w:val="20"/>
        </w:rPr>
        <w:t>seminářů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si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předávají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kolegové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na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pravidelných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pedagogických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poradách</w:t>
      </w:r>
      <w:proofErr w:type="spellEnd"/>
      <w:r w:rsidRPr="001928E8">
        <w:rPr>
          <w:rFonts w:cs="Arial"/>
          <w:sz w:val="20"/>
          <w:szCs w:val="20"/>
        </w:rPr>
        <w:t xml:space="preserve">, </w:t>
      </w:r>
      <w:proofErr w:type="spellStart"/>
      <w:r w:rsidRPr="001928E8">
        <w:rPr>
          <w:rFonts w:cs="Arial"/>
          <w:sz w:val="20"/>
          <w:szCs w:val="20"/>
        </w:rPr>
        <w:t>nebo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na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nezávazných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setkáních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na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školní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zahradě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tzv</w:t>
      </w:r>
      <w:proofErr w:type="spellEnd"/>
      <w:r w:rsidRPr="001928E8">
        <w:rPr>
          <w:rFonts w:cs="Arial"/>
          <w:sz w:val="20"/>
          <w:szCs w:val="20"/>
        </w:rPr>
        <w:t xml:space="preserve">. </w:t>
      </w:r>
      <w:proofErr w:type="spellStart"/>
      <w:r w:rsidRPr="001928E8">
        <w:rPr>
          <w:rFonts w:cs="Arial"/>
          <w:sz w:val="20"/>
          <w:szCs w:val="20"/>
        </w:rPr>
        <w:t>Vykuřování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týpí</w:t>
      </w:r>
      <w:proofErr w:type="spellEnd"/>
      <w:r w:rsidRPr="001928E8">
        <w:rPr>
          <w:rFonts w:cs="Arial"/>
          <w:sz w:val="20"/>
          <w:szCs w:val="20"/>
        </w:rPr>
        <w:t xml:space="preserve">. </w:t>
      </w:r>
      <w:proofErr w:type="spellStart"/>
      <w:r w:rsidRPr="001928E8">
        <w:rPr>
          <w:rFonts w:cs="Arial"/>
          <w:sz w:val="20"/>
          <w:szCs w:val="20"/>
        </w:rPr>
        <w:t>Největší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efekt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má</w:t>
      </w:r>
      <w:proofErr w:type="spellEnd"/>
      <w:r w:rsidRPr="001928E8">
        <w:rPr>
          <w:rFonts w:cs="Arial"/>
          <w:sz w:val="20"/>
          <w:szCs w:val="20"/>
        </w:rPr>
        <w:t xml:space="preserve">, </w:t>
      </w:r>
      <w:proofErr w:type="spellStart"/>
      <w:r w:rsidRPr="001928E8">
        <w:rPr>
          <w:rFonts w:cs="Arial"/>
          <w:sz w:val="20"/>
          <w:szCs w:val="20"/>
        </w:rPr>
        <w:t>pokud</w:t>
      </w:r>
      <w:proofErr w:type="spellEnd"/>
      <w:r w:rsidRPr="001928E8">
        <w:rPr>
          <w:rFonts w:cs="Arial"/>
          <w:sz w:val="20"/>
          <w:szCs w:val="20"/>
        </w:rPr>
        <w:t xml:space="preserve"> se </w:t>
      </w:r>
      <w:proofErr w:type="spellStart"/>
      <w:r w:rsidRPr="001928E8">
        <w:rPr>
          <w:rFonts w:cs="Arial"/>
          <w:sz w:val="20"/>
          <w:szCs w:val="20"/>
        </w:rPr>
        <w:t>vzdělávání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účastní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celý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tým</w:t>
      </w:r>
      <w:proofErr w:type="spellEnd"/>
      <w:r w:rsidRPr="001928E8">
        <w:rPr>
          <w:rFonts w:cs="Arial"/>
          <w:sz w:val="20"/>
          <w:szCs w:val="20"/>
        </w:rPr>
        <w:t xml:space="preserve">, proto </w:t>
      </w:r>
      <w:proofErr w:type="spellStart"/>
      <w:r w:rsidRPr="001928E8">
        <w:rPr>
          <w:rFonts w:cs="Arial"/>
          <w:sz w:val="20"/>
          <w:szCs w:val="20"/>
        </w:rPr>
        <w:t>preferujeme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vzdělávání</w:t>
      </w:r>
      <w:proofErr w:type="spellEnd"/>
      <w:r w:rsidRPr="001928E8">
        <w:rPr>
          <w:rFonts w:cs="Arial"/>
          <w:sz w:val="20"/>
          <w:szCs w:val="20"/>
        </w:rPr>
        <w:t xml:space="preserve"> v </w:t>
      </w:r>
      <w:proofErr w:type="spellStart"/>
      <w:r w:rsidRPr="001928E8">
        <w:rPr>
          <w:rFonts w:cs="Arial"/>
          <w:sz w:val="20"/>
          <w:szCs w:val="20"/>
        </w:rPr>
        <w:t>období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ředitelského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volna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nebo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prázdnin</w:t>
      </w:r>
      <w:proofErr w:type="spellEnd"/>
      <w:r w:rsidRPr="001928E8">
        <w:rPr>
          <w:rFonts w:cs="Arial"/>
          <w:sz w:val="20"/>
          <w:szCs w:val="20"/>
        </w:rPr>
        <w:t xml:space="preserve"> a v </w:t>
      </w:r>
      <w:proofErr w:type="spellStart"/>
      <w:r w:rsidRPr="001928E8">
        <w:rPr>
          <w:rFonts w:cs="Arial"/>
          <w:sz w:val="20"/>
          <w:szCs w:val="20"/>
        </w:rPr>
        <w:t>přípravném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týdnu</w:t>
      </w:r>
      <w:proofErr w:type="spellEnd"/>
      <w:r w:rsidRPr="001928E8">
        <w:rPr>
          <w:rFonts w:cs="Arial"/>
          <w:sz w:val="20"/>
          <w:szCs w:val="20"/>
        </w:rPr>
        <w:t xml:space="preserve">. Na </w:t>
      </w:r>
      <w:proofErr w:type="spellStart"/>
      <w:r w:rsidRPr="001928E8">
        <w:rPr>
          <w:rFonts w:cs="Arial"/>
          <w:sz w:val="20"/>
          <w:szCs w:val="20"/>
        </w:rPr>
        <w:t>základě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školení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badatelské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výuky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začala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studovat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naše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paní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učitelka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koordinátora</w:t>
      </w:r>
      <w:proofErr w:type="spellEnd"/>
      <w:r w:rsidRPr="001928E8">
        <w:rPr>
          <w:rFonts w:cs="Arial"/>
          <w:sz w:val="20"/>
          <w:szCs w:val="20"/>
        </w:rPr>
        <w:t xml:space="preserve"> EVVO. Studium </w:t>
      </w:r>
      <w:proofErr w:type="spellStart"/>
      <w:r w:rsidRPr="001928E8">
        <w:rPr>
          <w:rFonts w:cs="Arial"/>
          <w:sz w:val="20"/>
          <w:szCs w:val="20"/>
        </w:rPr>
        <w:t>má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být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ukončeno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ve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školním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roce</w:t>
      </w:r>
      <w:proofErr w:type="spellEnd"/>
      <w:r w:rsidRPr="001928E8">
        <w:rPr>
          <w:rFonts w:cs="Arial"/>
          <w:sz w:val="20"/>
          <w:szCs w:val="20"/>
        </w:rPr>
        <w:t xml:space="preserve"> 2026-2027. </w:t>
      </w:r>
    </w:p>
    <w:p w14:paraId="1ACB230D" w14:textId="77777777" w:rsidR="00991B9D" w:rsidRPr="001928E8" w:rsidRDefault="00991B9D">
      <w:pPr>
        <w:spacing w:after="20"/>
        <w:rPr>
          <w:rFonts w:cs="Arial"/>
          <w:sz w:val="20"/>
          <w:szCs w:val="20"/>
        </w:rPr>
      </w:pPr>
      <w:proofErr w:type="spellStart"/>
      <w:r w:rsidRPr="001928E8">
        <w:rPr>
          <w:rFonts w:cs="Arial"/>
          <w:sz w:val="20"/>
          <w:szCs w:val="20"/>
        </w:rPr>
        <w:t>Hlavním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úkolem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pedagogů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bude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dokončení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nového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školního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vzdělávacího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programu</w:t>
      </w:r>
      <w:proofErr w:type="spellEnd"/>
      <w:r w:rsidRPr="001928E8">
        <w:rPr>
          <w:rFonts w:cs="Arial"/>
          <w:sz w:val="20"/>
          <w:szCs w:val="20"/>
        </w:rPr>
        <w:t xml:space="preserve"> pro ZŠ a </w:t>
      </w:r>
      <w:proofErr w:type="spellStart"/>
      <w:r w:rsidRPr="001928E8">
        <w:rPr>
          <w:rFonts w:cs="Arial"/>
          <w:sz w:val="20"/>
          <w:szCs w:val="20"/>
        </w:rPr>
        <w:t>ověření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fungování</w:t>
      </w:r>
      <w:proofErr w:type="spellEnd"/>
      <w:r w:rsidRPr="001928E8">
        <w:rPr>
          <w:rFonts w:cs="Arial"/>
          <w:sz w:val="20"/>
          <w:szCs w:val="20"/>
        </w:rPr>
        <w:t xml:space="preserve"> ŠVP pro MŠ (</w:t>
      </w:r>
      <w:proofErr w:type="spellStart"/>
      <w:r w:rsidRPr="001928E8">
        <w:rPr>
          <w:rFonts w:cs="Arial"/>
          <w:sz w:val="20"/>
          <w:szCs w:val="20"/>
        </w:rPr>
        <w:t>dle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novely</w:t>
      </w:r>
      <w:proofErr w:type="spellEnd"/>
      <w:r w:rsidRPr="001928E8">
        <w:rPr>
          <w:rFonts w:cs="Arial"/>
          <w:sz w:val="20"/>
          <w:szCs w:val="20"/>
        </w:rPr>
        <w:t xml:space="preserve"> ŠZ). </w:t>
      </w:r>
      <w:proofErr w:type="spellStart"/>
      <w:r w:rsidRPr="001928E8">
        <w:rPr>
          <w:rFonts w:cs="Arial"/>
          <w:sz w:val="20"/>
          <w:szCs w:val="20"/>
        </w:rPr>
        <w:t>Hlavním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koordinátorem</w:t>
      </w:r>
      <w:proofErr w:type="spellEnd"/>
      <w:r w:rsidRPr="001928E8">
        <w:rPr>
          <w:rFonts w:cs="Arial"/>
          <w:sz w:val="20"/>
          <w:szCs w:val="20"/>
        </w:rPr>
        <w:t xml:space="preserve"> je Mgr. Nicol Pleskačová.</w:t>
      </w:r>
    </w:p>
    <w:p w14:paraId="7E0C777F" w14:textId="77777777" w:rsidR="004F2747" w:rsidRPr="001928E8" w:rsidRDefault="006C6DC5" w:rsidP="006C6DC5">
      <w:pPr>
        <w:pStyle w:val="Nadpis2"/>
        <w:rPr>
          <w:rFonts w:ascii="Arial" w:hAnsi="Arial" w:cs="Arial"/>
          <w:sz w:val="20"/>
          <w:szCs w:val="20"/>
        </w:rPr>
      </w:pPr>
      <w:r w:rsidRPr="001928E8">
        <w:rPr>
          <w:rFonts w:ascii="Arial" w:hAnsi="Arial" w:cs="Arial"/>
          <w:sz w:val="20"/>
          <w:szCs w:val="20"/>
        </w:rPr>
        <w:t xml:space="preserve">8.2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Nepedagogičtí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pracovníci</w:t>
      </w:r>
      <w:proofErr w:type="spellEnd"/>
    </w:p>
    <w:tbl>
      <w:tblPr>
        <w:tblW w:w="9864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1304"/>
        <w:gridCol w:w="1020"/>
        <w:gridCol w:w="1474"/>
        <w:gridCol w:w="3685"/>
      </w:tblGrid>
      <w:tr w:rsidR="004F2747" w:rsidRPr="001928E8" w14:paraId="5E54DFCF" w14:textId="77777777">
        <w:trPr>
          <w:cantSplit/>
          <w:tblHeader/>
        </w:trPr>
        <w:tc>
          <w:tcPr>
            <w:tcW w:w="238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F5131CE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Téma</w:t>
            </w:r>
            <w:proofErr w:type="spellEnd"/>
          </w:p>
        </w:tc>
        <w:tc>
          <w:tcPr>
            <w:tcW w:w="130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8F0909E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Datum</w:t>
            </w:r>
          </w:p>
        </w:tc>
        <w:tc>
          <w:tcPr>
            <w:tcW w:w="1020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FE8BCA4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Hodiny</w:t>
            </w:r>
            <w:proofErr w:type="spellEnd"/>
          </w:p>
        </w:tc>
        <w:tc>
          <w:tcPr>
            <w:tcW w:w="147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E999EBF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Účastníci</w:t>
            </w:r>
            <w:proofErr w:type="spellEnd"/>
          </w:p>
        </w:tc>
        <w:tc>
          <w:tcPr>
            <w:tcW w:w="368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66BBD95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Přínos</w:t>
            </w:r>
            <w:proofErr w:type="spellEnd"/>
          </w:p>
        </w:tc>
      </w:tr>
      <w:tr w:rsidR="004F2747" w:rsidRPr="001928E8" w14:paraId="5E7A68F7" w14:textId="77777777">
        <w:trPr>
          <w:cantSplit/>
        </w:trPr>
        <w:tc>
          <w:tcPr>
            <w:tcW w:w="2381" w:type="dxa"/>
            <w:vAlign w:val="center"/>
          </w:tcPr>
          <w:p w14:paraId="791AEA81" w14:textId="77777777" w:rsidR="004F2747" w:rsidRPr="001928E8" w:rsidRDefault="00C263B3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Hygiena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a BOZP</w:t>
            </w:r>
          </w:p>
        </w:tc>
        <w:tc>
          <w:tcPr>
            <w:tcW w:w="1304" w:type="dxa"/>
            <w:vAlign w:val="center"/>
          </w:tcPr>
          <w:p w14:paraId="18A33CB2" w14:textId="77777777" w:rsidR="004F2747" w:rsidRPr="001928E8" w:rsidRDefault="00C263B3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1.9.2025</w:t>
            </w:r>
          </w:p>
        </w:tc>
        <w:tc>
          <w:tcPr>
            <w:tcW w:w="1020" w:type="dxa"/>
            <w:vAlign w:val="center"/>
          </w:tcPr>
          <w:p w14:paraId="495C2672" w14:textId="77777777" w:rsidR="004F2747" w:rsidRPr="001928E8" w:rsidRDefault="00C263B3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474" w:type="dxa"/>
            <w:vAlign w:val="center"/>
          </w:tcPr>
          <w:p w14:paraId="6F3BBC94" w14:textId="77777777" w:rsidR="004F2747" w:rsidRPr="001928E8" w:rsidRDefault="00C263B3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3685" w:type="dxa"/>
            <w:vAlign w:val="center"/>
          </w:tcPr>
          <w:p w14:paraId="61BE5973" w14:textId="77777777" w:rsidR="004F2747" w:rsidRPr="001928E8" w:rsidRDefault="00C263B3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Opakování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pravidel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, novella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vyhlášky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o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stravování</w:t>
            </w:r>
            <w:proofErr w:type="spellEnd"/>
          </w:p>
        </w:tc>
      </w:tr>
    </w:tbl>
    <w:p w14:paraId="1919C3EB" w14:textId="77777777" w:rsidR="004F2747" w:rsidRDefault="00C04A6A" w:rsidP="00C04A6A">
      <w:pPr>
        <w:pStyle w:val="Nadpis1"/>
      </w:pPr>
      <w:r>
        <w:t xml:space="preserve">9. </w:t>
      </w:r>
      <w:proofErr w:type="spellStart"/>
      <w:r w:rsidR="00B25EFB" w:rsidRPr="006C6DC5">
        <w:t>Aktivity</w:t>
      </w:r>
      <w:proofErr w:type="spellEnd"/>
      <w:r w:rsidR="00B25EFB" w:rsidRPr="006C6DC5">
        <w:t xml:space="preserve"> a </w:t>
      </w:r>
      <w:proofErr w:type="spellStart"/>
      <w:r w:rsidR="00B25EFB" w:rsidRPr="006C6DC5">
        <w:t>prezentace</w:t>
      </w:r>
      <w:proofErr w:type="spellEnd"/>
      <w:r w:rsidR="00B25EFB" w:rsidRPr="006C6DC5">
        <w:t xml:space="preserve"> </w:t>
      </w:r>
      <w:proofErr w:type="spellStart"/>
      <w:r w:rsidR="00B25EFB" w:rsidRPr="006C6DC5">
        <w:t>školy</w:t>
      </w:r>
      <w:proofErr w:type="spellEnd"/>
      <w:r w:rsidR="00B25EFB" w:rsidRPr="006C6DC5">
        <w:t xml:space="preserve"> </w:t>
      </w:r>
      <w:proofErr w:type="spellStart"/>
      <w:r w:rsidR="00B25EFB" w:rsidRPr="006C6DC5">
        <w:t>na</w:t>
      </w:r>
      <w:proofErr w:type="spellEnd"/>
      <w:r w:rsidR="00B25EFB" w:rsidRPr="006C6DC5">
        <w:t xml:space="preserve"> </w:t>
      </w:r>
      <w:proofErr w:type="spellStart"/>
      <w:r w:rsidR="00B25EFB" w:rsidRPr="006C6DC5">
        <w:t>veřejnosti</w:t>
      </w:r>
      <w:proofErr w:type="spellEnd"/>
    </w:p>
    <w:p w14:paraId="0C7DCF56" w14:textId="77777777" w:rsidR="00673EF6" w:rsidRPr="001928E8" w:rsidRDefault="00673EF6" w:rsidP="00673EF6">
      <w:pPr>
        <w:rPr>
          <w:rFonts w:cs="Arial"/>
          <w:sz w:val="20"/>
          <w:szCs w:val="20"/>
        </w:rPr>
      </w:pPr>
      <w:proofErr w:type="spellStart"/>
      <w:r w:rsidRPr="001928E8">
        <w:rPr>
          <w:rFonts w:cs="Arial"/>
          <w:sz w:val="20"/>
          <w:szCs w:val="20"/>
        </w:rPr>
        <w:t>Naše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škola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má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nespočet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akcí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během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školního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roku</w:t>
      </w:r>
      <w:proofErr w:type="spellEnd"/>
      <w:r w:rsidRPr="001928E8">
        <w:rPr>
          <w:rFonts w:cs="Arial"/>
          <w:sz w:val="20"/>
          <w:szCs w:val="20"/>
        </w:rPr>
        <w:t xml:space="preserve">. </w:t>
      </w:r>
      <w:proofErr w:type="spellStart"/>
      <w:r w:rsidRPr="001928E8">
        <w:rPr>
          <w:rFonts w:cs="Arial"/>
          <w:sz w:val="20"/>
          <w:szCs w:val="20"/>
        </w:rPr>
        <w:t>Všechny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akce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jsou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zaznamenány</w:t>
      </w:r>
      <w:proofErr w:type="spellEnd"/>
      <w:r w:rsidRPr="001928E8">
        <w:rPr>
          <w:rFonts w:cs="Arial"/>
          <w:sz w:val="20"/>
          <w:szCs w:val="20"/>
        </w:rPr>
        <w:t xml:space="preserve"> v </w:t>
      </w:r>
      <w:proofErr w:type="spellStart"/>
      <w:r w:rsidRPr="001928E8">
        <w:rPr>
          <w:rFonts w:cs="Arial"/>
          <w:sz w:val="20"/>
          <w:szCs w:val="20"/>
        </w:rPr>
        <w:t>kalendáři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školního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systému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Edupage</w:t>
      </w:r>
      <w:proofErr w:type="spellEnd"/>
      <w:r w:rsidRPr="001928E8">
        <w:rPr>
          <w:rFonts w:cs="Arial"/>
          <w:sz w:val="20"/>
          <w:szCs w:val="20"/>
        </w:rPr>
        <w:t xml:space="preserve">. </w:t>
      </w:r>
    </w:p>
    <w:p w14:paraId="5187DC39" w14:textId="77777777" w:rsidR="004F2747" w:rsidRPr="001928E8" w:rsidRDefault="006C6DC5" w:rsidP="006C6DC5">
      <w:pPr>
        <w:pStyle w:val="Nadpis2"/>
        <w:rPr>
          <w:rFonts w:ascii="Arial" w:hAnsi="Arial" w:cs="Arial"/>
          <w:sz w:val="20"/>
          <w:szCs w:val="20"/>
        </w:rPr>
      </w:pPr>
      <w:r w:rsidRPr="001928E8">
        <w:rPr>
          <w:rFonts w:ascii="Arial" w:hAnsi="Arial" w:cs="Arial"/>
          <w:sz w:val="20"/>
          <w:szCs w:val="20"/>
        </w:rPr>
        <w:t xml:space="preserve">9.1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Významné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akce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školního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roku</w:t>
      </w:r>
      <w:proofErr w:type="spellEnd"/>
    </w:p>
    <w:tbl>
      <w:tblPr>
        <w:tblW w:w="9864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4195"/>
        <w:gridCol w:w="3288"/>
      </w:tblGrid>
      <w:tr w:rsidR="004F2747" w:rsidRPr="001928E8" w14:paraId="0A88D210" w14:textId="77777777">
        <w:trPr>
          <w:cantSplit/>
          <w:tblHeader/>
        </w:trPr>
        <w:tc>
          <w:tcPr>
            <w:tcW w:w="238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4186992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Oblast</w:t>
            </w:r>
          </w:p>
        </w:tc>
        <w:tc>
          <w:tcPr>
            <w:tcW w:w="419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796F157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Akce</w:t>
            </w:r>
            <w:proofErr w:type="spellEnd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projekty</w:t>
            </w:r>
            <w:proofErr w:type="spellEnd"/>
          </w:p>
        </w:tc>
        <w:tc>
          <w:tcPr>
            <w:tcW w:w="3288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4B54E48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Přínos</w:t>
            </w:r>
            <w:proofErr w:type="spellEnd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/ </w:t>
            </w: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účast</w:t>
            </w:r>
            <w:proofErr w:type="spellEnd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/ </w:t>
            </w: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výsledek</w:t>
            </w:r>
            <w:proofErr w:type="spellEnd"/>
          </w:p>
        </w:tc>
      </w:tr>
      <w:tr w:rsidR="004F2747" w:rsidRPr="001928E8" w14:paraId="313D9935" w14:textId="77777777">
        <w:trPr>
          <w:cantSplit/>
        </w:trPr>
        <w:tc>
          <w:tcPr>
            <w:tcW w:w="2381" w:type="dxa"/>
            <w:vAlign w:val="center"/>
          </w:tcPr>
          <w:p w14:paraId="3DEF623D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>MŠ</w:t>
            </w:r>
          </w:p>
        </w:tc>
        <w:tc>
          <w:tcPr>
            <w:tcW w:w="4195" w:type="dxa"/>
            <w:vAlign w:val="center"/>
          </w:tcPr>
          <w:p w14:paraId="2398A15E" w14:textId="77777777" w:rsidR="004F2747" w:rsidRPr="001928E8" w:rsidRDefault="009E3E8F" w:rsidP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Dýňodlabání</w:t>
            </w:r>
            <w:proofErr w:type="spellEnd"/>
          </w:p>
        </w:tc>
        <w:tc>
          <w:tcPr>
            <w:tcW w:w="3288" w:type="dxa"/>
            <w:vAlign w:val="center"/>
          </w:tcPr>
          <w:p w14:paraId="31735982" w14:textId="77777777" w:rsidR="004F2747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Pro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rodiče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s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dětmi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9E3E8F" w:rsidRPr="001928E8" w14:paraId="325BB38E" w14:textId="77777777">
        <w:trPr>
          <w:cantSplit/>
        </w:trPr>
        <w:tc>
          <w:tcPr>
            <w:tcW w:w="2381" w:type="dxa"/>
            <w:vAlign w:val="center"/>
          </w:tcPr>
          <w:p w14:paraId="232B5CF3" w14:textId="77777777" w:rsidR="009E3E8F" w:rsidRPr="001928E8" w:rsidRDefault="009E3E8F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>MŠ</w:t>
            </w:r>
          </w:p>
        </w:tc>
        <w:tc>
          <w:tcPr>
            <w:tcW w:w="4195" w:type="dxa"/>
            <w:vAlign w:val="center"/>
          </w:tcPr>
          <w:p w14:paraId="51998FD2" w14:textId="77777777" w:rsidR="009E3E8F" w:rsidRPr="001928E8" w:rsidRDefault="009E3E8F" w:rsidP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Vánoční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besídka</w:t>
            </w:r>
            <w:proofErr w:type="spellEnd"/>
          </w:p>
        </w:tc>
        <w:tc>
          <w:tcPr>
            <w:tcW w:w="3288" w:type="dxa"/>
            <w:vAlign w:val="center"/>
          </w:tcPr>
          <w:p w14:paraId="0B2F5850" w14:textId="77777777" w:rsidR="009E3E8F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Pro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rodiče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s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dětmi</w:t>
            </w:r>
            <w:proofErr w:type="spellEnd"/>
          </w:p>
        </w:tc>
      </w:tr>
      <w:tr w:rsidR="009E3E8F" w:rsidRPr="001928E8" w14:paraId="32942F9C" w14:textId="77777777">
        <w:trPr>
          <w:cantSplit/>
        </w:trPr>
        <w:tc>
          <w:tcPr>
            <w:tcW w:w="2381" w:type="dxa"/>
            <w:vAlign w:val="center"/>
          </w:tcPr>
          <w:p w14:paraId="030414CC" w14:textId="77777777" w:rsidR="009E3E8F" w:rsidRPr="001928E8" w:rsidRDefault="009E3E8F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>ZŠ</w:t>
            </w:r>
          </w:p>
        </w:tc>
        <w:tc>
          <w:tcPr>
            <w:tcW w:w="4195" w:type="dxa"/>
            <w:vAlign w:val="center"/>
          </w:tcPr>
          <w:p w14:paraId="4E9E9127" w14:textId="77777777" w:rsidR="009E3E8F" w:rsidRPr="001928E8" w:rsidRDefault="009E3E8F" w:rsidP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Návštěva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T.G.M.</w:t>
            </w:r>
          </w:p>
        </w:tc>
        <w:tc>
          <w:tcPr>
            <w:tcW w:w="3288" w:type="dxa"/>
            <w:vAlign w:val="center"/>
          </w:tcPr>
          <w:p w14:paraId="3433641B" w14:textId="77777777" w:rsidR="009E3E8F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Happening pro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všechny</w:t>
            </w:r>
            <w:proofErr w:type="spellEnd"/>
          </w:p>
        </w:tc>
      </w:tr>
      <w:tr w:rsidR="009E3E8F" w:rsidRPr="001928E8" w14:paraId="2E1B4DA6" w14:textId="77777777">
        <w:trPr>
          <w:cantSplit/>
        </w:trPr>
        <w:tc>
          <w:tcPr>
            <w:tcW w:w="2381" w:type="dxa"/>
            <w:vAlign w:val="center"/>
          </w:tcPr>
          <w:p w14:paraId="79F3384E" w14:textId="77777777" w:rsidR="009E3E8F" w:rsidRPr="001928E8" w:rsidRDefault="009E3E8F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lastRenderedPageBreak/>
              <w:t>ZŠ</w:t>
            </w:r>
          </w:p>
        </w:tc>
        <w:tc>
          <w:tcPr>
            <w:tcW w:w="4195" w:type="dxa"/>
            <w:vAlign w:val="center"/>
          </w:tcPr>
          <w:p w14:paraId="02C3F0DD" w14:textId="77777777" w:rsidR="009E3E8F" w:rsidRPr="001928E8" w:rsidRDefault="009E3E8F" w:rsidP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Sametová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revoluce</w:t>
            </w:r>
            <w:proofErr w:type="spellEnd"/>
          </w:p>
        </w:tc>
        <w:tc>
          <w:tcPr>
            <w:tcW w:w="3288" w:type="dxa"/>
            <w:vAlign w:val="center"/>
          </w:tcPr>
          <w:p w14:paraId="31FC10BF" w14:textId="77777777" w:rsidR="009E3E8F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Happening pro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všechny</w:t>
            </w:r>
            <w:proofErr w:type="spellEnd"/>
          </w:p>
        </w:tc>
      </w:tr>
      <w:tr w:rsidR="004F2747" w:rsidRPr="001928E8" w14:paraId="6EE73E11" w14:textId="77777777">
        <w:trPr>
          <w:cantSplit/>
        </w:trPr>
        <w:tc>
          <w:tcPr>
            <w:tcW w:w="2381" w:type="dxa"/>
            <w:shd w:val="clear" w:color="auto" w:fill="F3F6F8"/>
            <w:vAlign w:val="center"/>
          </w:tcPr>
          <w:p w14:paraId="687EB71D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>ZŠ</w:t>
            </w:r>
          </w:p>
        </w:tc>
        <w:tc>
          <w:tcPr>
            <w:tcW w:w="4195" w:type="dxa"/>
            <w:shd w:val="clear" w:color="auto" w:fill="F3F6F8"/>
            <w:vAlign w:val="center"/>
          </w:tcPr>
          <w:p w14:paraId="6043BD42" w14:textId="77777777" w:rsidR="004F2747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Vánoční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concert v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Husově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evangelickém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kostele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se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sborem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rodičů</w:t>
            </w:r>
            <w:proofErr w:type="spellEnd"/>
          </w:p>
        </w:tc>
        <w:tc>
          <w:tcPr>
            <w:tcW w:w="3288" w:type="dxa"/>
            <w:shd w:val="clear" w:color="auto" w:fill="F3F6F8"/>
            <w:vAlign w:val="center"/>
          </w:tcPr>
          <w:p w14:paraId="21C07222" w14:textId="77777777" w:rsidR="004F2747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Pro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rodiče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přátele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školy</w:t>
            </w:r>
            <w:proofErr w:type="spellEnd"/>
          </w:p>
        </w:tc>
      </w:tr>
      <w:tr w:rsidR="004F2747" w:rsidRPr="001928E8" w14:paraId="0F5C175E" w14:textId="77777777">
        <w:trPr>
          <w:cantSplit/>
        </w:trPr>
        <w:tc>
          <w:tcPr>
            <w:tcW w:w="2381" w:type="dxa"/>
            <w:vAlign w:val="center"/>
          </w:tcPr>
          <w:p w14:paraId="38450976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 xml:space="preserve">MŠ a ZŠ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společně</w:t>
            </w:r>
            <w:proofErr w:type="spellEnd"/>
          </w:p>
        </w:tc>
        <w:tc>
          <w:tcPr>
            <w:tcW w:w="4195" w:type="dxa"/>
            <w:vAlign w:val="center"/>
          </w:tcPr>
          <w:p w14:paraId="4B88D44D" w14:textId="77777777" w:rsidR="004F2747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Den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dětí</w:t>
            </w:r>
            <w:proofErr w:type="spellEnd"/>
          </w:p>
        </w:tc>
        <w:tc>
          <w:tcPr>
            <w:tcW w:w="3288" w:type="dxa"/>
            <w:vAlign w:val="center"/>
          </w:tcPr>
          <w:p w14:paraId="5B455F0B" w14:textId="77777777" w:rsidR="004F2747" w:rsidRPr="001928E8" w:rsidRDefault="009E3E8F" w:rsidP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Společná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oslava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školní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zahradě</w:t>
            </w:r>
            <w:proofErr w:type="spellEnd"/>
          </w:p>
        </w:tc>
      </w:tr>
      <w:tr w:rsidR="009E3E8F" w:rsidRPr="001928E8" w14:paraId="1D7D3C84" w14:textId="77777777">
        <w:trPr>
          <w:cantSplit/>
        </w:trPr>
        <w:tc>
          <w:tcPr>
            <w:tcW w:w="2381" w:type="dxa"/>
            <w:vAlign w:val="center"/>
          </w:tcPr>
          <w:p w14:paraId="5AF939FA" w14:textId="77777777" w:rsidR="009E3E8F" w:rsidRPr="001928E8" w:rsidRDefault="009E3E8F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>MŚ a 5.třída</w:t>
            </w:r>
          </w:p>
        </w:tc>
        <w:tc>
          <w:tcPr>
            <w:tcW w:w="4195" w:type="dxa"/>
            <w:vAlign w:val="center"/>
          </w:tcPr>
          <w:p w14:paraId="26321AF1" w14:textId="77777777" w:rsidR="009E3E8F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Loučení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s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předškoláky</w:t>
            </w:r>
            <w:proofErr w:type="spellEnd"/>
          </w:p>
        </w:tc>
        <w:tc>
          <w:tcPr>
            <w:tcW w:w="3288" w:type="dxa"/>
            <w:vAlign w:val="center"/>
          </w:tcPr>
          <w:p w14:paraId="6B405156" w14:textId="77777777" w:rsidR="009E3E8F" w:rsidRPr="001928E8" w:rsidRDefault="009E3E8F" w:rsidP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Rodiče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děti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pedagogové</w:t>
            </w:r>
            <w:proofErr w:type="spellEnd"/>
          </w:p>
        </w:tc>
      </w:tr>
      <w:tr w:rsidR="004F2747" w:rsidRPr="001928E8" w14:paraId="366D61D2" w14:textId="77777777">
        <w:trPr>
          <w:cantSplit/>
        </w:trPr>
        <w:tc>
          <w:tcPr>
            <w:tcW w:w="2381" w:type="dxa"/>
            <w:shd w:val="clear" w:color="auto" w:fill="F3F6F8"/>
            <w:vAlign w:val="center"/>
          </w:tcPr>
          <w:p w14:paraId="6887598F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Školní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družina</w:t>
            </w:r>
            <w:proofErr w:type="spellEnd"/>
          </w:p>
        </w:tc>
        <w:tc>
          <w:tcPr>
            <w:tcW w:w="4195" w:type="dxa"/>
            <w:shd w:val="clear" w:color="auto" w:fill="F3F6F8"/>
            <w:vAlign w:val="center"/>
          </w:tcPr>
          <w:p w14:paraId="2B83B956" w14:textId="77777777" w:rsidR="004F2747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Kešky</w:t>
            </w:r>
            <w:proofErr w:type="spellEnd"/>
          </w:p>
        </w:tc>
        <w:tc>
          <w:tcPr>
            <w:tcW w:w="3288" w:type="dxa"/>
            <w:shd w:val="clear" w:color="auto" w:fill="F3F6F8"/>
            <w:vAlign w:val="center"/>
          </w:tcPr>
          <w:p w14:paraId="7769F1C7" w14:textId="77777777" w:rsidR="004F2747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Tradiční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jarní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stopovačka</w:t>
            </w:r>
            <w:proofErr w:type="spellEnd"/>
          </w:p>
        </w:tc>
      </w:tr>
    </w:tbl>
    <w:p w14:paraId="1D4E78F4" w14:textId="77777777" w:rsidR="004F2747" w:rsidRPr="001928E8" w:rsidRDefault="004F2747">
      <w:pPr>
        <w:spacing w:after="20"/>
        <w:rPr>
          <w:rFonts w:cs="Arial"/>
          <w:sz w:val="20"/>
          <w:szCs w:val="20"/>
        </w:rPr>
      </w:pPr>
    </w:p>
    <w:p w14:paraId="6682DCF0" w14:textId="77777777" w:rsidR="004F2747" w:rsidRPr="001928E8" w:rsidRDefault="006C6DC5" w:rsidP="006C6DC5">
      <w:pPr>
        <w:pStyle w:val="Nadpis2"/>
        <w:rPr>
          <w:rFonts w:ascii="Arial" w:hAnsi="Arial" w:cs="Arial"/>
          <w:sz w:val="20"/>
          <w:szCs w:val="20"/>
        </w:rPr>
      </w:pPr>
      <w:r w:rsidRPr="001928E8">
        <w:rPr>
          <w:rFonts w:ascii="Arial" w:hAnsi="Arial" w:cs="Arial"/>
          <w:sz w:val="20"/>
          <w:szCs w:val="20"/>
        </w:rPr>
        <w:t xml:space="preserve">9.2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Zájmové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útvary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mimoškolní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činnost</w:t>
      </w:r>
      <w:proofErr w:type="spellEnd"/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3969"/>
        <w:gridCol w:w="1814"/>
        <w:gridCol w:w="2487"/>
        <w:gridCol w:w="234"/>
      </w:tblGrid>
      <w:tr w:rsidR="004F2747" w:rsidRPr="001928E8" w14:paraId="34F3849F" w14:textId="77777777">
        <w:trPr>
          <w:cantSplit/>
          <w:tblHeader/>
        </w:trPr>
        <w:tc>
          <w:tcPr>
            <w:tcW w:w="136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562DB26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Součást</w:t>
            </w:r>
            <w:proofErr w:type="spellEnd"/>
          </w:p>
        </w:tc>
        <w:tc>
          <w:tcPr>
            <w:tcW w:w="3969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C7E1339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Nabídka</w:t>
            </w:r>
            <w:proofErr w:type="spellEnd"/>
          </w:p>
        </w:tc>
        <w:tc>
          <w:tcPr>
            <w:tcW w:w="181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BB46A6C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Účast</w:t>
            </w:r>
            <w:proofErr w:type="spellEnd"/>
          </w:p>
        </w:tc>
        <w:tc>
          <w:tcPr>
            <w:tcW w:w="2721" w:type="dxa"/>
            <w:gridSpan w:val="2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3635653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Zajištění</w:t>
            </w:r>
            <w:proofErr w:type="spellEnd"/>
          </w:p>
        </w:tc>
      </w:tr>
      <w:tr w:rsidR="004F2747" w:rsidRPr="001928E8" w14:paraId="6D59A05C" w14:textId="77777777">
        <w:trPr>
          <w:cantSplit/>
        </w:trPr>
        <w:tc>
          <w:tcPr>
            <w:tcW w:w="1361" w:type="dxa"/>
            <w:vAlign w:val="center"/>
          </w:tcPr>
          <w:p w14:paraId="7D3392C3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>MŠ</w:t>
            </w:r>
            <w:r w:rsidR="007878B5" w:rsidRPr="001928E8">
              <w:rPr>
                <w:rFonts w:eastAsia="Arial" w:cs="Arial"/>
                <w:sz w:val="20"/>
                <w:szCs w:val="20"/>
              </w:rPr>
              <w:t xml:space="preserve"> a ZŠ</w:t>
            </w:r>
          </w:p>
        </w:tc>
        <w:tc>
          <w:tcPr>
            <w:tcW w:w="3969" w:type="dxa"/>
            <w:vAlign w:val="center"/>
          </w:tcPr>
          <w:p w14:paraId="3E923C39" w14:textId="77777777" w:rsidR="004F2747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Tanečky</w:t>
            </w:r>
            <w:proofErr w:type="spellEnd"/>
          </w:p>
        </w:tc>
        <w:tc>
          <w:tcPr>
            <w:tcW w:w="1814" w:type="dxa"/>
            <w:vAlign w:val="center"/>
          </w:tcPr>
          <w:p w14:paraId="0B1D3A71" w14:textId="77777777" w:rsidR="004F2747" w:rsidRPr="001928E8" w:rsidRDefault="007878B5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2721" w:type="dxa"/>
            <w:gridSpan w:val="2"/>
            <w:vAlign w:val="center"/>
          </w:tcPr>
          <w:p w14:paraId="7B57AB75" w14:textId="77777777" w:rsidR="004F2747" w:rsidRPr="001928E8" w:rsidRDefault="009E3E8F" w:rsidP="007878B5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Změna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lektorky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vedla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k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opadnutí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zájmu</w:t>
            </w:r>
            <w:proofErr w:type="spellEnd"/>
            <w:r w:rsidR="007878B5" w:rsidRPr="001928E8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="007878B5" w:rsidRPr="001928E8">
              <w:rPr>
                <w:rFonts w:cs="Arial"/>
                <w:sz w:val="20"/>
                <w:szCs w:val="20"/>
              </w:rPr>
              <w:t>spojení</w:t>
            </w:r>
            <w:proofErr w:type="spellEnd"/>
            <w:r w:rsidR="007878B5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7878B5" w:rsidRPr="001928E8">
              <w:rPr>
                <w:rFonts w:cs="Arial"/>
                <w:sz w:val="20"/>
                <w:szCs w:val="20"/>
              </w:rPr>
              <w:t>dvou</w:t>
            </w:r>
            <w:proofErr w:type="spellEnd"/>
            <w:r w:rsidR="007878B5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7878B5" w:rsidRPr="001928E8">
              <w:rPr>
                <w:rFonts w:cs="Arial"/>
                <w:sz w:val="20"/>
                <w:szCs w:val="20"/>
              </w:rPr>
              <w:t>kurzů</w:t>
            </w:r>
            <w:proofErr w:type="spellEnd"/>
            <w:r w:rsidR="007878B5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7878B5" w:rsidRPr="001928E8">
              <w:rPr>
                <w:rFonts w:cs="Arial"/>
                <w:sz w:val="20"/>
                <w:szCs w:val="20"/>
              </w:rPr>
              <w:t>dohromady</w:t>
            </w:r>
            <w:proofErr w:type="spellEnd"/>
            <w:r w:rsidR="007878B5" w:rsidRPr="001928E8">
              <w:rPr>
                <w:rFonts w:cs="Arial"/>
                <w:sz w:val="20"/>
                <w:szCs w:val="20"/>
              </w:rPr>
              <w:t xml:space="preserve">. Pro </w:t>
            </w:r>
            <w:proofErr w:type="spellStart"/>
            <w:r w:rsidR="007878B5" w:rsidRPr="001928E8">
              <w:rPr>
                <w:rFonts w:cs="Arial"/>
                <w:sz w:val="20"/>
                <w:szCs w:val="20"/>
              </w:rPr>
              <w:t>příští</w:t>
            </w:r>
            <w:proofErr w:type="spellEnd"/>
            <w:r w:rsidR="007878B5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7878B5" w:rsidRPr="001928E8">
              <w:rPr>
                <w:rFonts w:cs="Arial"/>
                <w:sz w:val="20"/>
                <w:szCs w:val="20"/>
              </w:rPr>
              <w:t>školní</w:t>
            </w:r>
            <w:proofErr w:type="spellEnd"/>
            <w:r w:rsidR="007878B5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7878B5" w:rsidRPr="001928E8">
              <w:rPr>
                <w:rFonts w:cs="Arial"/>
                <w:sz w:val="20"/>
                <w:szCs w:val="20"/>
              </w:rPr>
              <w:t>rok</w:t>
            </w:r>
            <w:proofErr w:type="spellEnd"/>
            <w:r w:rsidR="007878B5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7878B5" w:rsidRPr="001928E8">
              <w:rPr>
                <w:rFonts w:cs="Arial"/>
                <w:sz w:val="20"/>
                <w:szCs w:val="20"/>
              </w:rPr>
              <w:t>oslovíme</w:t>
            </w:r>
            <w:proofErr w:type="spellEnd"/>
            <w:r w:rsidR="007878B5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7878B5" w:rsidRPr="001928E8">
              <w:rPr>
                <w:rFonts w:cs="Arial"/>
                <w:sz w:val="20"/>
                <w:szCs w:val="20"/>
              </w:rPr>
              <w:t>jiné</w:t>
            </w:r>
            <w:proofErr w:type="spellEnd"/>
            <w:r w:rsidR="007878B5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7878B5" w:rsidRPr="001928E8">
              <w:rPr>
                <w:rFonts w:cs="Arial"/>
                <w:sz w:val="20"/>
                <w:szCs w:val="20"/>
              </w:rPr>
              <w:t>lektory</w:t>
            </w:r>
            <w:proofErr w:type="spellEnd"/>
            <w:r w:rsidR="007878B5" w:rsidRPr="001928E8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="007878B5" w:rsidRPr="001928E8">
              <w:rPr>
                <w:rFonts w:cs="Arial"/>
                <w:sz w:val="20"/>
                <w:szCs w:val="20"/>
              </w:rPr>
              <w:t>vybereme</w:t>
            </w:r>
            <w:proofErr w:type="spellEnd"/>
            <w:r w:rsidR="007878B5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7878B5" w:rsidRPr="001928E8">
              <w:rPr>
                <w:rFonts w:cs="Arial"/>
                <w:sz w:val="20"/>
                <w:szCs w:val="20"/>
              </w:rPr>
              <w:t>jiný</w:t>
            </w:r>
            <w:proofErr w:type="spellEnd"/>
            <w:r w:rsidR="007878B5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7878B5" w:rsidRPr="001928E8">
              <w:rPr>
                <w:rFonts w:cs="Arial"/>
                <w:sz w:val="20"/>
                <w:szCs w:val="20"/>
              </w:rPr>
              <w:t>kroužek</w:t>
            </w:r>
            <w:proofErr w:type="spellEnd"/>
            <w:r w:rsidR="007878B5" w:rsidRPr="001928E8">
              <w:rPr>
                <w:rFonts w:cs="Arial"/>
                <w:sz w:val="20"/>
                <w:szCs w:val="20"/>
              </w:rPr>
              <w:t>.</w:t>
            </w:r>
          </w:p>
        </w:tc>
      </w:tr>
      <w:tr w:rsidR="009E3E8F" w:rsidRPr="001928E8" w14:paraId="3552AE50" w14:textId="77777777">
        <w:trPr>
          <w:cantSplit/>
        </w:trPr>
        <w:tc>
          <w:tcPr>
            <w:tcW w:w="1361" w:type="dxa"/>
            <w:vAlign w:val="center"/>
          </w:tcPr>
          <w:p w14:paraId="2269E92D" w14:textId="77777777" w:rsidR="009E3E8F" w:rsidRPr="001928E8" w:rsidRDefault="009E3E8F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>MŠ</w:t>
            </w:r>
          </w:p>
        </w:tc>
        <w:tc>
          <w:tcPr>
            <w:tcW w:w="3969" w:type="dxa"/>
            <w:vAlign w:val="center"/>
          </w:tcPr>
          <w:p w14:paraId="542331A6" w14:textId="77777777" w:rsidR="009E3E8F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Robotika</w:t>
            </w:r>
            <w:proofErr w:type="spellEnd"/>
          </w:p>
        </w:tc>
        <w:tc>
          <w:tcPr>
            <w:tcW w:w="1814" w:type="dxa"/>
            <w:vAlign w:val="center"/>
          </w:tcPr>
          <w:p w14:paraId="65348006" w14:textId="77777777" w:rsidR="009E3E8F" w:rsidRPr="001928E8" w:rsidRDefault="007878B5" w:rsidP="007878B5">
            <w:pPr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721" w:type="dxa"/>
            <w:gridSpan w:val="2"/>
            <w:vAlign w:val="center"/>
          </w:tcPr>
          <w:p w14:paraId="2A205467" w14:textId="77777777" w:rsidR="009E3E8F" w:rsidRPr="001928E8" w:rsidRDefault="007878B5">
            <w:pPr>
              <w:spacing w:after="0" w:line="252" w:lineRule="auto"/>
              <w:rPr>
                <w:rStyle w:val="Doplnit"/>
                <w:rFonts w:eastAsia="Arial" w:cs="Arial"/>
                <w:i w:val="0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Ukazuje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se,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že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děti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z MŠ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ještě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nemají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dostatek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soustředění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. V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příštím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školním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roce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budeme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tento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kroužek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realizovat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jen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v ZŠ</w:t>
            </w:r>
            <w:r w:rsidRPr="001928E8">
              <w:rPr>
                <w:rStyle w:val="Doplnit"/>
                <w:rFonts w:eastAsia="Arial" w:cs="Arial"/>
                <w:i w:val="0"/>
                <w:color w:val="auto"/>
                <w:sz w:val="20"/>
                <w:szCs w:val="20"/>
              </w:rPr>
              <w:t>.</w:t>
            </w:r>
          </w:p>
        </w:tc>
      </w:tr>
      <w:tr w:rsidR="009E3E8F" w:rsidRPr="001928E8" w14:paraId="01A282C0" w14:textId="77777777" w:rsidTr="007878B5">
        <w:trPr>
          <w:gridAfter w:val="1"/>
          <w:wAfter w:w="234" w:type="dxa"/>
          <w:cantSplit/>
        </w:trPr>
        <w:tc>
          <w:tcPr>
            <w:tcW w:w="1361" w:type="dxa"/>
            <w:vAlign w:val="center"/>
          </w:tcPr>
          <w:p w14:paraId="3FF6040F" w14:textId="77777777" w:rsidR="009E3E8F" w:rsidRPr="001928E8" w:rsidRDefault="009E3E8F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>MŠ</w:t>
            </w:r>
          </w:p>
        </w:tc>
        <w:tc>
          <w:tcPr>
            <w:tcW w:w="3969" w:type="dxa"/>
            <w:vAlign w:val="center"/>
          </w:tcPr>
          <w:p w14:paraId="5C069AD9" w14:textId="77777777" w:rsidR="009E3E8F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English club s Kathleen</w:t>
            </w:r>
          </w:p>
        </w:tc>
        <w:tc>
          <w:tcPr>
            <w:tcW w:w="1814" w:type="dxa"/>
            <w:vAlign w:val="center"/>
          </w:tcPr>
          <w:p w14:paraId="046F6A27" w14:textId="77777777" w:rsidR="009E3E8F" w:rsidRPr="001928E8" w:rsidRDefault="007878B5" w:rsidP="007878B5">
            <w:pPr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2487" w:type="dxa"/>
            <w:vAlign w:val="center"/>
          </w:tcPr>
          <w:p w14:paraId="4147FC30" w14:textId="77777777" w:rsidR="009E3E8F" w:rsidRPr="001928E8" w:rsidRDefault="007878B5" w:rsidP="007878B5">
            <w:pPr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O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angličtinu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je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tradičně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zájem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>.</w:t>
            </w:r>
          </w:p>
        </w:tc>
      </w:tr>
      <w:tr w:rsidR="009E3E8F" w:rsidRPr="001928E8" w14:paraId="0BDDD2A5" w14:textId="77777777" w:rsidTr="007878B5">
        <w:trPr>
          <w:gridAfter w:val="1"/>
          <w:wAfter w:w="234" w:type="dxa"/>
          <w:cantSplit/>
        </w:trPr>
        <w:tc>
          <w:tcPr>
            <w:tcW w:w="1361" w:type="dxa"/>
            <w:vAlign w:val="center"/>
          </w:tcPr>
          <w:p w14:paraId="527EB3E6" w14:textId="77777777" w:rsidR="009E3E8F" w:rsidRPr="001928E8" w:rsidRDefault="009E3E8F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>MŠ</w:t>
            </w:r>
          </w:p>
        </w:tc>
        <w:tc>
          <w:tcPr>
            <w:tcW w:w="3969" w:type="dxa"/>
            <w:vAlign w:val="center"/>
          </w:tcPr>
          <w:p w14:paraId="61C86894" w14:textId="77777777" w:rsidR="009E3E8F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atletika</w:t>
            </w:r>
            <w:proofErr w:type="spellEnd"/>
          </w:p>
        </w:tc>
        <w:tc>
          <w:tcPr>
            <w:tcW w:w="1814" w:type="dxa"/>
            <w:vAlign w:val="center"/>
          </w:tcPr>
          <w:p w14:paraId="6060DBE4" w14:textId="77777777" w:rsidR="009E3E8F" w:rsidRPr="001928E8" w:rsidRDefault="007878B5" w:rsidP="007878B5">
            <w:pPr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2487" w:type="dxa"/>
            <w:vAlign w:val="center"/>
          </w:tcPr>
          <w:p w14:paraId="7EE0A9C4" w14:textId="77777777" w:rsidR="009E3E8F" w:rsidRPr="001928E8" w:rsidRDefault="007878B5" w:rsidP="007878B5">
            <w:pPr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Děti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rády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sportují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v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tenisové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hale s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panem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učitelem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Honzou.</w:t>
            </w:r>
          </w:p>
        </w:tc>
      </w:tr>
      <w:tr w:rsidR="009E3E8F" w:rsidRPr="001928E8" w14:paraId="5F1DA907" w14:textId="77777777" w:rsidTr="007878B5">
        <w:trPr>
          <w:gridAfter w:val="1"/>
          <w:wAfter w:w="234" w:type="dxa"/>
          <w:cantSplit/>
        </w:trPr>
        <w:tc>
          <w:tcPr>
            <w:tcW w:w="1361" w:type="dxa"/>
            <w:vAlign w:val="center"/>
          </w:tcPr>
          <w:p w14:paraId="57E6C2F4" w14:textId="77777777" w:rsidR="009E3E8F" w:rsidRPr="001928E8" w:rsidRDefault="009E3E8F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>MŠ</w:t>
            </w:r>
          </w:p>
        </w:tc>
        <w:tc>
          <w:tcPr>
            <w:tcW w:w="3969" w:type="dxa"/>
            <w:vAlign w:val="center"/>
          </w:tcPr>
          <w:p w14:paraId="4AD201A0" w14:textId="77777777" w:rsidR="009E3E8F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Plavecký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kurz</w:t>
            </w:r>
            <w:proofErr w:type="spellEnd"/>
          </w:p>
        </w:tc>
        <w:tc>
          <w:tcPr>
            <w:tcW w:w="1814" w:type="dxa"/>
            <w:vAlign w:val="center"/>
          </w:tcPr>
          <w:p w14:paraId="7595420B" w14:textId="77777777" w:rsidR="009E3E8F" w:rsidRPr="001928E8" w:rsidRDefault="007878B5" w:rsidP="007878B5">
            <w:pPr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2487" w:type="dxa"/>
            <w:vAlign w:val="center"/>
          </w:tcPr>
          <w:p w14:paraId="7A13A7EA" w14:textId="77777777" w:rsidR="009E3E8F" w:rsidRPr="001928E8" w:rsidRDefault="007878B5" w:rsidP="007878B5">
            <w:pPr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Letos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byl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menší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zájem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, proto se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naše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MŠ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spojila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s MŠ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Babice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sdílí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s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autobusovou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dopravu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>.</w:t>
            </w:r>
          </w:p>
        </w:tc>
      </w:tr>
      <w:tr w:rsidR="009E3E8F" w:rsidRPr="001928E8" w14:paraId="052CCA52" w14:textId="77777777" w:rsidTr="007878B5">
        <w:trPr>
          <w:gridAfter w:val="1"/>
          <w:wAfter w:w="234" w:type="dxa"/>
          <w:cantSplit/>
        </w:trPr>
        <w:tc>
          <w:tcPr>
            <w:tcW w:w="1361" w:type="dxa"/>
            <w:vAlign w:val="center"/>
          </w:tcPr>
          <w:p w14:paraId="0FEA567A" w14:textId="77777777" w:rsidR="009E3E8F" w:rsidRPr="001928E8" w:rsidRDefault="009E3E8F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>MŠ a ZŠ</w:t>
            </w:r>
          </w:p>
        </w:tc>
        <w:tc>
          <w:tcPr>
            <w:tcW w:w="3969" w:type="dxa"/>
            <w:vAlign w:val="center"/>
          </w:tcPr>
          <w:p w14:paraId="2C042D22" w14:textId="77777777" w:rsidR="009E3E8F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Lyžařský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kurz</w:t>
            </w:r>
            <w:proofErr w:type="spellEnd"/>
          </w:p>
        </w:tc>
        <w:tc>
          <w:tcPr>
            <w:tcW w:w="1814" w:type="dxa"/>
            <w:vAlign w:val="center"/>
          </w:tcPr>
          <w:p w14:paraId="37444EA3" w14:textId="77777777" w:rsidR="009E3E8F" w:rsidRPr="001928E8" w:rsidRDefault="007878B5" w:rsidP="007878B5">
            <w:pPr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26</w:t>
            </w:r>
          </w:p>
        </w:tc>
        <w:tc>
          <w:tcPr>
            <w:tcW w:w="2487" w:type="dxa"/>
            <w:vAlign w:val="center"/>
          </w:tcPr>
          <w:p w14:paraId="5289A286" w14:textId="77777777" w:rsidR="009E3E8F" w:rsidRPr="001928E8" w:rsidRDefault="007878B5" w:rsidP="007878B5">
            <w:pPr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Tradičně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velký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zájem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>.</w:t>
            </w:r>
          </w:p>
        </w:tc>
      </w:tr>
      <w:tr w:rsidR="009E3E8F" w:rsidRPr="001928E8" w14:paraId="640F955A" w14:textId="77777777" w:rsidTr="007878B5">
        <w:trPr>
          <w:gridAfter w:val="1"/>
          <w:wAfter w:w="234" w:type="dxa"/>
          <w:cantSplit/>
        </w:trPr>
        <w:tc>
          <w:tcPr>
            <w:tcW w:w="1361" w:type="dxa"/>
            <w:vAlign w:val="center"/>
          </w:tcPr>
          <w:p w14:paraId="225A64E3" w14:textId="77777777" w:rsidR="009E3E8F" w:rsidRPr="001928E8" w:rsidRDefault="009E3E8F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>MŠ a ZŠ</w:t>
            </w:r>
          </w:p>
        </w:tc>
        <w:tc>
          <w:tcPr>
            <w:tcW w:w="3969" w:type="dxa"/>
            <w:vAlign w:val="center"/>
          </w:tcPr>
          <w:p w14:paraId="00DD1BAE" w14:textId="77777777" w:rsidR="009E3E8F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In line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bruslení</w:t>
            </w:r>
            <w:proofErr w:type="spellEnd"/>
          </w:p>
        </w:tc>
        <w:tc>
          <w:tcPr>
            <w:tcW w:w="1814" w:type="dxa"/>
            <w:vAlign w:val="center"/>
          </w:tcPr>
          <w:p w14:paraId="3D7B9311" w14:textId="77777777" w:rsidR="009E3E8F" w:rsidRPr="001928E8" w:rsidRDefault="007878B5" w:rsidP="007878B5">
            <w:pPr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2487" w:type="dxa"/>
            <w:vAlign w:val="center"/>
          </w:tcPr>
          <w:p w14:paraId="48C5B723" w14:textId="77777777" w:rsidR="009E3E8F" w:rsidRPr="001928E8" w:rsidRDefault="007878B5" w:rsidP="007878B5">
            <w:pPr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Tradičně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velký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zájem</w:t>
            </w:r>
            <w:proofErr w:type="spellEnd"/>
          </w:p>
        </w:tc>
      </w:tr>
      <w:tr w:rsidR="009E3E8F" w:rsidRPr="001928E8" w14:paraId="123E1D39" w14:textId="77777777" w:rsidTr="007878B5">
        <w:trPr>
          <w:gridAfter w:val="1"/>
          <w:wAfter w:w="234" w:type="dxa"/>
          <w:cantSplit/>
        </w:trPr>
        <w:tc>
          <w:tcPr>
            <w:tcW w:w="1361" w:type="dxa"/>
            <w:vAlign w:val="center"/>
          </w:tcPr>
          <w:p w14:paraId="44E17D27" w14:textId="77777777" w:rsidR="009E3E8F" w:rsidRPr="001928E8" w:rsidRDefault="009E3E8F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>ZŠ</w:t>
            </w:r>
          </w:p>
        </w:tc>
        <w:tc>
          <w:tcPr>
            <w:tcW w:w="3969" w:type="dxa"/>
            <w:vAlign w:val="center"/>
          </w:tcPr>
          <w:p w14:paraId="198B2ABF" w14:textId="77777777" w:rsidR="009E3E8F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Robotika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programování</w:t>
            </w:r>
            <w:proofErr w:type="spellEnd"/>
          </w:p>
        </w:tc>
        <w:tc>
          <w:tcPr>
            <w:tcW w:w="1814" w:type="dxa"/>
            <w:vAlign w:val="center"/>
          </w:tcPr>
          <w:p w14:paraId="0AF3923E" w14:textId="77777777" w:rsidR="009E3E8F" w:rsidRPr="001928E8" w:rsidRDefault="007878B5" w:rsidP="007878B5">
            <w:pPr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2487" w:type="dxa"/>
            <w:vAlign w:val="center"/>
          </w:tcPr>
          <w:p w14:paraId="3D3E187C" w14:textId="77777777" w:rsidR="009E3E8F" w:rsidRPr="001928E8" w:rsidRDefault="007878B5" w:rsidP="007878B5">
            <w:pPr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Velký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zájem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z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řad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žáků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ZŠ.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Skupina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je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rozdělena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do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dvou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úrovní</w:t>
            </w:r>
            <w:proofErr w:type="spellEnd"/>
          </w:p>
        </w:tc>
      </w:tr>
      <w:tr w:rsidR="009E3E8F" w:rsidRPr="001928E8" w14:paraId="7B39D218" w14:textId="77777777">
        <w:trPr>
          <w:cantSplit/>
        </w:trPr>
        <w:tc>
          <w:tcPr>
            <w:tcW w:w="1361" w:type="dxa"/>
            <w:vAlign w:val="center"/>
          </w:tcPr>
          <w:p w14:paraId="73F3D4D1" w14:textId="77777777" w:rsidR="009E3E8F" w:rsidRPr="001928E8" w:rsidRDefault="009E3E8F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>ZŠ</w:t>
            </w:r>
          </w:p>
        </w:tc>
        <w:tc>
          <w:tcPr>
            <w:tcW w:w="3969" w:type="dxa"/>
            <w:vAlign w:val="center"/>
          </w:tcPr>
          <w:p w14:paraId="6C385035" w14:textId="77777777" w:rsidR="009E3E8F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atletika</w:t>
            </w:r>
            <w:proofErr w:type="spellEnd"/>
          </w:p>
        </w:tc>
        <w:tc>
          <w:tcPr>
            <w:tcW w:w="1814" w:type="dxa"/>
            <w:vAlign w:val="center"/>
          </w:tcPr>
          <w:p w14:paraId="4769EBE0" w14:textId="77777777" w:rsidR="009E3E8F" w:rsidRPr="001928E8" w:rsidRDefault="007878B5" w:rsidP="007878B5">
            <w:pPr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2721" w:type="dxa"/>
            <w:gridSpan w:val="2"/>
            <w:vAlign w:val="center"/>
          </w:tcPr>
          <w:p w14:paraId="458ADC7F" w14:textId="77777777" w:rsidR="009E3E8F" w:rsidRPr="001928E8" w:rsidRDefault="007878B5" w:rsidP="007878B5">
            <w:pPr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Velký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zájem</w:t>
            </w:r>
            <w:proofErr w:type="spellEnd"/>
          </w:p>
        </w:tc>
      </w:tr>
      <w:tr w:rsidR="004F2747" w:rsidRPr="001928E8" w14:paraId="5E9A5765" w14:textId="77777777">
        <w:trPr>
          <w:cantSplit/>
        </w:trPr>
        <w:tc>
          <w:tcPr>
            <w:tcW w:w="1361" w:type="dxa"/>
            <w:shd w:val="clear" w:color="auto" w:fill="F3F6F8"/>
            <w:vAlign w:val="center"/>
          </w:tcPr>
          <w:p w14:paraId="743DDA60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>ZŠ</w:t>
            </w:r>
          </w:p>
        </w:tc>
        <w:tc>
          <w:tcPr>
            <w:tcW w:w="3969" w:type="dxa"/>
            <w:shd w:val="clear" w:color="auto" w:fill="F3F6F8"/>
            <w:vAlign w:val="center"/>
          </w:tcPr>
          <w:p w14:paraId="03EF983A" w14:textId="77777777" w:rsidR="004F2747" w:rsidRPr="001928E8" w:rsidRDefault="009E3E8F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English club</w:t>
            </w:r>
            <w:r w:rsidR="007878B5" w:rsidRPr="001928E8">
              <w:rPr>
                <w:rFonts w:cs="Arial"/>
                <w:sz w:val="20"/>
                <w:szCs w:val="20"/>
              </w:rPr>
              <w:t xml:space="preserve"> s Kathleen</w:t>
            </w:r>
          </w:p>
        </w:tc>
        <w:tc>
          <w:tcPr>
            <w:tcW w:w="1814" w:type="dxa"/>
            <w:shd w:val="clear" w:color="auto" w:fill="F3F6F8"/>
            <w:vAlign w:val="center"/>
          </w:tcPr>
          <w:p w14:paraId="19AFAC95" w14:textId="77777777" w:rsidR="004F2747" w:rsidRPr="001928E8" w:rsidRDefault="007878B5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2721" w:type="dxa"/>
            <w:gridSpan w:val="2"/>
            <w:shd w:val="clear" w:color="auto" w:fill="F3F6F8"/>
            <w:vAlign w:val="center"/>
          </w:tcPr>
          <w:p w14:paraId="037C9CDC" w14:textId="77777777" w:rsidR="004F2747" w:rsidRPr="001928E8" w:rsidRDefault="007878B5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Žáci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jsou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rozděleni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do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dvou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kurzů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podle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úrovně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angličtiny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>.</w:t>
            </w:r>
          </w:p>
        </w:tc>
      </w:tr>
    </w:tbl>
    <w:p w14:paraId="6217B5BA" w14:textId="77777777" w:rsidR="004F2747" w:rsidRPr="001928E8" w:rsidRDefault="004F2747">
      <w:pPr>
        <w:spacing w:after="20"/>
        <w:rPr>
          <w:rFonts w:cs="Arial"/>
          <w:sz w:val="20"/>
          <w:szCs w:val="20"/>
        </w:rPr>
      </w:pPr>
    </w:p>
    <w:p w14:paraId="42A379F6" w14:textId="77777777" w:rsidR="004F2747" w:rsidRPr="001928E8" w:rsidRDefault="006C6DC5" w:rsidP="006C6DC5">
      <w:pPr>
        <w:pStyle w:val="Nadpis2"/>
        <w:rPr>
          <w:rFonts w:ascii="Arial" w:hAnsi="Arial" w:cs="Arial"/>
          <w:sz w:val="20"/>
          <w:szCs w:val="20"/>
        </w:rPr>
      </w:pPr>
      <w:r w:rsidRPr="001928E8">
        <w:rPr>
          <w:rFonts w:ascii="Arial" w:hAnsi="Arial" w:cs="Arial"/>
          <w:sz w:val="20"/>
          <w:szCs w:val="20"/>
        </w:rPr>
        <w:t xml:space="preserve">9.3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Prezentace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školy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komunikace</w:t>
      </w:r>
      <w:proofErr w:type="spellEnd"/>
    </w:p>
    <w:p w14:paraId="148AA098" w14:textId="77777777" w:rsidR="000F6FB2" w:rsidRPr="001928E8" w:rsidRDefault="000F6FB2" w:rsidP="000F6FB2">
      <w:pPr>
        <w:rPr>
          <w:rFonts w:cs="Arial"/>
          <w:sz w:val="20"/>
          <w:szCs w:val="20"/>
        </w:rPr>
      </w:pPr>
      <w:hyperlink r:id="rId11" w:history="1">
        <w:r w:rsidRPr="001928E8">
          <w:rPr>
            <w:rStyle w:val="Hypertextovodkaz"/>
            <w:rFonts w:cs="Arial"/>
            <w:sz w:val="20"/>
            <w:szCs w:val="20"/>
          </w:rPr>
          <w:t>www.nemoricany.cz</w:t>
        </w:r>
      </w:hyperlink>
    </w:p>
    <w:p w14:paraId="253FB2F9" w14:textId="77777777" w:rsidR="000F6FB2" w:rsidRPr="001928E8" w:rsidRDefault="000F6FB2" w:rsidP="000F6FB2">
      <w:pPr>
        <w:rPr>
          <w:rFonts w:cs="Arial"/>
          <w:sz w:val="20"/>
          <w:szCs w:val="20"/>
        </w:rPr>
      </w:pPr>
      <w:r w:rsidRPr="001928E8">
        <w:rPr>
          <w:rFonts w:cs="Arial"/>
          <w:sz w:val="20"/>
          <w:szCs w:val="20"/>
        </w:rPr>
        <w:t xml:space="preserve">Instagram a FB </w:t>
      </w:r>
      <w:proofErr w:type="spellStart"/>
      <w:r w:rsidRPr="001928E8">
        <w:rPr>
          <w:rFonts w:cs="Arial"/>
          <w:sz w:val="20"/>
          <w:szCs w:val="20"/>
        </w:rPr>
        <w:t>nemoricany</w:t>
      </w:r>
      <w:proofErr w:type="spellEnd"/>
    </w:p>
    <w:p w14:paraId="17C1C670" w14:textId="77777777" w:rsidR="000F6FB2" w:rsidRPr="001928E8" w:rsidRDefault="006A1FF0" w:rsidP="000F6FB2">
      <w:pPr>
        <w:rPr>
          <w:rFonts w:cs="Arial"/>
          <w:sz w:val="20"/>
          <w:szCs w:val="20"/>
        </w:rPr>
      </w:pPr>
      <w:proofErr w:type="spellStart"/>
      <w:r w:rsidRPr="001928E8">
        <w:rPr>
          <w:rFonts w:cs="Arial"/>
          <w:sz w:val="20"/>
          <w:szCs w:val="20"/>
        </w:rPr>
        <w:t>Měsíčník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Říčanský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Kurýr</w:t>
      </w:r>
      <w:proofErr w:type="spellEnd"/>
    </w:p>
    <w:p w14:paraId="7FE67134" w14:textId="77777777" w:rsidR="006A1FF0" w:rsidRPr="001928E8" w:rsidRDefault="006A1FF0" w:rsidP="000F6FB2">
      <w:pPr>
        <w:rPr>
          <w:rFonts w:cs="Arial"/>
          <w:sz w:val="20"/>
          <w:szCs w:val="20"/>
        </w:rPr>
      </w:pPr>
      <w:proofErr w:type="spellStart"/>
      <w:r w:rsidRPr="001928E8">
        <w:rPr>
          <w:rFonts w:cs="Arial"/>
          <w:sz w:val="20"/>
          <w:szCs w:val="20"/>
        </w:rPr>
        <w:t>Kommunikace</w:t>
      </w:r>
      <w:proofErr w:type="spellEnd"/>
      <w:r w:rsidRPr="001928E8">
        <w:rPr>
          <w:rFonts w:cs="Arial"/>
          <w:sz w:val="20"/>
          <w:szCs w:val="20"/>
        </w:rPr>
        <w:t xml:space="preserve"> s </w:t>
      </w:r>
      <w:proofErr w:type="spellStart"/>
      <w:r w:rsidRPr="001928E8">
        <w:rPr>
          <w:rFonts w:cs="Arial"/>
          <w:sz w:val="20"/>
          <w:szCs w:val="20"/>
        </w:rPr>
        <w:t>rodiči</w:t>
      </w:r>
      <w:proofErr w:type="spellEnd"/>
      <w:r w:rsidRPr="001928E8">
        <w:rPr>
          <w:rFonts w:cs="Arial"/>
          <w:sz w:val="20"/>
          <w:szCs w:val="20"/>
        </w:rPr>
        <w:t xml:space="preserve"> je </w:t>
      </w:r>
      <w:proofErr w:type="spellStart"/>
      <w:r w:rsidRPr="001928E8">
        <w:rPr>
          <w:rFonts w:cs="Arial"/>
          <w:sz w:val="20"/>
          <w:szCs w:val="20"/>
        </w:rPr>
        <w:t>zajištěna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přes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školní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aplikaci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Edupage</w:t>
      </w:r>
      <w:proofErr w:type="spellEnd"/>
    </w:p>
    <w:p w14:paraId="4691D2C6" w14:textId="77777777" w:rsidR="006A1FF0" w:rsidRPr="001928E8" w:rsidRDefault="006A1FF0" w:rsidP="000F6FB2">
      <w:pPr>
        <w:rPr>
          <w:rFonts w:cs="Arial"/>
          <w:sz w:val="20"/>
          <w:szCs w:val="20"/>
        </w:rPr>
      </w:pPr>
      <w:proofErr w:type="spellStart"/>
      <w:r w:rsidRPr="001928E8">
        <w:rPr>
          <w:rFonts w:cs="Arial"/>
          <w:sz w:val="20"/>
          <w:szCs w:val="20"/>
        </w:rPr>
        <w:t>Vystupujeme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pravidelně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na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Vánoce</w:t>
      </w:r>
      <w:proofErr w:type="spellEnd"/>
      <w:r w:rsidRPr="001928E8">
        <w:rPr>
          <w:rFonts w:cs="Arial"/>
          <w:sz w:val="20"/>
          <w:szCs w:val="20"/>
        </w:rPr>
        <w:t xml:space="preserve"> v </w:t>
      </w:r>
      <w:proofErr w:type="spellStart"/>
      <w:r w:rsidRPr="001928E8">
        <w:rPr>
          <w:rFonts w:cs="Arial"/>
          <w:sz w:val="20"/>
          <w:szCs w:val="20"/>
        </w:rPr>
        <w:t>Husově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evangelickém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kostele</w:t>
      </w:r>
      <w:proofErr w:type="spellEnd"/>
    </w:p>
    <w:p w14:paraId="634FCB92" w14:textId="77777777" w:rsidR="006A1FF0" w:rsidRPr="001928E8" w:rsidRDefault="006A1FF0" w:rsidP="000F6FB2">
      <w:pPr>
        <w:rPr>
          <w:rFonts w:cs="Arial"/>
          <w:sz w:val="20"/>
          <w:szCs w:val="20"/>
        </w:rPr>
      </w:pPr>
      <w:r w:rsidRPr="001928E8">
        <w:rPr>
          <w:rFonts w:cs="Arial"/>
          <w:sz w:val="20"/>
          <w:szCs w:val="20"/>
        </w:rPr>
        <w:t xml:space="preserve">V </w:t>
      </w:r>
      <w:proofErr w:type="spellStart"/>
      <w:r w:rsidRPr="001928E8">
        <w:rPr>
          <w:rFonts w:cs="Arial"/>
          <w:sz w:val="20"/>
          <w:szCs w:val="20"/>
        </w:rPr>
        <w:t>Říčanech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při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nejrůznějších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slavnostech</w:t>
      </w:r>
      <w:proofErr w:type="spellEnd"/>
    </w:p>
    <w:p w14:paraId="0741917C" w14:textId="77777777" w:rsidR="006A1FF0" w:rsidRPr="001928E8" w:rsidRDefault="006A1FF0" w:rsidP="000F6FB2">
      <w:pPr>
        <w:rPr>
          <w:rFonts w:cs="Arial"/>
          <w:sz w:val="20"/>
          <w:szCs w:val="20"/>
        </w:rPr>
      </w:pPr>
      <w:proofErr w:type="spellStart"/>
      <w:r w:rsidRPr="001928E8">
        <w:rPr>
          <w:rFonts w:cs="Arial"/>
          <w:sz w:val="20"/>
          <w:szCs w:val="20"/>
        </w:rPr>
        <w:t>Spolupracujeme</w:t>
      </w:r>
      <w:proofErr w:type="spellEnd"/>
      <w:r w:rsidRPr="001928E8">
        <w:rPr>
          <w:rFonts w:cs="Arial"/>
          <w:sz w:val="20"/>
          <w:szCs w:val="20"/>
        </w:rPr>
        <w:t xml:space="preserve"> s </w:t>
      </w:r>
      <w:proofErr w:type="spellStart"/>
      <w:r w:rsidRPr="001928E8">
        <w:rPr>
          <w:rFonts w:cs="Arial"/>
          <w:sz w:val="20"/>
          <w:szCs w:val="20"/>
        </w:rPr>
        <w:t>domovem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důchodců</w:t>
      </w:r>
      <w:proofErr w:type="spellEnd"/>
      <w:r w:rsidRPr="001928E8">
        <w:rPr>
          <w:rFonts w:cs="Arial"/>
          <w:sz w:val="20"/>
          <w:szCs w:val="20"/>
        </w:rPr>
        <w:t xml:space="preserve"> Na </w:t>
      </w:r>
      <w:proofErr w:type="spellStart"/>
      <w:r w:rsidRPr="001928E8">
        <w:rPr>
          <w:rFonts w:cs="Arial"/>
          <w:sz w:val="20"/>
          <w:szCs w:val="20"/>
        </w:rPr>
        <w:t>Kavčí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skále</w:t>
      </w:r>
      <w:proofErr w:type="spellEnd"/>
    </w:p>
    <w:p w14:paraId="7976F5AB" w14:textId="77777777" w:rsidR="004F2747" w:rsidRPr="001928E8" w:rsidRDefault="006C6DC5" w:rsidP="006C6DC5">
      <w:pPr>
        <w:pStyle w:val="Nadpis2"/>
        <w:rPr>
          <w:rFonts w:ascii="Arial" w:hAnsi="Arial" w:cs="Arial"/>
          <w:sz w:val="20"/>
          <w:szCs w:val="20"/>
        </w:rPr>
      </w:pPr>
      <w:r w:rsidRPr="001928E8">
        <w:rPr>
          <w:rFonts w:ascii="Arial" w:hAnsi="Arial" w:cs="Arial"/>
          <w:sz w:val="20"/>
          <w:szCs w:val="20"/>
        </w:rPr>
        <w:lastRenderedPageBreak/>
        <w:t xml:space="preserve">9.4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Provoz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v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době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školních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prázdnin</w:t>
      </w:r>
      <w:proofErr w:type="spellEnd"/>
    </w:p>
    <w:p w14:paraId="63BBA717" w14:textId="77777777" w:rsidR="004F2747" w:rsidRPr="001928E8" w:rsidRDefault="001C2BF4">
      <w:pPr>
        <w:rPr>
          <w:rFonts w:cs="Arial"/>
          <w:sz w:val="20"/>
          <w:szCs w:val="20"/>
        </w:rPr>
      </w:pPr>
      <w:proofErr w:type="spellStart"/>
      <w:r w:rsidRPr="001928E8">
        <w:rPr>
          <w:rFonts w:cs="Arial"/>
          <w:sz w:val="20"/>
          <w:szCs w:val="20"/>
        </w:rPr>
        <w:t>Prázdninový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provoz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byl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r w:rsidR="00761698" w:rsidRPr="001928E8">
        <w:rPr>
          <w:rFonts w:cs="Arial"/>
          <w:sz w:val="20"/>
          <w:szCs w:val="20"/>
        </w:rPr>
        <w:t xml:space="preserve">v </w:t>
      </w:r>
      <w:proofErr w:type="spellStart"/>
      <w:r w:rsidR="00761698" w:rsidRPr="001928E8">
        <w:rPr>
          <w:rFonts w:cs="Arial"/>
          <w:sz w:val="20"/>
          <w:szCs w:val="20"/>
        </w:rPr>
        <w:t>období</w:t>
      </w:r>
      <w:proofErr w:type="spellEnd"/>
      <w:r w:rsidR="00761698" w:rsidRPr="001928E8">
        <w:rPr>
          <w:rFonts w:cs="Arial"/>
          <w:sz w:val="20"/>
          <w:szCs w:val="20"/>
        </w:rPr>
        <w:t xml:space="preserve"> </w:t>
      </w:r>
      <w:proofErr w:type="spellStart"/>
      <w:r w:rsidR="00761698" w:rsidRPr="001928E8">
        <w:rPr>
          <w:rFonts w:cs="Arial"/>
          <w:sz w:val="20"/>
          <w:szCs w:val="20"/>
        </w:rPr>
        <w:t>července</w:t>
      </w:r>
      <w:proofErr w:type="spellEnd"/>
      <w:r w:rsidR="00761698" w:rsidRPr="001928E8">
        <w:rPr>
          <w:rFonts w:cs="Arial"/>
          <w:sz w:val="20"/>
          <w:szCs w:val="20"/>
        </w:rPr>
        <w:t xml:space="preserve"> v </w:t>
      </w:r>
      <w:proofErr w:type="spellStart"/>
      <w:r w:rsidR="00761698" w:rsidRPr="001928E8">
        <w:rPr>
          <w:rFonts w:cs="Arial"/>
          <w:sz w:val="20"/>
          <w:szCs w:val="20"/>
        </w:rPr>
        <w:t>podobě</w:t>
      </w:r>
      <w:proofErr w:type="spellEnd"/>
      <w:r w:rsidR="00761698" w:rsidRPr="001928E8">
        <w:rPr>
          <w:rFonts w:cs="Arial"/>
          <w:sz w:val="20"/>
          <w:szCs w:val="20"/>
        </w:rPr>
        <w:t xml:space="preserve"> </w:t>
      </w:r>
      <w:proofErr w:type="spellStart"/>
      <w:r w:rsidR="00761698" w:rsidRPr="001928E8">
        <w:rPr>
          <w:rFonts w:cs="Arial"/>
          <w:sz w:val="20"/>
          <w:szCs w:val="20"/>
        </w:rPr>
        <w:t>příměstských</w:t>
      </w:r>
      <w:proofErr w:type="spellEnd"/>
      <w:r w:rsidR="00761698" w:rsidRPr="001928E8">
        <w:rPr>
          <w:rFonts w:cs="Arial"/>
          <w:sz w:val="20"/>
          <w:szCs w:val="20"/>
        </w:rPr>
        <w:t xml:space="preserve"> </w:t>
      </w:r>
      <w:proofErr w:type="spellStart"/>
      <w:r w:rsidR="00761698" w:rsidRPr="001928E8">
        <w:rPr>
          <w:rFonts w:cs="Arial"/>
          <w:sz w:val="20"/>
          <w:szCs w:val="20"/>
        </w:rPr>
        <w:t>táborů</w:t>
      </w:r>
      <w:proofErr w:type="spellEnd"/>
      <w:r w:rsidR="00761698" w:rsidRPr="001928E8">
        <w:rPr>
          <w:rFonts w:cs="Arial"/>
          <w:sz w:val="20"/>
          <w:szCs w:val="20"/>
        </w:rPr>
        <w:t>:</w:t>
      </w:r>
    </w:p>
    <w:p w14:paraId="310614DE" w14:textId="77777777" w:rsidR="00761698" w:rsidRPr="001928E8" w:rsidRDefault="00761698">
      <w:pPr>
        <w:rPr>
          <w:rFonts w:cs="Arial"/>
          <w:sz w:val="20"/>
          <w:szCs w:val="20"/>
        </w:rPr>
      </w:pPr>
      <w:r w:rsidRPr="001928E8">
        <w:rPr>
          <w:rFonts w:cs="Arial"/>
          <w:sz w:val="20"/>
          <w:szCs w:val="20"/>
        </w:rPr>
        <w:t xml:space="preserve">6.7.-10.7. </w:t>
      </w:r>
      <w:proofErr w:type="spellStart"/>
      <w:r w:rsidRPr="001928E8">
        <w:rPr>
          <w:rFonts w:cs="Arial"/>
          <w:sz w:val="20"/>
          <w:szCs w:val="20"/>
        </w:rPr>
        <w:t>Vodníci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na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Rokytce</w:t>
      </w:r>
      <w:proofErr w:type="spellEnd"/>
      <w:r w:rsidRPr="001928E8">
        <w:rPr>
          <w:rFonts w:cs="Arial"/>
          <w:sz w:val="20"/>
          <w:szCs w:val="20"/>
        </w:rPr>
        <w:t xml:space="preserve">, </w:t>
      </w:r>
      <w:proofErr w:type="spellStart"/>
      <w:r w:rsidRPr="001928E8">
        <w:rPr>
          <w:rFonts w:cs="Arial"/>
          <w:sz w:val="20"/>
          <w:szCs w:val="20"/>
        </w:rPr>
        <w:t>počet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účastníků</w:t>
      </w:r>
      <w:proofErr w:type="spellEnd"/>
      <w:r w:rsidRPr="001928E8">
        <w:rPr>
          <w:rFonts w:cs="Arial"/>
          <w:sz w:val="20"/>
          <w:szCs w:val="20"/>
        </w:rPr>
        <w:t xml:space="preserve"> 15</w:t>
      </w:r>
    </w:p>
    <w:p w14:paraId="515B579F" w14:textId="77777777" w:rsidR="00761698" w:rsidRPr="001928E8" w:rsidRDefault="00761698">
      <w:pPr>
        <w:rPr>
          <w:rFonts w:cs="Arial"/>
          <w:sz w:val="20"/>
          <w:szCs w:val="20"/>
        </w:rPr>
      </w:pPr>
      <w:r w:rsidRPr="001928E8">
        <w:rPr>
          <w:rFonts w:cs="Arial"/>
          <w:sz w:val="20"/>
          <w:szCs w:val="20"/>
        </w:rPr>
        <w:t xml:space="preserve">13.7.-17.7. Cesta </w:t>
      </w:r>
      <w:proofErr w:type="spellStart"/>
      <w:r w:rsidRPr="001928E8">
        <w:rPr>
          <w:rFonts w:cs="Arial"/>
          <w:sz w:val="20"/>
          <w:szCs w:val="20"/>
        </w:rPr>
        <w:t>kolem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světa</w:t>
      </w:r>
      <w:proofErr w:type="spellEnd"/>
      <w:r w:rsidRPr="001928E8">
        <w:rPr>
          <w:rFonts w:cs="Arial"/>
          <w:sz w:val="20"/>
          <w:szCs w:val="20"/>
        </w:rPr>
        <w:t xml:space="preserve"> za 5 </w:t>
      </w:r>
      <w:proofErr w:type="spellStart"/>
      <w:r w:rsidRPr="001928E8">
        <w:rPr>
          <w:rFonts w:cs="Arial"/>
          <w:sz w:val="20"/>
          <w:szCs w:val="20"/>
        </w:rPr>
        <w:t>dní</w:t>
      </w:r>
      <w:proofErr w:type="spellEnd"/>
      <w:r w:rsidRPr="001928E8">
        <w:rPr>
          <w:rFonts w:cs="Arial"/>
          <w:sz w:val="20"/>
          <w:szCs w:val="20"/>
        </w:rPr>
        <w:t xml:space="preserve">, </w:t>
      </w:r>
      <w:proofErr w:type="spellStart"/>
      <w:r w:rsidRPr="001928E8">
        <w:rPr>
          <w:rFonts w:cs="Arial"/>
          <w:sz w:val="20"/>
          <w:szCs w:val="20"/>
        </w:rPr>
        <w:t>počat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účastníků</w:t>
      </w:r>
      <w:proofErr w:type="spellEnd"/>
      <w:r w:rsidRPr="001928E8">
        <w:rPr>
          <w:rFonts w:cs="Arial"/>
          <w:sz w:val="20"/>
          <w:szCs w:val="20"/>
        </w:rPr>
        <w:t xml:space="preserve"> 20</w:t>
      </w:r>
    </w:p>
    <w:p w14:paraId="383D59D6" w14:textId="77777777" w:rsidR="00761698" w:rsidRPr="001928E8" w:rsidRDefault="00761698">
      <w:pPr>
        <w:rPr>
          <w:rFonts w:cs="Arial"/>
          <w:sz w:val="20"/>
          <w:szCs w:val="20"/>
        </w:rPr>
      </w:pPr>
      <w:r w:rsidRPr="001928E8">
        <w:rPr>
          <w:rFonts w:cs="Arial"/>
          <w:sz w:val="20"/>
          <w:szCs w:val="20"/>
        </w:rPr>
        <w:t xml:space="preserve">20.7.-24.7. </w:t>
      </w:r>
      <w:proofErr w:type="spellStart"/>
      <w:r w:rsidRPr="001928E8">
        <w:rPr>
          <w:rFonts w:cs="Arial"/>
          <w:sz w:val="20"/>
          <w:szCs w:val="20"/>
        </w:rPr>
        <w:t>Lesní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hrdinové</w:t>
      </w:r>
      <w:proofErr w:type="spellEnd"/>
      <w:r w:rsidRPr="001928E8">
        <w:rPr>
          <w:rFonts w:cs="Arial"/>
          <w:sz w:val="20"/>
          <w:szCs w:val="20"/>
        </w:rPr>
        <w:t xml:space="preserve">, </w:t>
      </w:r>
      <w:proofErr w:type="spellStart"/>
      <w:r w:rsidRPr="001928E8">
        <w:rPr>
          <w:rFonts w:cs="Arial"/>
          <w:sz w:val="20"/>
          <w:szCs w:val="20"/>
        </w:rPr>
        <w:t>počet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účastníků</w:t>
      </w:r>
      <w:proofErr w:type="spellEnd"/>
      <w:r w:rsidRPr="001928E8">
        <w:rPr>
          <w:rFonts w:cs="Arial"/>
          <w:sz w:val="20"/>
          <w:szCs w:val="20"/>
        </w:rPr>
        <w:t xml:space="preserve"> 16</w:t>
      </w:r>
    </w:p>
    <w:p w14:paraId="24AC2FE0" w14:textId="77777777" w:rsidR="00761698" w:rsidRPr="001928E8" w:rsidRDefault="00761698">
      <w:pPr>
        <w:rPr>
          <w:rFonts w:cs="Arial"/>
          <w:sz w:val="20"/>
          <w:szCs w:val="20"/>
        </w:rPr>
      </w:pPr>
      <w:r w:rsidRPr="001928E8">
        <w:rPr>
          <w:rFonts w:cs="Arial"/>
          <w:sz w:val="20"/>
          <w:szCs w:val="20"/>
        </w:rPr>
        <w:t xml:space="preserve">V </w:t>
      </w:r>
      <w:proofErr w:type="spellStart"/>
      <w:r w:rsidRPr="001928E8">
        <w:rPr>
          <w:rFonts w:cs="Arial"/>
          <w:sz w:val="20"/>
          <w:szCs w:val="20"/>
        </w:rPr>
        <w:t>ostatních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dnech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procházela</w:t>
      </w:r>
      <w:proofErr w:type="spellEnd"/>
      <w:r w:rsidRPr="001928E8">
        <w:rPr>
          <w:rFonts w:cs="Arial"/>
          <w:sz w:val="20"/>
          <w:szCs w:val="20"/>
        </w:rPr>
        <w:t xml:space="preserve"> MŠ a ZŠ </w:t>
      </w:r>
      <w:proofErr w:type="spellStart"/>
      <w:r w:rsidRPr="001928E8">
        <w:rPr>
          <w:rFonts w:cs="Arial"/>
          <w:sz w:val="20"/>
          <w:szCs w:val="20"/>
        </w:rPr>
        <w:t>rekonstrukcí</w:t>
      </w:r>
      <w:proofErr w:type="spellEnd"/>
      <w:r w:rsidRPr="001928E8">
        <w:rPr>
          <w:rFonts w:cs="Arial"/>
          <w:sz w:val="20"/>
          <w:szCs w:val="20"/>
        </w:rPr>
        <w:t xml:space="preserve">. </w:t>
      </w:r>
      <w:proofErr w:type="spellStart"/>
      <w:r w:rsidRPr="001928E8">
        <w:rPr>
          <w:rFonts w:cs="Arial"/>
          <w:sz w:val="20"/>
          <w:szCs w:val="20"/>
        </w:rPr>
        <w:t>Došlo</w:t>
      </w:r>
      <w:proofErr w:type="spellEnd"/>
      <w:r w:rsidRPr="001928E8">
        <w:rPr>
          <w:rFonts w:cs="Arial"/>
          <w:sz w:val="20"/>
          <w:szCs w:val="20"/>
        </w:rPr>
        <w:t xml:space="preserve"> k </w:t>
      </w:r>
      <w:proofErr w:type="spellStart"/>
      <w:r w:rsidRPr="001928E8">
        <w:rPr>
          <w:rFonts w:cs="Arial"/>
          <w:sz w:val="20"/>
          <w:szCs w:val="20"/>
        </w:rPr>
        <w:t>výměně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některých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záchodů</w:t>
      </w:r>
      <w:proofErr w:type="spellEnd"/>
      <w:r w:rsidRPr="001928E8">
        <w:rPr>
          <w:rFonts w:cs="Arial"/>
          <w:sz w:val="20"/>
          <w:szCs w:val="20"/>
        </w:rPr>
        <w:t xml:space="preserve"> a </w:t>
      </w:r>
      <w:proofErr w:type="spellStart"/>
      <w:r w:rsidRPr="001928E8">
        <w:rPr>
          <w:rFonts w:cs="Arial"/>
          <w:sz w:val="20"/>
          <w:szCs w:val="20"/>
        </w:rPr>
        <w:t>umyvadel</w:t>
      </w:r>
      <w:proofErr w:type="spellEnd"/>
      <w:r w:rsidRPr="001928E8">
        <w:rPr>
          <w:rFonts w:cs="Arial"/>
          <w:sz w:val="20"/>
          <w:szCs w:val="20"/>
        </w:rPr>
        <w:t xml:space="preserve">, k </w:t>
      </w:r>
      <w:proofErr w:type="spellStart"/>
      <w:r w:rsidRPr="001928E8">
        <w:rPr>
          <w:rFonts w:cs="Arial"/>
          <w:sz w:val="20"/>
          <w:szCs w:val="20"/>
        </w:rPr>
        <w:t>výměně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všech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krytek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uzávěrů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vody</w:t>
      </w:r>
      <w:proofErr w:type="spellEnd"/>
      <w:r w:rsidRPr="001928E8">
        <w:rPr>
          <w:rFonts w:cs="Arial"/>
          <w:sz w:val="20"/>
          <w:szCs w:val="20"/>
        </w:rPr>
        <w:t xml:space="preserve">, </w:t>
      </w:r>
      <w:proofErr w:type="spellStart"/>
      <w:r w:rsidRPr="001928E8">
        <w:rPr>
          <w:rFonts w:cs="Arial"/>
          <w:sz w:val="20"/>
          <w:szCs w:val="20"/>
        </w:rPr>
        <w:t>zkontrolování</w:t>
      </w:r>
      <w:proofErr w:type="spellEnd"/>
      <w:r w:rsidRPr="001928E8">
        <w:rPr>
          <w:rFonts w:cs="Arial"/>
          <w:sz w:val="20"/>
          <w:szCs w:val="20"/>
        </w:rPr>
        <w:t xml:space="preserve"> a </w:t>
      </w:r>
      <w:proofErr w:type="spellStart"/>
      <w:r w:rsidRPr="001928E8">
        <w:rPr>
          <w:rFonts w:cs="Arial"/>
          <w:sz w:val="20"/>
          <w:szCs w:val="20"/>
        </w:rPr>
        <w:t>případná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výměna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všech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odpadů</w:t>
      </w:r>
      <w:proofErr w:type="spellEnd"/>
      <w:r w:rsidRPr="001928E8">
        <w:rPr>
          <w:rFonts w:cs="Arial"/>
          <w:sz w:val="20"/>
          <w:szCs w:val="20"/>
        </w:rPr>
        <w:t xml:space="preserve">. </w:t>
      </w:r>
      <w:proofErr w:type="spellStart"/>
      <w:r w:rsidRPr="001928E8">
        <w:rPr>
          <w:rFonts w:cs="Arial"/>
          <w:sz w:val="20"/>
          <w:szCs w:val="20"/>
        </w:rPr>
        <w:t>Vymalování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všech</w:t>
      </w:r>
      <w:proofErr w:type="spellEnd"/>
      <w:r w:rsidRPr="001928E8">
        <w:rPr>
          <w:rFonts w:cs="Arial"/>
          <w:sz w:val="20"/>
          <w:szCs w:val="20"/>
        </w:rPr>
        <w:t xml:space="preserve"> proctor v ZŠ a </w:t>
      </w:r>
      <w:proofErr w:type="spellStart"/>
      <w:r w:rsidRPr="001928E8">
        <w:rPr>
          <w:rFonts w:cs="Arial"/>
          <w:sz w:val="20"/>
          <w:szCs w:val="20"/>
        </w:rPr>
        <w:t>chodeb</w:t>
      </w:r>
      <w:proofErr w:type="spellEnd"/>
      <w:r w:rsidRPr="001928E8">
        <w:rPr>
          <w:rFonts w:cs="Arial"/>
          <w:sz w:val="20"/>
          <w:szCs w:val="20"/>
        </w:rPr>
        <w:t xml:space="preserve"> v MŠ. V MŠ </w:t>
      </w:r>
      <w:proofErr w:type="spellStart"/>
      <w:r w:rsidRPr="001928E8">
        <w:rPr>
          <w:rFonts w:cs="Arial"/>
          <w:sz w:val="20"/>
          <w:szCs w:val="20"/>
        </w:rPr>
        <w:t>proběhla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rekonstrukce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celé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umývárny</w:t>
      </w:r>
      <w:proofErr w:type="spellEnd"/>
      <w:r w:rsidRPr="001928E8">
        <w:rPr>
          <w:rFonts w:cs="Arial"/>
          <w:sz w:val="20"/>
          <w:szCs w:val="20"/>
        </w:rPr>
        <w:t xml:space="preserve"> pro </w:t>
      </w:r>
      <w:proofErr w:type="spellStart"/>
      <w:r w:rsidRPr="001928E8">
        <w:rPr>
          <w:rFonts w:cs="Arial"/>
          <w:sz w:val="20"/>
          <w:szCs w:val="20"/>
        </w:rPr>
        <w:t>děti</w:t>
      </w:r>
      <w:proofErr w:type="spellEnd"/>
      <w:r w:rsidRPr="001928E8">
        <w:rPr>
          <w:rFonts w:cs="Arial"/>
          <w:sz w:val="20"/>
          <w:szCs w:val="20"/>
        </w:rPr>
        <w:t>.</w:t>
      </w:r>
    </w:p>
    <w:p w14:paraId="7CB562A3" w14:textId="77777777" w:rsidR="00761698" w:rsidRPr="001928E8" w:rsidRDefault="00761698">
      <w:pPr>
        <w:rPr>
          <w:rFonts w:cs="Arial"/>
          <w:sz w:val="20"/>
          <w:szCs w:val="20"/>
        </w:rPr>
      </w:pPr>
      <w:r w:rsidRPr="001928E8">
        <w:rPr>
          <w:rFonts w:cs="Arial"/>
          <w:sz w:val="20"/>
          <w:szCs w:val="20"/>
        </w:rPr>
        <w:t xml:space="preserve">V ZŠ </w:t>
      </w:r>
      <w:proofErr w:type="spellStart"/>
      <w:r w:rsidRPr="001928E8">
        <w:rPr>
          <w:rFonts w:cs="Arial"/>
          <w:sz w:val="20"/>
          <w:szCs w:val="20"/>
        </w:rPr>
        <w:t>byly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vyměněny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poškozené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podsedáky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na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židlích</w:t>
      </w:r>
      <w:proofErr w:type="spellEnd"/>
      <w:r w:rsidRPr="001928E8">
        <w:rPr>
          <w:rFonts w:cs="Arial"/>
          <w:sz w:val="20"/>
          <w:szCs w:val="20"/>
        </w:rPr>
        <w:t xml:space="preserve"> (22) a </w:t>
      </w:r>
      <w:proofErr w:type="spellStart"/>
      <w:r w:rsidRPr="001928E8">
        <w:rPr>
          <w:rFonts w:cs="Arial"/>
          <w:sz w:val="20"/>
          <w:szCs w:val="20"/>
        </w:rPr>
        <w:t>byl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doplněn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nábytek</w:t>
      </w:r>
      <w:proofErr w:type="spellEnd"/>
      <w:r w:rsidRPr="001928E8">
        <w:rPr>
          <w:rFonts w:cs="Arial"/>
          <w:sz w:val="20"/>
          <w:szCs w:val="20"/>
        </w:rPr>
        <w:t>.</w:t>
      </w:r>
    </w:p>
    <w:p w14:paraId="5596053E" w14:textId="77777777" w:rsidR="00761698" w:rsidRPr="001928E8" w:rsidRDefault="00761698">
      <w:pPr>
        <w:rPr>
          <w:rFonts w:cs="Arial"/>
          <w:sz w:val="20"/>
          <w:szCs w:val="20"/>
        </w:rPr>
      </w:pPr>
      <w:r w:rsidRPr="001928E8">
        <w:rPr>
          <w:rFonts w:cs="Arial"/>
          <w:sz w:val="20"/>
          <w:szCs w:val="20"/>
        </w:rPr>
        <w:t xml:space="preserve">MŠ a ZŠ </w:t>
      </w:r>
      <w:proofErr w:type="spellStart"/>
      <w:r w:rsidRPr="001928E8">
        <w:rPr>
          <w:rFonts w:cs="Arial"/>
          <w:sz w:val="20"/>
          <w:szCs w:val="20"/>
        </w:rPr>
        <w:t>byla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zabezpečena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alarmem</w:t>
      </w:r>
      <w:proofErr w:type="spellEnd"/>
      <w:r w:rsidRPr="001928E8">
        <w:rPr>
          <w:rFonts w:cs="Arial"/>
          <w:sz w:val="20"/>
          <w:szCs w:val="20"/>
        </w:rPr>
        <w:t xml:space="preserve">, </w:t>
      </w:r>
      <w:proofErr w:type="spellStart"/>
      <w:r w:rsidRPr="001928E8">
        <w:rPr>
          <w:rFonts w:cs="Arial"/>
          <w:sz w:val="20"/>
          <w:szCs w:val="20"/>
        </w:rPr>
        <w:t>každý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zaměstnanec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má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nyní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svůj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bezpečnostní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kód</w:t>
      </w:r>
      <w:proofErr w:type="spellEnd"/>
      <w:r w:rsidRPr="001928E8">
        <w:rPr>
          <w:rFonts w:cs="Arial"/>
          <w:sz w:val="20"/>
          <w:szCs w:val="20"/>
        </w:rPr>
        <w:t xml:space="preserve">. </w:t>
      </w:r>
      <w:proofErr w:type="spellStart"/>
      <w:r w:rsidRPr="001928E8">
        <w:rPr>
          <w:rFonts w:cs="Arial"/>
          <w:sz w:val="20"/>
          <w:szCs w:val="20"/>
        </w:rPr>
        <w:t>Všichni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zaměstnanci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byli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poučeni</w:t>
      </w:r>
      <w:proofErr w:type="spellEnd"/>
      <w:r w:rsidRPr="001928E8">
        <w:rPr>
          <w:rFonts w:cs="Arial"/>
          <w:sz w:val="20"/>
          <w:szCs w:val="20"/>
        </w:rPr>
        <w:t xml:space="preserve"> o </w:t>
      </w:r>
      <w:proofErr w:type="spellStart"/>
      <w:r w:rsidRPr="001928E8">
        <w:rPr>
          <w:rFonts w:cs="Arial"/>
          <w:sz w:val="20"/>
          <w:szCs w:val="20"/>
        </w:rPr>
        <w:t>režimu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kódování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budovy</w:t>
      </w:r>
      <w:proofErr w:type="spellEnd"/>
      <w:r w:rsidRPr="001928E8">
        <w:rPr>
          <w:rFonts w:cs="Arial"/>
          <w:sz w:val="20"/>
          <w:szCs w:val="20"/>
        </w:rPr>
        <w:t>.</w:t>
      </w:r>
    </w:p>
    <w:p w14:paraId="77540971" w14:textId="77777777" w:rsidR="004F2747" w:rsidRPr="00542FD1" w:rsidRDefault="00542FD1" w:rsidP="00542FD1">
      <w:pPr>
        <w:pStyle w:val="Nadpis1"/>
      </w:pPr>
      <w:r>
        <w:t xml:space="preserve">10. </w:t>
      </w:r>
      <w:proofErr w:type="spellStart"/>
      <w:r w:rsidR="00B25EFB" w:rsidRPr="00542FD1">
        <w:t>Výsledky</w:t>
      </w:r>
      <w:proofErr w:type="spellEnd"/>
      <w:r w:rsidR="00B25EFB" w:rsidRPr="00542FD1">
        <w:t xml:space="preserve"> </w:t>
      </w:r>
      <w:proofErr w:type="spellStart"/>
      <w:r w:rsidR="00B25EFB" w:rsidRPr="00542FD1">
        <w:t>inspekční</w:t>
      </w:r>
      <w:proofErr w:type="spellEnd"/>
      <w:r w:rsidR="00B25EFB" w:rsidRPr="00542FD1">
        <w:t xml:space="preserve"> </w:t>
      </w:r>
      <w:proofErr w:type="spellStart"/>
      <w:r w:rsidR="00B25EFB" w:rsidRPr="00542FD1">
        <w:t>činnosti</w:t>
      </w:r>
      <w:proofErr w:type="spellEnd"/>
      <w:r w:rsidR="00B25EFB" w:rsidRPr="00542FD1">
        <w:t xml:space="preserve"> </w:t>
      </w:r>
      <w:proofErr w:type="spellStart"/>
      <w:r w:rsidR="00B25EFB" w:rsidRPr="00542FD1">
        <w:t>České</w:t>
      </w:r>
      <w:proofErr w:type="spellEnd"/>
      <w:r w:rsidR="00B25EFB" w:rsidRPr="00542FD1">
        <w:t xml:space="preserve"> </w:t>
      </w:r>
      <w:proofErr w:type="spellStart"/>
      <w:r w:rsidR="00B25EFB" w:rsidRPr="00542FD1">
        <w:t>školní</w:t>
      </w:r>
      <w:proofErr w:type="spellEnd"/>
      <w:r w:rsidR="00B25EFB" w:rsidRPr="00542FD1">
        <w:t xml:space="preserve"> </w:t>
      </w:r>
      <w:proofErr w:type="spellStart"/>
      <w:r w:rsidR="00B25EFB" w:rsidRPr="00542FD1">
        <w:t>inspekce</w:t>
      </w:r>
      <w:proofErr w:type="spellEnd"/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4706"/>
        <w:gridCol w:w="5159"/>
      </w:tblGrid>
      <w:tr w:rsidR="004F2747" w:rsidRPr="001928E8" w14:paraId="4E126493" w14:textId="77777777">
        <w:trPr>
          <w:cantSplit/>
          <w:tblHeader/>
        </w:trPr>
        <w:tc>
          <w:tcPr>
            <w:tcW w:w="4706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DFB1FCC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Údaj</w:t>
            </w:r>
            <w:proofErr w:type="spellEnd"/>
          </w:p>
        </w:tc>
        <w:tc>
          <w:tcPr>
            <w:tcW w:w="5159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5FFB6BD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Hodnota</w:t>
            </w:r>
            <w:proofErr w:type="spellEnd"/>
          </w:p>
        </w:tc>
      </w:tr>
      <w:tr w:rsidR="004F2747" w:rsidRPr="001928E8" w14:paraId="09F9B6AB" w14:textId="77777777">
        <w:trPr>
          <w:cantSplit/>
        </w:trPr>
        <w:tc>
          <w:tcPr>
            <w:tcW w:w="4706" w:type="dxa"/>
            <w:vAlign w:val="center"/>
          </w:tcPr>
          <w:p w14:paraId="32A9352B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Proběhla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ve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školním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roce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2025/2026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inspekční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činnost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ČŠI?</w:t>
            </w:r>
          </w:p>
        </w:tc>
        <w:tc>
          <w:tcPr>
            <w:tcW w:w="5159" w:type="dxa"/>
            <w:vAlign w:val="center"/>
          </w:tcPr>
          <w:p w14:paraId="20697D54" w14:textId="77777777" w:rsidR="004F2747" w:rsidRPr="001928E8" w:rsidRDefault="00783864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Ne</w:t>
            </w:r>
          </w:p>
        </w:tc>
      </w:tr>
      <w:tr w:rsidR="00783864" w:rsidRPr="001928E8" w14:paraId="2CD98480" w14:textId="77777777">
        <w:trPr>
          <w:cantSplit/>
        </w:trPr>
        <w:tc>
          <w:tcPr>
            <w:tcW w:w="4706" w:type="dxa"/>
            <w:vAlign w:val="center"/>
          </w:tcPr>
          <w:p w14:paraId="4BE1659C" w14:textId="77777777" w:rsidR="00783864" w:rsidRPr="001928E8" w:rsidRDefault="00783864">
            <w:pPr>
              <w:spacing w:after="0" w:line="252" w:lineRule="auto"/>
              <w:rPr>
                <w:rFonts w:eastAsia="Arial"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Minulá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kontrola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proběhla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17.-21.3.2023</w:t>
            </w:r>
          </w:p>
        </w:tc>
        <w:tc>
          <w:tcPr>
            <w:tcW w:w="5159" w:type="dxa"/>
            <w:vAlign w:val="center"/>
          </w:tcPr>
          <w:p w14:paraId="2103E0F3" w14:textId="77777777" w:rsidR="00783864" w:rsidRPr="001928E8" w:rsidRDefault="00783864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Protokol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ostatní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zprávy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jsou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dostupné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stránkách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ČŚI pod RED IZO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naší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školy</w:t>
            </w:r>
            <w:proofErr w:type="spellEnd"/>
          </w:p>
        </w:tc>
      </w:tr>
      <w:tr w:rsidR="004F2747" w:rsidRPr="001928E8" w14:paraId="7B92AA9E" w14:textId="77777777">
        <w:trPr>
          <w:cantSplit/>
        </w:trPr>
        <w:tc>
          <w:tcPr>
            <w:tcW w:w="4706" w:type="dxa"/>
            <w:shd w:val="clear" w:color="auto" w:fill="F3F6F8"/>
            <w:vAlign w:val="center"/>
          </w:tcPr>
          <w:p w14:paraId="2FBCDB26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Termín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a č. j.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inspekční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zprávy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>/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protokolu</w:t>
            </w:r>
            <w:proofErr w:type="spellEnd"/>
          </w:p>
        </w:tc>
        <w:tc>
          <w:tcPr>
            <w:tcW w:w="5159" w:type="dxa"/>
            <w:shd w:val="clear" w:color="auto" w:fill="F3F6F8"/>
            <w:vAlign w:val="center"/>
          </w:tcPr>
          <w:p w14:paraId="7B300091" w14:textId="77777777" w:rsidR="004F2747" w:rsidRPr="001928E8" w:rsidRDefault="00783864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Čj.ČŚIS-708/23-S</w:t>
            </w:r>
          </w:p>
        </w:tc>
      </w:tr>
      <w:tr w:rsidR="004F2747" w:rsidRPr="001928E8" w14:paraId="065D61A6" w14:textId="77777777">
        <w:trPr>
          <w:cantSplit/>
        </w:trPr>
        <w:tc>
          <w:tcPr>
            <w:tcW w:w="4706" w:type="dxa"/>
            <w:vAlign w:val="center"/>
          </w:tcPr>
          <w:p w14:paraId="44A857A0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Předmět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inspekční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činnosti</w:t>
            </w:r>
            <w:proofErr w:type="spellEnd"/>
          </w:p>
        </w:tc>
        <w:tc>
          <w:tcPr>
            <w:tcW w:w="5159" w:type="dxa"/>
            <w:vAlign w:val="center"/>
          </w:tcPr>
          <w:p w14:paraId="09366214" w14:textId="77777777" w:rsidR="004F2747" w:rsidRPr="001928E8" w:rsidRDefault="00783864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Kontrola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činnosti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MŠ a ZŠ NEMO</w:t>
            </w:r>
          </w:p>
        </w:tc>
      </w:tr>
      <w:tr w:rsidR="004F2747" w:rsidRPr="001928E8" w14:paraId="039D51E6" w14:textId="77777777">
        <w:trPr>
          <w:cantSplit/>
        </w:trPr>
        <w:tc>
          <w:tcPr>
            <w:tcW w:w="4706" w:type="dxa"/>
            <w:shd w:val="clear" w:color="auto" w:fill="F3F6F8"/>
            <w:vAlign w:val="center"/>
          </w:tcPr>
          <w:p w14:paraId="4777E29D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Silné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stránky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pozitivní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zjištění</w:t>
            </w:r>
            <w:proofErr w:type="spellEnd"/>
          </w:p>
        </w:tc>
        <w:tc>
          <w:tcPr>
            <w:tcW w:w="5159" w:type="dxa"/>
            <w:shd w:val="clear" w:color="auto" w:fill="F3F6F8"/>
            <w:vAlign w:val="center"/>
          </w:tcPr>
          <w:p w14:paraId="5D3D7B8C" w14:textId="77777777" w:rsidR="004F2747" w:rsidRPr="001928E8" w:rsidRDefault="00783864" w:rsidP="00783864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Otevřenost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k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rodičovské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veřejnosti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pozitivní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dopad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kvalitu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vzdělávání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. MŠ a ZŠ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výborně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spolupracuje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při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přípravě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přechod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mezi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MŠ a ZŠ,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což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přispívá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k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prevenci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školní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neúspěšnosti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.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Kladně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byla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hodnocena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I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práce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poradenského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zařízení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funkčnost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primární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prevence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>.</w:t>
            </w:r>
          </w:p>
          <w:p w14:paraId="1AB993E3" w14:textId="77777777" w:rsidR="00783864" w:rsidRPr="001928E8" w:rsidRDefault="00783864" w:rsidP="00783864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Výsledky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testování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žáků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v ČJ, M a AJ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jsou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dlouhodobě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v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porovnání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s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ostatními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školami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v ČR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vysoké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úrovni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>.</w:t>
            </w:r>
          </w:p>
          <w:p w14:paraId="5C6B1FC3" w14:textId="77777777" w:rsidR="00783864" w:rsidRPr="001928E8" w:rsidRDefault="00783864" w:rsidP="00783864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Příkladná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je </w:t>
            </w:r>
            <w:proofErr w:type="spellStart"/>
            <w:r w:rsidR="00E02486" w:rsidRPr="001928E8">
              <w:rPr>
                <w:rFonts w:cs="Arial"/>
                <w:sz w:val="20"/>
                <w:szCs w:val="20"/>
              </w:rPr>
              <w:t>podpora</w:t>
            </w:r>
            <w:proofErr w:type="spellEnd"/>
            <w:r w:rsidR="00E02486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E02486" w:rsidRPr="001928E8">
              <w:rPr>
                <w:rFonts w:cs="Arial"/>
                <w:sz w:val="20"/>
                <w:szCs w:val="20"/>
              </w:rPr>
              <w:t>osobnostních</w:t>
            </w:r>
            <w:proofErr w:type="spellEnd"/>
            <w:r w:rsidR="00E02486" w:rsidRPr="001928E8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="00E02486" w:rsidRPr="001928E8">
              <w:rPr>
                <w:rFonts w:cs="Arial"/>
                <w:sz w:val="20"/>
                <w:szCs w:val="20"/>
              </w:rPr>
              <w:t>sociálních</w:t>
            </w:r>
            <w:proofErr w:type="spellEnd"/>
            <w:r w:rsidR="00E02486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E02486" w:rsidRPr="001928E8">
              <w:rPr>
                <w:rFonts w:cs="Arial"/>
                <w:sz w:val="20"/>
                <w:szCs w:val="20"/>
              </w:rPr>
              <w:t>dovednostní</w:t>
            </w:r>
            <w:proofErr w:type="spellEnd"/>
            <w:r w:rsidR="00E02486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E02486" w:rsidRPr="001928E8">
              <w:rPr>
                <w:rFonts w:cs="Arial"/>
                <w:sz w:val="20"/>
                <w:szCs w:val="20"/>
              </w:rPr>
              <w:t>dětí</w:t>
            </w:r>
            <w:proofErr w:type="spellEnd"/>
            <w:r w:rsidR="00E02486" w:rsidRPr="001928E8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="00E02486" w:rsidRPr="001928E8">
              <w:rPr>
                <w:rFonts w:cs="Arial"/>
                <w:sz w:val="20"/>
                <w:szCs w:val="20"/>
              </w:rPr>
              <w:t>žáků</w:t>
            </w:r>
            <w:proofErr w:type="spellEnd"/>
            <w:r w:rsidR="00E02486" w:rsidRPr="001928E8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="00E02486" w:rsidRPr="001928E8">
              <w:rPr>
                <w:rFonts w:cs="Arial"/>
                <w:sz w:val="20"/>
                <w:szCs w:val="20"/>
              </w:rPr>
              <w:t>účastníků</w:t>
            </w:r>
            <w:proofErr w:type="spellEnd"/>
            <w:r w:rsidR="00E02486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E02486" w:rsidRPr="001928E8">
              <w:rPr>
                <w:rFonts w:cs="Arial"/>
                <w:sz w:val="20"/>
                <w:szCs w:val="20"/>
              </w:rPr>
              <w:t>vzdělávání</w:t>
            </w:r>
            <w:proofErr w:type="spellEnd"/>
            <w:r w:rsidR="00E02486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E02486" w:rsidRPr="001928E8">
              <w:rPr>
                <w:rFonts w:cs="Arial"/>
                <w:sz w:val="20"/>
                <w:szCs w:val="20"/>
              </w:rPr>
              <w:t>při</w:t>
            </w:r>
            <w:proofErr w:type="spellEnd"/>
            <w:r w:rsidR="00E02486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E02486" w:rsidRPr="001928E8">
              <w:rPr>
                <w:rFonts w:cs="Arial"/>
                <w:sz w:val="20"/>
                <w:szCs w:val="20"/>
              </w:rPr>
              <w:t>všech</w:t>
            </w:r>
            <w:proofErr w:type="spellEnd"/>
            <w:r w:rsidR="00E02486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E02486" w:rsidRPr="001928E8">
              <w:rPr>
                <w:rFonts w:cs="Arial"/>
                <w:sz w:val="20"/>
                <w:szCs w:val="20"/>
              </w:rPr>
              <w:t>realizovaných</w:t>
            </w:r>
            <w:proofErr w:type="spellEnd"/>
            <w:r w:rsidR="00E02486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E02486" w:rsidRPr="001928E8">
              <w:rPr>
                <w:rFonts w:cs="Arial"/>
                <w:sz w:val="20"/>
                <w:szCs w:val="20"/>
              </w:rPr>
              <w:t>formách</w:t>
            </w:r>
            <w:proofErr w:type="spellEnd"/>
            <w:r w:rsidR="00E02486"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E02486" w:rsidRPr="001928E8">
              <w:rPr>
                <w:rFonts w:cs="Arial"/>
                <w:sz w:val="20"/>
                <w:szCs w:val="20"/>
              </w:rPr>
              <w:t>vzdělávání</w:t>
            </w:r>
            <w:proofErr w:type="spellEnd"/>
            <w:r w:rsidR="00E02486" w:rsidRPr="001928E8">
              <w:rPr>
                <w:rFonts w:cs="Arial"/>
                <w:sz w:val="20"/>
                <w:szCs w:val="20"/>
              </w:rPr>
              <w:t>.</w:t>
            </w:r>
          </w:p>
          <w:p w14:paraId="14AE73CE" w14:textId="77777777" w:rsidR="00E02486" w:rsidRPr="001928E8" w:rsidRDefault="00E02486" w:rsidP="00783864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Efektivní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pro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další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vzdělávání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dětí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v MŠ je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jejich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seznamování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s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anglickým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jazykem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konverzace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s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rodilým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mluvčím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>.</w:t>
            </w:r>
          </w:p>
        </w:tc>
      </w:tr>
      <w:tr w:rsidR="004F2747" w:rsidRPr="001928E8" w14:paraId="6C737616" w14:textId="77777777">
        <w:trPr>
          <w:cantSplit/>
        </w:trPr>
        <w:tc>
          <w:tcPr>
            <w:tcW w:w="4706" w:type="dxa"/>
            <w:vAlign w:val="center"/>
          </w:tcPr>
          <w:p w14:paraId="455B908A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Nedostatky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nebo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doporučení</w:t>
            </w:r>
            <w:proofErr w:type="spellEnd"/>
          </w:p>
        </w:tc>
        <w:tc>
          <w:tcPr>
            <w:tcW w:w="5159" w:type="dxa"/>
            <w:vAlign w:val="center"/>
          </w:tcPr>
          <w:p w14:paraId="64C4C982" w14:textId="77777777" w:rsidR="004F2747" w:rsidRPr="001928E8" w:rsidRDefault="00E02486" w:rsidP="00E0248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Zvýšit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využívání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alternativních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zdrojů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informací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pro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žáky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>.</w:t>
            </w:r>
          </w:p>
        </w:tc>
      </w:tr>
      <w:tr w:rsidR="004F2747" w:rsidRPr="001928E8" w14:paraId="6C4B71C4" w14:textId="77777777">
        <w:trPr>
          <w:cantSplit/>
        </w:trPr>
        <w:tc>
          <w:tcPr>
            <w:tcW w:w="4706" w:type="dxa"/>
            <w:shd w:val="clear" w:color="auto" w:fill="F3F6F8"/>
            <w:vAlign w:val="center"/>
          </w:tcPr>
          <w:p w14:paraId="24861F7B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Přijatá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opatření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jejich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stav</w:t>
            </w:r>
            <w:proofErr w:type="spellEnd"/>
          </w:p>
        </w:tc>
        <w:tc>
          <w:tcPr>
            <w:tcW w:w="5159" w:type="dxa"/>
            <w:shd w:val="clear" w:color="auto" w:fill="F3F6F8"/>
            <w:vAlign w:val="center"/>
          </w:tcPr>
          <w:p w14:paraId="48728454" w14:textId="77777777" w:rsidR="004F2747" w:rsidRPr="001928E8" w:rsidRDefault="00E0248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Žáci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mají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nyní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možnost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třídách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vyhledávat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informace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nejen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v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knihách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, ale I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PC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pomocí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ověřených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platforem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>.</w:t>
            </w:r>
          </w:p>
        </w:tc>
      </w:tr>
    </w:tbl>
    <w:p w14:paraId="25585195" w14:textId="77777777" w:rsidR="004F2747" w:rsidRPr="001928E8" w:rsidRDefault="004F2747">
      <w:pPr>
        <w:spacing w:after="20"/>
        <w:rPr>
          <w:rFonts w:cs="Arial"/>
          <w:sz w:val="20"/>
          <w:szCs w:val="20"/>
        </w:rPr>
      </w:pPr>
    </w:p>
    <w:p w14:paraId="483E91D4" w14:textId="77777777" w:rsidR="004F2747" w:rsidRPr="001928E8" w:rsidRDefault="00542FD1" w:rsidP="00542FD1">
      <w:pPr>
        <w:pStyle w:val="Nadpis2"/>
        <w:rPr>
          <w:rFonts w:ascii="Arial" w:hAnsi="Arial" w:cs="Arial"/>
          <w:sz w:val="20"/>
          <w:szCs w:val="20"/>
        </w:rPr>
      </w:pPr>
      <w:r w:rsidRPr="001928E8">
        <w:rPr>
          <w:rFonts w:ascii="Arial" w:hAnsi="Arial" w:cs="Arial"/>
          <w:sz w:val="20"/>
          <w:szCs w:val="20"/>
        </w:rPr>
        <w:t xml:space="preserve">10.1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Další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kontroly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revize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volitelné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>)</w:t>
      </w:r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1361"/>
        <w:gridCol w:w="3118"/>
        <w:gridCol w:w="3005"/>
      </w:tblGrid>
      <w:tr w:rsidR="004F2747" w:rsidRPr="001928E8" w14:paraId="04F3AA17" w14:textId="77777777">
        <w:trPr>
          <w:cantSplit/>
          <w:tblHeader/>
        </w:trPr>
        <w:tc>
          <w:tcPr>
            <w:tcW w:w="238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36D3D8C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Orgán</w:t>
            </w:r>
            <w:proofErr w:type="spellEnd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/ </w:t>
            </w: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kontrola</w:t>
            </w:r>
            <w:proofErr w:type="spellEnd"/>
          </w:p>
        </w:tc>
        <w:tc>
          <w:tcPr>
            <w:tcW w:w="136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0DEDAEF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Datum</w:t>
            </w:r>
          </w:p>
        </w:tc>
        <w:tc>
          <w:tcPr>
            <w:tcW w:w="3118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81C9B4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Výsledek</w:t>
            </w:r>
            <w:proofErr w:type="spellEnd"/>
          </w:p>
        </w:tc>
        <w:tc>
          <w:tcPr>
            <w:tcW w:w="300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E23F826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Opatření</w:t>
            </w:r>
            <w:proofErr w:type="spellEnd"/>
          </w:p>
        </w:tc>
      </w:tr>
      <w:tr w:rsidR="004F2747" w:rsidRPr="001928E8" w14:paraId="509DDA87" w14:textId="77777777">
        <w:trPr>
          <w:cantSplit/>
        </w:trPr>
        <w:tc>
          <w:tcPr>
            <w:tcW w:w="2381" w:type="dxa"/>
            <w:vAlign w:val="center"/>
          </w:tcPr>
          <w:p w14:paraId="12D0F77F" w14:textId="464721A9" w:rsidR="004F2747" w:rsidRPr="001928E8" w:rsidRDefault="00240C6D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BOMESPOL</w:t>
            </w:r>
          </w:p>
        </w:tc>
        <w:tc>
          <w:tcPr>
            <w:tcW w:w="1361" w:type="dxa"/>
            <w:vAlign w:val="center"/>
          </w:tcPr>
          <w:p w14:paraId="75B36D05" w14:textId="1B740D7D" w:rsidR="004F2747" w:rsidRPr="001928E8" w:rsidRDefault="00240C6D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27.1.2026</w:t>
            </w:r>
          </w:p>
        </w:tc>
        <w:tc>
          <w:tcPr>
            <w:tcW w:w="3118" w:type="dxa"/>
            <w:vAlign w:val="center"/>
          </w:tcPr>
          <w:p w14:paraId="7F6A4742" w14:textId="72F250C1" w:rsidR="004F2747" w:rsidRPr="001928E8" w:rsidRDefault="00240C6D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Kontrola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hasících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přístrojů</w:t>
            </w:r>
            <w:proofErr w:type="spellEnd"/>
          </w:p>
        </w:tc>
        <w:tc>
          <w:tcPr>
            <w:tcW w:w="3005" w:type="dxa"/>
            <w:vAlign w:val="center"/>
          </w:tcPr>
          <w:p w14:paraId="2B3CA54A" w14:textId="4827D810" w:rsidR="004F2747" w:rsidRPr="001928E8" w:rsidRDefault="00240C6D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Výměna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2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nevyhovujících</w:t>
            </w:r>
            <w:proofErr w:type="spellEnd"/>
          </w:p>
        </w:tc>
      </w:tr>
      <w:tr w:rsidR="004F2747" w:rsidRPr="001928E8" w14:paraId="2FAEB242" w14:textId="77777777">
        <w:trPr>
          <w:cantSplit/>
        </w:trPr>
        <w:tc>
          <w:tcPr>
            <w:tcW w:w="2381" w:type="dxa"/>
            <w:shd w:val="clear" w:color="auto" w:fill="F3F6F8"/>
            <w:vAlign w:val="center"/>
          </w:tcPr>
          <w:p w14:paraId="52D5544B" w14:textId="00131A0E" w:rsidR="004F2747" w:rsidRPr="001928E8" w:rsidRDefault="00240C6D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SPORT SERVIS</w:t>
            </w:r>
          </w:p>
        </w:tc>
        <w:tc>
          <w:tcPr>
            <w:tcW w:w="1361" w:type="dxa"/>
            <w:shd w:val="clear" w:color="auto" w:fill="F3F6F8"/>
            <w:vAlign w:val="center"/>
          </w:tcPr>
          <w:p w14:paraId="5D0FA69F" w14:textId="7516457B" w:rsidR="004F2747" w:rsidRPr="001928E8" w:rsidRDefault="00240C6D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21.1.2026</w:t>
            </w:r>
          </w:p>
        </w:tc>
        <w:tc>
          <w:tcPr>
            <w:tcW w:w="3118" w:type="dxa"/>
            <w:shd w:val="clear" w:color="auto" w:fill="F3F6F8"/>
            <w:vAlign w:val="center"/>
          </w:tcPr>
          <w:p w14:paraId="3C7818C0" w14:textId="77EEF5EC" w:rsidR="004F2747" w:rsidRPr="001928E8" w:rsidRDefault="00240C6D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Kontrola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herních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prvků</w:t>
            </w:r>
            <w:proofErr w:type="spellEnd"/>
          </w:p>
        </w:tc>
        <w:tc>
          <w:tcPr>
            <w:tcW w:w="3005" w:type="dxa"/>
            <w:shd w:val="clear" w:color="auto" w:fill="F3F6F8"/>
            <w:vAlign w:val="center"/>
          </w:tcPr>
          <w:p w14:paraId="665A424F" w14:textId="64AA0664" w:rsidR="004F2747" w:rsidRPr="001928E8" w:rsidRDefault="00240C6D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Opravy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na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školní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zahradě</w:t>
            </w:r>
            <w:proofErr w:type="spellEnd"/>
          </w:p>
        </w:tc>
      </w:tr>
    </w:tbl>
    <w:p w14:paraId="5BF9547C" w14:textId="77777777" w:rsidR="004F2747" w:rsidRPr="001928E8" w:rsidRDefault="004F2747">
      <w:pPr>
        <w:spacing w:after="20"/>
        <w:rPr>
          <w:rFonts w:cs="Arial"/>
          <w:sz w:val="20"/>
          <w:szCs w:val="20"/>
        </w:rPr>
      </w:pPr>
    </w:p>
    <w:p w14:paraId="072AEFF8" w14:textId="77777777" w:rsidR="004F2747" w:rsidRPr="001928E8" w:rsidRDefault="00B25EFB">
      <w:pPr>
        <w:spacing w:after="0"/>
        <w:rPr>
          <w:rFonts w:cs="Arial"/>
          <w:sz w:val="20"/>
          <w:szCs w:val="20"/>
        </w:rPr>
      </w:pPr>
      <w:r w:rsidRPr="001928E8">
        <w:rPr>
          <w:rFonts w:cs="Arial"/>
          <w:sz w:val="20"/>
          <w:szCs w:val="20"/>
        </w:rPr>
        <w:br w:type="page"/>
      </w:r>
    </w:p>
    <w:p w14:paraId="435CF39F" w14:textId="77777777" w:rsidR="001515A0" w:rsidRDefault="001515A0" w:rsidP="001515A0">
      <w:pPr>
        <w:pStyle w:val="Nadpis1"/>
      </w:pPr>
      <w:r>
        <w:lastRenderedPageBreak/>
        <w:t xml:space="preserve">11. </w:t>
      </w:r>
      <w:proofErr w:type="spellStart"/>
      <w:r w:rsidRPr="00542FD1">
        <w:t>Základní</w:t>
      </w:r>
      <w:proofErr w:type="spellEnd"/>
      <w:r w:rsidRPr="00542FD1">
        <w:t xml:space="preserve"> </w:t>
      </w:r>
      <w:proofErr w:type="spellStart"/>
      <w:r w:rsidRPr="00542FD1">
        <w:t>údaje</w:t>
      </w:r>
      <w:proofErr w:type="spellEnd"/>
      <w:r w:rsidRPr="00542FD1">
        <w:t xml:space="preserve"> o </w:t>
      </w:r>
      <w:proofErr w:type="spellStart"/>
      <w:r w:rsidRPr="00542FD1">
        <w:t>hospodaření</w:t>
      </w:r>
      <w:proofErr w:type="spellEnd"/>
      <w:r w:rsidRPr="00542FD1">
        <w:t xml:space="preserve"> </w:t>
      </w:r>
      <w:proofErr w:type="spellStart"/>
      <w:r w:rsidRPr="00542FD1">
        <w:t>školy</w:t>
      </w:r>
      <w:proofErr w:type="spellEnd"/>
      <w:r w:rsidRPr="00542FD1">
        <w:t xml:space="preserve"> za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2025/2026</w:t>
      </w:r>
    </w:p>
    <w:p w14:paraId="5FFAE098" w14:textId="77777777" w:rsidR="001515A0" w:rsidRDefault="001515A0" w:rsidP="001515A0">
      <w:pPr>
        <w:pStyle w:val="Nadpis1"/>
      </w:pPr>
      <w:proofErr w:type="spellStart"/>
      <w:r>
        <w:rPr>
          <w:rFonts w:eastAsia="Arial"/>
          <w:sz w:val="19"/>
        </w:rPr>
        <w:t>Finanční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hospodaření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školy</w:t>
      </w:r>
      <w:proofErr w:type="spellEnd"/>
      <w:r>
        <w:rPr>
          <w:rFonts w:eastAsia="Arial"/>
          <w:sz w:val="19"/>
        </w:rPr>
        <w:t xml:space="preserve"> je </w:t>
      </w:r>
      <w:proofErr w:type="spellStart"/>
      <w:r>
        <w:rPr>
          <w:rFonts w:eastAsia="Arial"/>
          <w:sz w:val="19"/>
        </w:rPr>
        <w:t>sestaveno</w:t>
      </w:r>
      <w:proofErr w:type="spellEnd"/>
      <w:r>
        <w:rPr>
          <w:rFonts w:eastAsia="Arial"/>
          <w:sz w:val="19"/>
        </w:rPr>
        <w:t xml:space="preserve"> za </w:t>
      </w:r>
      <w:proofErr w:type="spellStart"/>
      <w:r>
        <w:rPr>
          <w:rFonts w:eastAsia="Arial"/>
          <w:sz w:val="19"/>
        </w:rPr>
        <w:t>škoní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rok</w:t>
      </w:r>
      <w:proofErr w:type="spellEnd"/>
      <w:r>
        <w:rPr>
          <w:rFonts w:eastAsia="Arial"/>
          <w:sz w:val="19"/>
        </w:rPr>
        <w:t xml:space="preserve"> 2025/2026 a </w:t>
      </w:r>
      <w:proofErr w:type="spellStart"/>
      <w:r>
        <w:rPr>
          <w:rFonts w:eastAsia="Arial"/>
          <w:sz w:val="19"/>
        </w:rPr>
        <w:t>veškeré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prostředky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jsou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zaokrouhleny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na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tisíce</w:t>
      </w:r>
      <w:proofErr w:type="spellEnd"/>
      <w:r>
        <w:rPr>
          <w:rFonts w:eastAsia="Arial"/>
          <w:sz w:val="19"/>
        </w:rPr>
        <w:t>.</w:t>
      </w:r>
    </w:p>
    <w:p w14:paraId="36870C26" w14:textId="77777777" w:rsidR="001515A0" w:rsidRPr="00542FD1" w:rsidRDefault="001515A0" w:rsidP="001515A0">
      <w:pPr>
        <w:pStyle w:val="Nadpis2"/>
      </w:pPr>
      <w:r>
        <w:t xml:space="preserve">11. 1 </w:t>
      </w:r>
      <w:proofErr w:type="spellStart"/>
      <w:r w:rsidRPr="00542FD1">
        <w:t>Výnosy</w:t>
      </w:r>
      <w:proofErr w:type="spellEnd"/>
    </w:p>
    <w:tbl>
      <w:tblPr>
        <w:tblW w:w="9864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2154"/>
        <w:gridCol w:w="3175"/>
      </w:tblGrid>
      <w:tr w:rsidR="001515A0" w14:paraId="5C58976D" w14:textId="77777777" w:rsidTr="00B61BA3">
        <w:trPr>
          <w:cantSplit/>
          <w:tblHeader/>
        </w:trPr>
        <w:tc>
          <w:tcPr>
            <w:tcW w:w="453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E9DAFA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b/>
                <w:color w:val="FFFFFF"/>
                <w:sz w:val="17"/>
              </w:rPr>
              <w:t>Položka</w:t>
            </w:r>
            <w:proofErr w:type="spellEnd"/>
          </w:p>
        </w:tc>
        <w:tc>
          <w:tcPr>
            <w:tcW w:w="215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782AC79" w14:textId="77777777" w:rsidR="001515A0" w:rsidRDefault="001515A0" w:rsidP="00B61BA3">
            <w:pPr>
              <w:spacing w:after="0" w:line="252" w:lineRule="auto"/>
              <w:jc w:val="right"/>
            </w:pPr>
            <w:proofErr w:type="spellStart"/>
            <w:r>
              <w:rPr>
                <w:rFonts w:eastAsia="Arial"/>
                <w:b/>
                <w:color w:val="FFFFFF"/>
                <w:sz w:val="17"/>
              </w:rPr>
              <w:t>Částka</w:t>
            </w:r>
            <w:proofErr w:type="spellEnd"/>
            <w:r>
              <w:rPr>
                <w:rFonts w:eastAsia="Arial"/>
                <w:b/>
                <w:color w:val="FFFFFF"/>
                <w:sz w:val="17"/>
              </w:rPr>
              <w:t xml:space="preserve"> v tis.</w:t>
            </w:r>
          </w:p>
        </w:tc>
        <w:tc>
          <w:tcPr>
            <w:tcW w:w="317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B1F56FA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b/>
                <w:color w:val="FFFFFF"/>
                <w:sz w:val="17"/>
              </w:rPr>
              <w:t>Poznámka</w:t>
            </w:r>
            <w:proofErr w:type="spellEnd"/>
          </w:p>
        </w:tc>
      </w:tr>
      <w:tr w:rsidR="001515A0" w14:paraId="2F2933D8" w14:textId="77777777" w:rsidTr="00B61BA3">
        <w:trPr>
          <w:cantSplit/>
        </w:trPr>
        <w:tc>
          <w:tcPr>
            <w:tcW w:w="4535" w:type="dxa"/>
            <w:vAlign w:val="center"/>
          </w:tcPr>
          <w:p w14:paraId="4DB60BEF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sz w:val="17"/>
              </w:rPr>
              <w:t>Dotace</w:t>
            </w:r>
            <w:proofErr w:type="spellEnd"/>
            <w:r>
              <w:rPr>
                <w:rFonts w:eastAsia="Arial"/>
                <w:sz w:val="17"/>
              </w:rPr>
              <w:t xml:space="preserve"> ze </w:t>
            </w:r>
            <w:proofErr w:type="spellStart"/>
            <w:r>
              <w:rPr>
                <w:rFonts w:eastAsia="Arial"/>
                <w:sz w:val="17"/>
              </w:rPr>
              <w:t>státního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rozpočtu</w:t>
            </w:r>
            <w:proofErr w:type="spellEnd"/>
          </w:p>
        </w:tc>
        <w:tc>
          <w:tcPr>
            <w:tcW w:w="2154" w:type="dxa"/>
            <w:vAlign w:val="center"/>
          </w:tcPr>
          <w:p w14:paraId="5BF4B9C5" w14:textId="77777777" w:rsidR="001515A0" w:rsidRDefault="001515A0" w:rsidP="00B61BA3">
            <w:pPr>
              <w:spacing w:after="0" w:line="252" w:lineRule="auto"/>
              <w:jc w:val="right"/>
            </w:pPr>
            <w:r>
              <w:t>11 687</w:t>
            </w:r>
          </w:p>
        </w:tc>
        <w:tc>
          <w:tcPr>
            <w:tcW w:w="3175" w:type="dxa"/>
            <w:vAlign w:val="center"/>
          </w:tcPr>
          <w:p w14:paraId="5687B4A0" w14:textId="77777777" w:rsidR="001515A0" w:rsidRDefault="001515A0" w:rsidP="00B61BA3">
            <w:pPr>
              <w:spacing w:after="0" w:line="252" w:lineRule="auto"/>
            </w:pPr>
            <w:r>
              <w:t>MŠMT</w:t>
            </w:r>
          </w:p>
        </w:tc>
      </w:tr>
      <w:tr w:rsidR="001515A0" w14:paraId="6C511B0E" w14:textId="77777777" w:rsidTr="00B61BA3">
        <w:trPr>
          <w:cantSplit/>
        </w:trPr>
        <w:tc>
          <w:tcPr>
            <w:tcW w:w="4535" w:type="dxa"/>
            <w:shd w:val="clear" w:color="auto" w:fill="F3F6F8"/>
            <w:vAlign w:val="center"/>
          </w:tcPr>
          <w:p w14:paraId="5AB6B784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sz w:val="17"/>
              </w:rPr>
              <w:t>Ostatní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dotace</w:t>
            </w:r>
            <w:proofErr w:type="spellEnd"/>
            <w:r>
              <w:rPr>
                <w:rFonts w:eastAsia="Arial"/>
                <w:sz w:val="17"/>
              </w:rPr>
              <w:t xml:space="preserve"> a </w:t>
            </w:r>
            <w:proofErr w:type="spellStart"/>
            <w:r>
              <w:rPr>
                <w:rFonts w:eastAsia="Arial"/>
                <w:sz w:val="17"/>
              </w:rPr>
              <w:t>granty</w:t>
            </w:r>
            <w:proofErr w:type="spellEnd"/>
          </w:p>
        </w:tc>
        <w:tc>
          <w:tcPr>
            <w:tcW w:w="2154" w:type="dxa"/>
            <w:shd w:val="clear" w:color="auto" w:fill="F3F6F8"/>
            <w:vAlign w:val="center"/>
          </w:tcPr>
          <w:p w14:paraId="2EAB18D3" w14:textId="77777777" w:rsidR="001515A0" w:rsidRDefault="001515A0" w:rsidP="00B61BA3">
            <w:pPr>
              <w:spacing w:after="0" w:line="252" w:lineRule="auto"/>
              <w:jc w:val="right"/>
            </w:pPr>
            <w:r>
              <w:t>-</w:t>
            </w:r>
          </w:p>
        </w:tc>
        <w:tc>
          <w:tcPr>
            <w:tcW w:w="3175" w:type="dxa"/>
            <w:shd w:val="clear" w:color="auto" w:fill="F3F6F8"/>
            <w:vAlign w:val="center"/>
          </w:tcPr>
          <w:p w14:paraId="74E41045" w14:textId="77777777" w:rsidR="001515A0" w:rsidRDefault="001515A0" w:rsidP="00B61BA3">
            <w:pPr>
              <w:spacing w:after="0" w:line="252" w:lineRule="auto"/>
            </w:pPr>
          </w:p>
        </w:tc>
      </w:tr>
      <w:tr w:rsidR="001515A0" w14:paraId="6E6249A4" w14:textId="77777777" w:rsidTr="00B61BA3">
        <w:trPr>
          <w:cantSplit/>
        </w:trPr>
        <w:tc>
          <w:tcPr>
            <w:tcW w:w="4535" w:type="dxa"/>
            <w:vAlign w:val="center"/>
          </w:tcPr>
          <w:p w14:paraId="7E87C8D1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sz w:val="17"/>
              </w:rPr>
              <w:t>Školné</w:t>
            </w:r>
            <w:proofErr w:type="spellEnd"/>
          </w:p>
        </w:tc>
        <w:tc>
          <w:tcPr>
            <w:tcW w:w="2154" w:type="dxa"/>
            <w:vAlign w:val="center"/>
          </w:tcPr>
          <w:p w14:paraId="3A2FE6F2" w14:textId="77777777" w:rsidR="001515A0" w:rsidRDefault="001515A0" w:rsidP="00B61BA3">
            <w:pPr>
              <w:spacing w:after="0" w:line="252" w:lineRule="auto"/>
              <w:jc w:val="right"/>
            </w:pPr>
            <w:r>
              <w:t>8 394</w:t>
            </w:r>
          </w:p>
        </w:tc>
        <w:tc>
          <w:tcPr>
            <w:tcW w:w="3175" w:type="dxa"/>
            <w:vAlign w:val="center"/>
          </w:tcPr>
          <w:p w14:paraId="5ABBB6D7" w14:textId="77777777" w:rsidR="001515A0" w:rsidRDefault="001515A0" w:rsidP="00B61BA3">
            <w:pPr>
              <w:spacing w:after="0" w:line="252" w:lineRule="auto"/>
            </w:pPr>
          </w:p>
        </w:tc>
      </w:tr>
      <w:tr w:rsidR="001515A0" w14:paraId="36CECABA" w14:textId="77777777" w:rsidTr="00B61BA3">
        <w:trPr>
          <w:cantSplit/>
        </w:trPr>
        <w:tc>
          <w:tcPr>
            <w:tcW w:w="4535" w:type="dxa"/>
            <w:shd w:val="clear" w:color="auto" w:fill="F3F6F8"/>
            <w:vAlign w:val="center"/>
          </w:tcPr>
          <w:p w14:paraId="4BB01C3A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sz w:val="17"/>
              </w:rPr>
              <w:t>Stravné</w:t>
            </w:r>
            <w:proofErr w:type="spellEnd"/>
          </w:p>
        </w:tc>
        <w:tc>
          <w:tcPr>
            <w:tcW w:w="2154" w:type="dxa"/>
            <w:shd w:val="clear" w:color="auto" w:fill="F3F6F8"/>
            <w:vAlign w:val="center"/>
          </w:tcPr>
          <w:p w14:paraId="3E37BC74" w14:textId="77777777" w:rsidR="001515A0" w:rsidRDefault="001515A0" w:rsidP="00B61BA3">
            <w:pPr>
              <w:spacing w:after="0" w:line="252" w:lineRule="auto"/>
              <w:jc w:val="right"/>
            </w:pPr>
            <w:r>
              <w:t>1 638</w:t>
            </w:r>
          </w:p>
        </w:tc>
        <w:tc>
          <w:tcPr>
            <w:tcW w:w="3175" w:type="dxa"/>
            <w:shd w:val="clear" w:color="auto" w:fill="F3F6F8"/>
            <w:vAlign w:val="center"/>
          </w:tcPr>
          <w:p w14:paraId="7B4590BE" w14:textId="77777777" w:rsidR="001515A0" w:rsidRDefault="001515A0" w:rsidP="00B61BA3">
            <w:pPr>
              <w:spacing w:after="0" w:line="252" w:lineRule="auto"/>
            </w:pPr>
          </w:p>
        </w:tc>
      </w:tr>
      <w:tr w:rsidR="001515A0" w14:paraId="4E3A10A2" w14:textId="77777777" w:rsidTr="00B61BA3">
        <w:trPr>
          <w:cantSplit/>
        </w:trPr>
        <w:tc>
          <w:tcPr>
            <w:tcW w:w="4535" w:type="dxa"/>
            <w:vAlign w:val="center"/>
          </w:tcPr>
          <w:p w14:paraId="3644053B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sz w:val="17"/>
              </w:rPr>
              <w:t>Kroužky</w:t>
            </w:r>
            <w:proofErr w:type="spellEnd"/>
            <w:r>
              <w:rPr>
                <w:rFonts w:eastAsia="Arial"/>
                <w:sz w:val="17"/>
              </w:rPr>
              <w:t xml:space="preserve"> a </w:t>
            </w:r>
            <w:proofErr w:type="spellStart"/>
            <w:r>
              <w:rPr>
                <w:rFonts w:eastAsia="Arial"/>
                <w:sz w:val="17"/>
              </w:rPr>
              <w:t>ostatní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vlastní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činnost</w:t>
            </w:r>
            <w:proofErr w:type="spellEnd"/>
          </w:p>
        </w:tc>
        <w:tc>
          <w:tcPr>
            <w:tcW w:w="2154" w:type="dxa"/>
            <w:vAlign w:val="center"/>
          </w:tcPr>
          <w:p w14:paraId="6A898318" w14:textId="77777777" w:rsidR="001515A0" w:rsidRDefault="001515A0" w:rsidP="00B61BA3">
            <w:pPr>
              <w:spacing w:after="0" w:line="252" w:lineRule="auto"/>
              <w:jc w:val="right"/>
            </w:pPr>
            <w:r>
              <w:t>991</w:t>
            </w:r>
          </w:p>
        </w:tc>
        <w:tc>
          <w:tcPr>
            <w:tcW w:w="3175" w:type="dxa"/>
            <w:vAlign w:val="center"/>
          </w:tcPr>
          <w:p w14:paraId="387727AE" w14:textId="77777777" w:rsidR="001515A0" w:rsidRDefault="001515A0" w:rsidP="00B61BA3">
            <w:pPr>
              <w:spacing w:after="0" w:line="252" w:lineRule="auto"/>
            </w:pPr>
          </w:p>
        </w:tc>
      </w:tr>
      <w:tr w:rsidR="001515A0" w14:paraId="0D5BE2C9" w14:textId="77777777" w:rsidTr="00B61BA3">
        <w:trPr>
          <w:cantSplit/>
        </w:trPr>
        <w:tc>
          <w:tcPr>
            <w:tcW w:w="4535" w:type="dxa"/>
            <w:shd w:val="clear" w:color="auto" w:fill="F3F6F8"/>
            <w:vAlign w:val="center"/>
          </w:tcPr>
          <w:p w14:paraId="249CE933" w14:textId="77777777" w:rsidR="001515A0" w:rsidRDefault="001515A0" w:rsidP="00B61BA3">
            <w:pPr>
              <w:spacing w:after="0" w:line="252" w:lineRule="auto"/>
            </w:pPr>
            <w:r>
              <w:rPr>
                <w:rFonts w:eastAsia="Arial"/>
                <w:sz w:val="17"/>
              </w:rPr>
              <w:t xml:space="preserve">Dary a </w:t>
            </w:r>
            <w:proofErr w:type="spellStart"/>
            <w:r>
              <w:rPr>
                <w:rFonts w:eastAsia="Arial"/>
                <w:sz w:val="17"/>
              </w:rPr>
              <w:t>jiné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výnosy</w:t>
            </w:r>
            <w:proofErr w:type="spellEnd"/>
          </w:p>
        </w:tc>
        <w:tc>
          <w:tcPr>
            <w:tcW w:w="2154" w:type="dxa"/>
            <w:shd w:val="clear" w:color="auto" w:fill="F3F6F8"/>
            <w:vAlign w:val="center"/>
          </w:tcPr>
          <w:p w14:paraId="32AB14E8" w14:textId="77777777" w:rsidR="001515A0" w:rsidRDefault="001515A0" w:rsidP="00B61BA3">
            <w:pPr>
              <w:spacing w:after="0" w:line="252" w:lineRule="auto"/>
              <w:jc w:val="right"/>
            </w:pPr>
            <w:r>
              <w:t>-</w:t>
            </w:r>
          </w:p>
        </w:tc>
        <w:tc>
          <w:tcPr>
            <w:tcW w:w="3175" w:type="dxa"/>
            <w:shd w:val="clear" w:color="auto" w:fill="F3F6F8"/>
            <w:vAlign w:val="center"/>
          </w:tcPr>
          <w:p w14:paraId="684DD7C7" w14:textId="77777777" w:rsidR="001515A0" w:rsidRDefault="001515A0" w:rsidP="00B61BA3">
            <w:pPr>
              <w:spacing w:after="0" w:line="252" w:lineRule="auto"/>
            </w:pPr>
          </w:p>
        </w:tc>
      </w:tr>
      <w:tr w:rsidR="001515A0" w14:paraId="2876FE9E" w14:textId="77777777" w:rsidTr="00B61BA3">
        <w:trPr>
          <w:cantSplit/>
        </w:trPr>
        <w:tc>
          <w:tcPr>
            <w:tcW w:w="4535" w:type="dxa"/>
            <w:vAlign w:val="center"/>
          </w:tcPr>
          <w:p w14:paraId="1917E54E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sz w:val="17"/>
              </w:rPr>
              <w:t>Výnosy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celkem</w:t>
            </w:r>
            <w:proofErr w:type="spellEnd"/>
          </w:p>
        </w:tc>
        <w:tc>
          <w:tcPr>
            <w:tcW w:w="2154" w:type="dxa"/>
            <w:vAlign w:val="center"/>
          </w:tcPr>
          <w:p w14:paraId="44C4A239" w14:textId="77777777" w:rsidR="001515A0" w:rsidRDefault="001515A0" w:rsidP="00B61BA3">
            <w:pPr>
              <w:spacing w:after="0" w:line="252" w:lineRule="auto"/>
              <w:jc w:val="right"/>
            </w:pPr>
            <w:r>
              <w:t>22 710</w:t>
            </w:r>
          </w:p>
        </w:tc>
        <w:tc>
          <w:tcPr>
            <w:tcW w:w="3175" w:type="dxa"/>
            <w:vAlign w:val="center"/>
          </w:tcPr>
          <w:p w14:paraId="46904A16" w14:textId="77777777" w:rsidR="001515A0" w:rsidRDefault="001515A0" w:rsidP="00B61BA3">
            <w:pPr>
              <w:spacing w:after="0" w:line="252" w:lineRule="auto"/>
            </w:pPr>
          </w:p>
        </w:tc>
      </w:tr>
    </w:tbl>
    <w:p w14:paraId="7812B7F4" w14:textId="77777777" w:rsidR="001515A0" w:rsidRDefault="001515A0" w:rsidP="001515A0">
      <w:pPr>
        <w:spacing w:after="20"/>
      </w:pPr>
    </w:p>
    <w:p w14:paraId="01281391" w14:textId="77777777" w:rsidR="001515A0" w:rsidRPr="00542FD1" w:rsidRDefault="001515A0" w:rsidP="001515A0">
      <w:pPr>
        <w:pStyle w:val="Nadpis2"/>
      </w:pPr>
      <w:r>
        <w:t xml:space="preserve">11.2 </w:t>
      </w:r>
      <w:proofErr w:type="spellStart"/>
      <w:r w:rsidRPr="00542FD1">
        <w:t>Náklady</w:t>
      </w:r>
      <w:proofErr w:type="spellEnd"/>
    </w:p>
    <w:tbl>
      <w:tblPr>
        <w:tblW w:w="9864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2154"/>
        <w:gridCol w:w="3175"/>
      </w:tblGrid>
      <w:tr w:rsidR="001515A0" w14:paraId="08D3D58B" w14:textId="77777777" w:rsidTr="00B61BA3">
        <w:trPr>
          <w:cantSplit/>
          <w:tblHeader/>
        </w:trPr>
        <w:tc>
          <w:tcPr>
            <w:tcW w:w="453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98341F7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b/>
                <w:color w:val="FFFFFF"/>
                <w:sz w:val="17"/>
              </w:rPr>
              <w:t>Položka</w:t>
            </w:r>
            <w:proofErr w:type="spellEnd"/>
          </w:p>
        </w:tc>
        <w:tc>
          <w:tcPr>
            <w:tcW w:w="215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B86ABF3" w14:textId="77777777" w:rsidR="001515A0" w:rsidRDefault="001515A0" w:rsidP="00B61BA3">
            <w:pPr>
              <w:spacing w:after="0" w:line="252" w:lineRule="auto"/>
              <w:jc w:val="right"/>
            </w:pPr>
            <w:proofErr w:type="spellStart"/>
            <w:r>
              <w:rPr>
                <w:rFonts w:eastAsia="Arial"/>
                <w:b/>
                <w:color w:val="FFFFFF"/>
                <w:sz w:val="17"/>
              </w:rPr>
              <w:t>Částka</w:t>
            </w:r>
            <w:proofErr w:type="spellEnd"/>
            <w:r>
              <w:rPr>
                <w:rFonts w:eastAsia="Arial"/>
                <w:b/>
                <w:color w:val="FFFFFF"/>
                <w:sz w:val="17"/>
              </w:rPr>
              <w:t xml:space="preserve"> v tis.</w:t>
            </w:r>
          </w:p>
        </w:tc>
        <w:tc>
          <w:tcPr>
            <w:tcW w:w="317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87F5B06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b/>
                <w:color w:val="FFFFFF"/>
                <w:sz w:val="17"/>
              </w:rPr>
              <w:t>Poznámka</w:t>
            </w:r>
            <w:proofErr w:type="spellEnd"/>
          </w:p>
        </w:tc>
      </w:tr>
      <w:tr w:rsidR="001515A0" w14:paraId="295485E2" w14:textId="77777777" w:rsidTr="00B61BA3">
        <w:trPr>
          <w:cantSplit/>
        </w:trPr>
        <w:tc>
          <w:tcPr>
            <w:tcW w:w="4535" w:type="dxa"/>
            <w:vAlign w:val="center"/>
          </w:tcPr>
          <w:p w14:paraId="41B3D93D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sz w:val="17"/>
              </w:rPr>
              <w:t>Mzdové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náklady</w:t>
            </w:r>
            <w:proofErr w:type="spellEnd"/>
          </w:p>
        </w:tc>
        <w:tc>
          <w:tcPr>
            <w:tcW w:w="2154" w:type="dxa"/>
            <w:vAlign w:val="center"/>
          </w:tcPr>
          <w:p w14:paraId="2BA1C54A" w14:textId="77777777" w:rsidR="001515A0" w:rsidRDefault="001515A0" w:rsidP="00B61BA3">
            <w:pPr>
              <w:spacing w:after="0" w:line="252" w:lineRule="auto"/>
              <w:jc w:val="right"/>
            </w:pPr>
            <w:r>
              <w:t>12 721</w:t>
            </w:r>
          </w:p>
        </w:tc>
        <w:tc>
          <w:tcPr>
            <w:tcW w:w="3175" w:type="dxa"/>
            <w:vAlign w:val="center"/>
          </w:tcPr>
          <w:p w14:paraId="781A7056" w14:textId="77777777" w:rsidR="001515A0" w:rsidRDefault="001515A0" w:rsidP="00B61BA3">
            <w:pPr>
              <w:spacing w:after="0" w:line="252" w:lineRule="auto"/>
            </w:pPr>
          </w:p>
        </w:tc>
      </w:tr>
      <w:tr w:rsidR="001515A0" w14:paraId="13D3E777" w14:textId="77777777" w:rsidTr="00B61BA3">
        <w:trPr>
          <w:cantSplit/>
        </w:trPr>
        <w:tc>
          <w:tcPr>
            <w:tcW w:w="4535" w:type="dxa"/>
            <w:shd w:val="clear" w:color="auto" w:fill="F3F6F8"/>
            <w:vAlign w:val="center"/>
          </w:tcPr>
          <w:p w14:paraId="2AA105A5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sz w:val="17"/>
              </w:rPr>
              <w:t>Zákonné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sociální</w:t>
            </w:r>
            <w:proofErr w:type="spellEnd"/>
            <w:r>
              <w:rPr>
                <w:rFonts w:eastAsia="Arial"/>
                <w:sz w:val="17"/>
              </w:rPr>
              <w:t xml:space="preserve"> a </w:t>
            </w:r>
            <w:proofErr w:type="spellStart"/>
            <w:r>
              <w:rPr>
                <w:rFonts w:eastAsia="Arial"/>
                <w:sz w:val="17"/>
              </w:rPr>
              <w:t>zdravotní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pojištění</w:t>
            </w:r>
            <w:proofErr w:type="spellEnd"/>
          </w:p>
        </w:tc>
        <w:tc>
          <w:tcPr>
            <w:tcW w:w="2154" w:type="dxa"/>
            <w:shd w:val="clear" w:color="auto" w:fill="F3F6F8"/>
            <w:vAlign w:val="center"/>
          </w:tcPr>
          <w:p w14:paraId="7E625CE9" w14:textId="77777777" w:rsidR="001515A0" w:rsidRDefault="001515A0" w:rsidP="00B61BA3">
            <w:pPr>
              <w:spacing w:after="0" w:line="252" w:lineRule="auto"/>
              <w:jc w:val="right"/>
            </w:pPr>
            <w:r>
              <w:t>1 294</w:t>
            </w:r>
          </w:p>
        </w:tc>
        <w:tc>
          <w:tcPr>
            <w:tcW w:w="3175" w:type="dxa"/>
            <w:shd w:val="clear" w:color="auto" w:fill="F3F6F8"/>
            <w:vAlign w:val="center"/>
          </w:tcPr>
          <w:p w14:paraId="1E934BE9" w14:textId="77777777" w:rsidR="001515A0" w:rsidRDefault="001515A0" w:rsidP="00B61BA3">
            <w:pPr>
              <w:spacing w:after="0" w:line="252" w:lineRule="auto"/>
            </w:pPr>
          </w:p>
        </w:tc>
      </w:tr>
      <w:tr w:rsidR="001515A0" w14:paraId="3C5766EE" w14:textId="77777777" w:rsidTr="00B61BA3">
        <w:trPr>
          <w:cantSplit/>
        </w:trPr>
        <w:tc>
          <w:tcPr>
            <w:tcW w:w="4535" w:type="dxa"/>
            <w:vAlign w:val="center"/>
          </w:tcPr>
          <w:p w14:paraId="43636E16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sz w:val="17"/>
              </w:rPr>
              <w:t>Spotřeba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materiálu</w:t>
            </w:r>
            <w:proofErr w:type="spellEnd"/>
            <w:r>
              <w:rPr>
                <w:rFonts w:eastAsia="Arial"/>
                <w:sz w:val="17"/>
              </w:rPr>
              <w:t xml:space="preserve"> a </w:t>
            </w:r>
            <w:proofErr w:type="spellStart"/>
            <w:r>
              <w:rPr>
                <w:rFonts w:eastAsia="Arial"/>
                <w:sz w:val="17"/>
              </w:rPr>
              <w:t>potravin</w:t>
            </w:r>
            <w:proofErr w:type="spellEnd"/>
          </w:p>
        </w:tc>
        <w:tc>
          <w:tcPr>
            <w:tcW w:w="2154" w:type="dxa"/>
            <w:vAlign w:val="center"/>
          </w:tcPr>
          <w:p w14:paraId="58832220" w14:textId="77777777" w:rsidR="001515A0" w:rsidRPr="00E62E07" w:rsidRDefault="001515A0" w:rsidP="00B61BA3">
            <w:pPr>
              <w:spacing w:after="0" w:line="252" w:lineRule="auto"/>
              <w:jc w:val="right"/>
              <w:rPr>
                <w:b/>
                <w:bCs/>
              </w:rPr>
            </w:pPr>
            <w:r w:rsidRPr="00E62E07">
              <w:rPr>
                <w:b/>
                <w:bCs/>
              </w:rPr>
              <w:t>2 154</w:t>
            </w:r>
          </w:p>
        </w:tc>
        <w:tc>
          <w:tcPr>
            <w:tcW w:w="3175" w:type="dxa"/>
            <w:vAlign w:val="center"/>
          </w:tcPr>
          <w:p w14:paraId="39C10130" w14:textId="77777777" w:rsidR="001515A0" w:rsidRDefault="001515A0" w:rsidP="00B61BA3">
            <w:pPr>
              <w:spacing w:after="0" w:line="252" w:lineRule="auto"/>
            </w:pPr>
          </w:p>
        </w:tc>
      </w:tr>
      <w:tr w:rsidR="001515A0" w14:paraId="6BB5EAA8" w14:textId="77777777" w:rsidTr="00B61BA3">
        <w:trPr>
          <w:cantSplit/>
        </w:trPr>
        <w:tc>
          <w:tcPr>
            <w:tcW w:w="4535" w:type="dxa"/>
            <w:shd w:val="clear" w:color="auto" w:fill="F3F6F8"/>
            <w:vAlign w:val="center"/>
          </w:tcPr>
          <w:p w14:paraId="00147FCC" w14:textId="77777777" w:rsidR="001515A0" w:rsidRDefault="001515A0" w:rsidP="00B61BA3">
            <w:pPr>
              <w:spacing w:after="0" w:line="252" w:lineRule="auto"/>
            </w:pPr>
            <w:r>
              <w:rPr>
                <w:rFonts w:eastAsia="Arial"/>
                <w:sz w:val="17"/>
              </w:rPr>
              <w:t>Energie</w:t>
            </w:r>
          </w:p>
        </w:tc>
        <w:tc>
          <w:tcPr>
            <w:tcW w:w="2154" w:type="dxa"/>
            <w:shd w:val="clear" w:color="auto" w:fill="F3F6F8"/>
            <w:vAlign w:val="center"/>
          </w:tcPr>
          <w:p w14:paraId="2D776597" w14:textId="77777777" w:rsidR="001515A0" w:rsidRDefault="001515A0" w:rsidP="00B61BA3">
            <w:pPr>
              <w:spacing w:after="0" w:line="252" w:lineRule="auto"/>
              <w:jc w:val="right"/>
            </w:pPr>
            <w:r>
              <w:t>408</w:t>
            </w:r>
          </w:p>
        </w:tc>
        <w:tc>
          <w:tcPr>
            <w:tcW w:w="3175" w:type="dxa"/>
            <w:shd w:val="clear" w:color="auto" w:fill="F3F6F8"/>
            <w:vAlign w:val="center"/>
          </w:tcPr>
          <w:p w14:paraId="58811956" w14:textId="77777777" w:rsidR="001515A0" w:rsidRDefault="001515A0" w:rsidP="00B61BA3">
            <w:pPr>
              <w:spacing w:after="0" w:line="252" w:lineRule="auto"/>
            </w:pPr>
          </w:p>
        </w:tc>
      </w:tr>
      <w:tr w:rsidR="001515A0" w14:paraId="570C09A7" w14:textId="77777777" w:rsidTr="00B61BA3">
        <w:trPr>
          <w:cantSplit/>
        </w:trPr>
        <w:tc>
          <w:tcPr>
            <w:tcW w:w="4535" w:type="dxa"/>
            <w:vAlign w:val="center"/>
          </w:tcPr>
          <w:p w14:paraId="3CF816E2" w14:textId="77777777" w:rsidR="001515A0" w:rsidRDefault="001515A0" w:rsidP="00B61BA3">
            <w:pPr>
              <w:spacing w:after="0" w:line="252" w:lineRule="auto"/>
            </w:pPr>
            <w:r>
              <w:rPr>
                <w:rFonts w:eastAsia="Arial"/>
                <w:sz w:val="17"/>
              </w:rPr>
              <w:t>Nájemné</w:t>
            </w:r>
          </w:p>
        </w:tc>
        <w:tc>
          <w:tcPr>
            <w:tcW w:w="2154" w:type="dxa"/>
            <w:vAlign w:val="center"/>
          </w:tcPr>
          <w:p w14:paraId="1492ACA7" w14:textId="77777777" w:rsidR="001515A0" w:rsidRDefault="001515A0" w:rsidP="00B61BA3">
            <w:pPr>
              <w:spacing w:after="0" w:line="252" w:lineRule="auto"/>
              <w:jc w:val="right"/>
            </w:pPr>
            <w:r>
              <w:t>1 440</w:t>
            </w:r>
          </w:p>
        </w:tc>
        <w:tc>
          <w:tcPr>
            <w:tcW w:w="3175" w:type="dxa"/>
            <w:vAlign w:val="center"/>
          </w:tcPr>
          <w:p w14:paraId="59F64042" w14:textId="77777777" w:rsidR="001515A0" w:rsidRDefault="001515A0" w:rsidP="00B61BA3">
            <w:pPr>
              <w:spacing w:after="0" w:line="252" w:lineRule="auto"/>
            </w:pPr>
          </w:p>
        </w:tc>
      </w:tr>
      <w:tr w:rsidR="001515A0" w14:paraId="562289A1" w14:textId="77777777" w:rsidTr="00B61BA3">
        <w:trPr>
          <w:cantSplit/>
        </w:trPr>
        <w:tc>
          <w:tcPr>
            <w:tcW w:w="4535" w:type="dxa"/>
            <w:shd w:val="clear" w:color="auto" w:fill="F3F6F8"/>
            <w:vAlign w:val="center"/>
          </w:tcPr>
          <w:p w14:paraId="03DB382B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sz w:val="17"/>
              </w:rPr>
              <w:t>Služby</w:t>
            </w:r>
            <w:proofErr w:type="spellEnd"/>
            <w:r>
              <w:rPr>
                <w:rFonts w:eastAsia="Arial"/>
                <w:sz w:val="17"/>
              </w:rPr>
              <w:t xml:space="preserve">, </w:t>
            </w:r>
            <w:proofErr w:type="spellStart"/>
            <w:r>
              <w:rPr>
                <w:rFonts w:eastAsia="Arial"/>
                <w:sz w:val="17"/>
              </w:rPr>
              <w:t>opravy</w:t>
            </w:r>
            <w:proofErr w:type="spellEnd"/>
            <w:r>
              <w:rPr>
                <w:rFonts w:eastAsia="Arial"/>
                <w:sz w:val="17"/>
              </w:rPr>
              <w:t xml:space="preserve"> a </w:t>
            </w:r>
            <w:proofErr w:type="spellStart"/>
            <w:r>
              <w:rPr>
                <w:rFonts w:eastAsia="Arial"/>
                <w:sz w:val="17"/>
              </w:rPr>
              <w:t>údržba</w:t>
            </w:r>
            <w:proofErr w:type="spellEnd"/>
          </w:p>
        </w:tc>
        <w:tc>
          <w:tcPr>
            <w:tcW w:w="2154" w:type="dxa"/>
            <w:shd w:val="clear" w:color="auto" w:fill="F3F6F8"/>
            <w:vAlign w:val="center"/>
          </w:tcPr>
          <w:p w14:paraId="0C067DB3" w14:textId="77777777" w:rsidR="001515A0" w:rsidRDefault="001515A0" w:rsidP="00B61BA3">
            <w:pPr>
              <w:spacing w:after="0" w:line="252" w:lineRule="auto"/>
              <w:jc w:val="right"/>
            </w:pPr>
            <w:r>
              <w:t>4 376</w:t>
            </w:r>
          </w:p>
        </w:tc>
        <w:tc>
          <w:tcPr>
            <w:tcW w:w="3175" w:type="dxa"/>
            <w:shd w:val="clear" w:color="auto" w:fill="F3F6F8"/>
            <w:vAlign w:val="center"/>
          </w:tcPr>
          <w:p w14:paraId="7010F8B7" w14:textId="77777777" w:rsidR="001515A0" w:rsidRDefault="001515A0" w:rsidP="00B61BA3">
            <w:pPr>
              <w:spacing w:after="0" w:line="252" w:lineRule="auto"/>
            </w:pPr>
          </w:p>
        </w:tc>
      </w:tr>
      <w:tr w:rsidR="001515A0" w14:paraId="6408E120" w14:textId="77777777" w:rsidTr="00B61BA3">
        <w:trPr>
          <w:cantSplit/>
        </w:trPr>
        <w:tc>
          <w:tcPr>
            <w:tcW w:w="4535" w:type="dxa"/>
            <w:vAlign w:val="center"/>
          </w:tcPr>
          <w:p w14:paraId="0606B6CA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sz w:val="17"/>
              </w:rPr>
              <w:t>Odpisy</w:t>
            </w:r>
            <w:proofErr w:type="spellEnd"/>
            <w:r>
              <w:rPr>
                <w:rFonts w:eastAsia="Arial"/>
                <w:sz w:val="17"/>
              </w:rPr>
              <w:t xml:space="preserve"> a </w:t>
            </w:r>
            <w:proofErr w:type="spellStart"/>
            <w:r>
              <w:rPr>
                <w:rFonts w:eastAsia="Arial"/>
                <w:sz w:val="17"/>
              </w:rPr>
              <w:t>ostatní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náklady</w:t>
            </w:r>
            <w:proofErr w:type="spellEnd"/>
          </w:p>
        </w:tc>
        <w:tc>
          <w:tcPr>
            <w:tcW w:w="2154" w:type="dxa"/>
            <w:vAlign w:val="center"/>
          </w:tcPr>
          <w:p w14:paraId="4A9F19EE" w14:textId="77777777" w:rsidR="001515A0" w:rsidRDefault="001515A0" w:rsidP="00B61BA3">
            <w:pPr>
              <w:spacing w:after="0" w:line="252" w:lineRule="auto"/>
              <w:jc w:val="right"/>
            </w:pPr>
            <w:r>
              <w:t>144</w:t>
            </w:r>
          </w:p>
        </w:tc>
        <w:tc>
          <w:tcPr>
            <w:tcW w:w="3175" w:type="dxa"/>
            <w:vAlign w:val="center"/>
          </w:tcPr>
          <w:p w14:paraId="54B2A24A" w14:textId="77777777" w:rsidR="001515A0" w:rsidRDefault="001515A0" w:rsidP="00B61BA3">
            <w:pPr>
              <w:spacing w:after="0" w:line="252" w:lineRule="auto"/>
            </w:pPr>
          </w:p>
        </w:tc>
      </w:tr>
      <w:tr w:rsidR="001515A0" w14:paraId="1E8DCA11" w14:textId="77777777" w:rsidTr="00B61BA3">
        <w:trPr>
          <w:cantSplit/>
        </w:trPr>
        <w:tc>
          <w:tcPr>
            <w:tcW w:w="4535" w:type="dxa"/>
            <w:shd w:val="clear" w:color="auto" w:fill="F3F6F8"/>
            <w:vAlign w:val="center"/>
          </w:tcPr>
          <w:p w14:paraId="43B16636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sz w:val="17"/>
              </w:rPr>
              <w:t>Náklady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celkem</w:t>
            </w:r>
            <w:proofErr w:type="spellEnd"/>
          </w:p>
        </w:tc>
        <w:tc>
          <w:tcPr>
            <w:tcW w:w="2154" w:type="dxa"/>
            <w:shd w:val="clear" w:color="auto" w:fill="F3F6F8"/>
            <w:vAlign w:val="center"/>
          </w:tcPr>
          <w:p w14:paraId="07AAFA71" w14:textId="77777777" w:rsidR="001515A0" w:rsidRDefault="001515A0" w:rsidP="00B61BA3">
            <w:pPr>
              <w:spacing w:after="0" w:line="252" w:lineRule="auto"/>
              <w:jc w:val="right"/>
            </w:pPr>
            <w:r>
              <w:t>22 537</w:t>
            </w:r>
          </w:p>
        </w:tc>
        <w:tc>
          <w:tcPr>
            <w:tcW w:w="3175" w:type="dxa"/>
            <w:shd w:val="clear" w:color="auto" w:fill="F3F6F8"/>
            <w:vAlign w:val="center"/>
          </w:tcPr>
          <w:p w14:paraId="455665D7" w14:textId="77777777" w:rsidR="001515A0" w:rsidRDefault="001515A0" w:rsidP="00B61BA3">
            <w:pPr>
              <w:spacing w:after="0" w:line="252" w:lineRule="auto"/>
            </w:pPr>
          </w:p>
        </w:tc>
      </w:tr>
    </w:tbl>
    <w:p w14:paraId="408DA34D" w14:textId="77777777" w:rsidR="001515A0" w:rsidRDefault="001515A0" w:rsidP="001515A0">
      <w:pPr>
        <w:spacing w:after="20"/>
      </w:pPr>
    </w:p>
    <w:p w14:paraId="14BE927F" w14:textId="77777777" w:rsidR="001515A0" w:rsidRPr="00542FD1" w:rsidRDefault="001515A0" w:rsidP="001515A0">
      <w:pPr>
        <w:pStyle w:val="Nadpis2"/>
      </w:pPr>
      <w:r>
        <w:t xml:space="preserve">11.3 </w:t>
      </w:r>
      <w:proofErr w:type="spellStart"/>
      <w:r w:rsidRPr="00542FD1">
        <w:t>Výsledek</w:t>
      </w:r>
      <w:proofErr w:type="spellEnd"/>
      <w:r w:rsidRPr="00542FD1">
        <w:t xml:space="preserve"> </w:t>
      </w:r>
      <w:proofErr w:type="spellStart"/>
      <w:r w:rsidRPr="00542FD1">
        <w:t>hospodaření</w:t>
      </w:r>
      <w:proofErr w:type="spellEnd"/>
      <w:r w:rsidRPr="00542FD1">
        <w:t xml:space="preserve"> a </w:t>
      </w:r>
      <w:proofErr w:type="spellStart"/>
      <w:r w:rsidRPr="00542FD1">
        <w:t>fondy</w:t>
      </w:r>
      <w:proofErr w:type="spellEnd"/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4082"/>
        <w:gridCol w:w="5783"/>
      </w:tblGrid>
      <w:tr w:rsidR="001515A0" w14:paraId="1231FB4F" w14:textId="77777777" w:rsidTr="00B61BA3">
        <w:trPr>
          <w:cantSplit/>
          <w:tblHeader/>
        </w:trPr>
        <w:tc>
          <w:tcPr>
            <w:tcW w:w="4082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E06DD96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b/>
                <w:color w:val="FFFFFF"/>
                <w:sz w:val="18"/>
              </w:rPr>
              <w:t>Údaj</w:t>
            </w:r>
            <w:proofErr w:type="spellEnd"/>
          </w:p>
        </w:tc>
        <w:tc>
          <w:tcPr>
            <w:tcW w:w="5783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86FC053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b/>
                <w:color w:val="FFFFFF"/>
                <w:sz w:val="18"/>
              </w:rPr>
              <w:t>Hodnota</w:t>
            </w:r>
            <w:proofErr w:type="spellEnd"/>
          </w:p>
        </w:tc>
      </w:tr>
      <w:tr w:rsidR="001515A0" w14:paraId="66E275D1" w14:textId="77777777" w:rsidTr="00B61BA3">
        <w:trPr>
          <w:cantSplit/>
        </w:trPr>
        <w:tc>
          <w:tcPr>
            <w:tcW w:w="4082" w:type="dxa"/>
            <w:vAlign w:val="center"/>
          </w:tcPr>
          <w:p w14:paraId="2282C04C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sz w:val="18"/>
              </w:rPr>
              <w:t>Hospodářský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výsledek</w:t>
            </w:r>
            <w:proofErr w:type="spellEnd"/>
            <w:r>
              <w:rPr>
                <w:rFonts w:eastAsia="Arial"/>
                <w:sz w:val="18"/>
              </w:rPr>
              <w:t xml:space="preserve"> za </w:t>
            </w:r>
            <w:proofErr w:type="spellStart"/>
            <w:r>
              <w:rPr>
                <w:rFonts w:eastAsia="Arial"/>
                <w:sz w:val="18"/>
              </w:rPr>
              <w:t>rok</w:t>
            </w:r>
            <w:proofErr w:type="spellEnd"/>
            <w:r>
              <w:rPr>
                <w:rFonts w:eastAsia="Arial"/>
                <w:sz w:val="18"/>
              </w:rPr>
              <w:t xml:space="preserve"> 2025</w:t>
            </w:r>
          </w:p>
        </w:tc>
        <w:tc>
          <w:tcPr>
            <w:tcW w:w="5783" w:type="dxa"/>
            <w:vAlign w:val="center"/>
          </w:tcPr>
          <w:p w14:paraId="0D17D8BD" w14:textId="77777777" w:rsidR="001515A0" w:rsidRDefault="001515A0" w:rsidP="00B61BA3">
            <w:pPr>
              <w:spacing w:after="0" w:line="252" w:lineRule="auto"/>
            </w:pPr>
            <w:r>
              <w:t>173 tis.</w:t>
            </w:r>
          </w:p>
        </w:tc>
      </w:tr>
      <w:tr w:rsidR="001515A0" w14:paraId="77E743C6" w14:textId="77777777" w:rsidTr="00B61BA3">
        <w:trPr>
          <w:cantSplit/>
        </w:trPr>
        <w:tc>
          <w:tcPr>
            <w:tcW w:w="4082" w:type="dxa"/>
            <w:shd w:val="clear" w:color="auto" w:fill="F3F6F8"/>
            <w:vAlign w:val="center"/>
          </w:tcPr>
          <w:p w14:paraId="18CEC4BF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sz w:val="18"/>
              </w:rPr>
              <w:t>Způsob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vypořádání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výsledku</w:t>
            </w:r>
            <w:proofErr w:type="spellEnd"/>
          </w:p>
        </w:tc>
        <w:tc>
          <w:tcPr>
            <w:tcW w:w="5783" w:type="dxa"/>
            <w:shd w:val="clear" w:color="auto" w:fill="F3F6F8"/>
            <w:vAlign w:val="center"/>
          </w:tcPr>
          <w:p w14:paraId="4F5E837D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t>Kladný</w:t>
            </w:r>
            <w:proofErr w:type="spellEnd"/>
            <w:r>
              <w:t xml:space="preserve"> </w:t>
            </w:r>
            <w:proofErr w:type="spellStart"/>
            <w:r>
              <w:t>výsledek</w:t>
            </w:r>
            <w:proofErr w:type="spellEnd"/>
            <w:r>
              <w:t xml:space="preserve"> </w:t>
            </w:r>
            <w:proofErr w:type="spellStart"/>
            <w:r>
              <w:t>hospodaření</w:t>
            </w:r>
            <w:proofErr w:type="spellEnd"/>
            <w:r>
              <w:t xml:space="preserve"> po </w:t>
            </w:r>
            <w:proofErr w:type="spellStart"/>
            <w:r>
              <w:t>schválení</w:t>
            </w:r>
            <w:proofErr w:type="spellEnd"/>
            <w:r>
              <w:t xml:space="preserve"> </w:t>
            </w:r>
            <w:proofErr w:type="spellStart"/>
            <w:r>
              <w:t>bude</w:t>
            </w:r>
            <w:proofErr w:type="spellEnd"/>
            <w:r>
              <w:t xml:space="preserve"> </w:t>
            </w:r>
            <w:proofErr w:type="spellStart"/>
            <w:r>
              <w:t>převeden</w:t>
            </w:r>
            <w:proofErr w:type="spellEnd"/>
            <w:r>
              <w:t xml:space="preserve"> do </w:t>
            </w:r>
            <w:proofErr w:type="spellStart"/>
            <w:r>
              <w:t>rezervního</w:t>
            </w:r>
            <w:proofErr w:type="spellEnd"/>
            <w:r>
              <w:t xml:space="preserve"> fondu </w:t>
            </w:r>
            <w:proofErr w:type="spellStart"/>
            <w:r>
              <w:t>školské</w:t>
            </w:r>
            <w:proofErr w:type="spellEnd"/>
            <w:r>
              <w:t xml:space="preserve"> </w:t>
            </w:r>
            <w:proofErr w:type="spellStart"/>
            <w:r>
              <w:t>právnické</w:t>
            </w:r>
            <w:proofErr w:type="spellEnd"/>
            <w:r>
              <w:t xml:space="preserve"> </w:t>
            </w:r>
            <w:proofErr w:type="spellStart"/>
            <w:r>
              <w:t>osoby</w:t>
            </w:r>
            <w:proofErr w:type="spellEnd"/>
            <w:r>
              <w:t>.</w:t>
            </w:r>
          </w:p>
        </w:tc>
      </w:tr>
      <w:tr w:rsidR="001515A0" w14:paraId="4C9D7898" w14:textId="77777777" w:rsidTr="00B61BA3">
        <w:trPr>
          <w:cantSplit/>
        </w:trPr>
        <w:tc>
          <w:tcPr>
            <w:tcW w:w="4082" w:type="dxa"/>
            <w:vAlign w:val="center"/>
          </w:tcPr>
          <w:p w14:paraId="7E1FFC4F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sz w:val="18"/>
              </w:rPr>
              <w:t>Významné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investice</w:t>
            </w:r>
            <w:proofErr w:type="spellEnd"/>
            <w:r>
              <w:rPr>
                <w:rFonts w:eastAsia="Arial"/>
                <w:sz w:val="18"/>
              </w:rPr>
              <w:t xml:space="preserve"> a </w:t>
            </w:r>
            <w:proofErr w:type="spellStart"/>
            <w:r>
              <w:rPr>
                <w:rFonts w:eastAsia="Arial"/>
                <w:sz w:val="18"/>
              </w:rPr>
              <w:t>opravy</w:t>
            </w:r>
            <w:proofErr w:type="spellEnd"/>
          </w:p>
        </w:tc>
        <w:tc>
          <w:tcPr>
            <w:tcW w:w="5783" w:type="dxa"/>
            <w:vAlign w:val="center"/>
          </w:tcPr>
          <w:p w14:paraId="2C1F6CCB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t>Rekonstrukce</w:t>
            </w:r>
            <w:proofErr w:type="spellEnd"/>
            <w:r>
              <w:t xml:space="preserve"> </w:t>
            </w:r>
            <w:proofErr w:type="spellStart"/>
            <w:r>
              <w:t>koupelny</w:t>
            </w:r>
            <w:proofErr w:type="spellEnd"/>
            <w:r>
              <w:t xml:space="preserve"> v MŠ a ZŠ, </w:t>
            </w:r>
            <w:proofErr w:type="spellStart"/>
            <w:r>
              <w:t>rozšíření</w:t>
            </w:r>
            <w:proofErr w:type="spellEnd"/>
            <w:r>
              <w:t xml:space="preserve"> </w:t>
            </w:r>
            <w:proofErr w:type="spellStart"/>
            <w:r>
              <w:t>alarmového</w:t>
            </w:r>
            <w:proofErr w:type="spellEnd"/>
            <w:r>
              <w:t xml:space="preserve"> </w:t>
            </w:r>
            <w:proofErr w:type="spellStart"/>
            <w:r>
              <w:t>zabezpečení</w:t>
            </w:r>
            <w:proofErr w:type="spellEnd"/>
            <w:r>
              <w:t xml:space="preserve"> MŠ a ZŠ.</w:t>
            </w:r>
          </w:p>
        </w:tc>
      </w:tr>
      <w:tr w:rsidR="001515A0" w14:paraId="2D5A5B33" w14:textId="77777777" w:rsidTr="00B61BA3">
        <w:trPr>
          <w:cantSplit/>
        </w:trPr>
        <w:tc>
          <w:tcPr>
            <w:tcW w:w="4082" w:type="dxa"/>
            <w:shd w:val="clear" w:color="auto" w:fill="F3F6F8"/>
            <w:vAlign w:val="center"/>
          </w:tcPr>
          <w:p w14:paraId="502838AF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rPr>
                <w:rFonts w:eastAsia="Arial"/>
                <w:sz w:val="18"/>
              </w:rPr>
              <w:t>Komentář</w:t>
            </w:r>
            <w:proofErr w:type="spellEnd"/>
            <w:r>
              <w:rPr>
                <w:rFonts w:eastAsia="Arial"/>
                <w:sz w:val="18"/>
              </w:rPr>
              <w:t xml:space="preserve"> k </w:t>
            </w:r>
            <w:proofErr w:type="spellStart"/>
            <w:r>
              <w:rPr>
                <w:rFonts w:eastAsia="Arial"/>
                <w:sz w:val="18"/>
              </w:rPr>
              <w:t>finanční</w:t>
            </w:r>
            <w:proofErr w:type="spellEnd"/>
            <w:r>
              <w:rPr>
                <w:rFonts w:eastAsia="Arial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sz w:val="18"/>
              </w:rPr>
              <w:t>stabilitě</w:t>
            </w:r>
            <w:proofErr w:type="spellEnd"/>
          </w:p>
        </w:tc>
        <w:tc>
          <w:tcPr>
            <w:tcW w:w="5783" w:type="dxa"/>
            <w:shd w:val="clear" w:color="auto" w:fill="F3F6F8"/>
            <w:vAlign w:val="center"/>
          </w:tcPr>
          <w:p w14:paraId="321366C5" w14:textId="77777777" w:rsidR="001515A0" w:rsidRDefault="001515A0" w:rsidP="00B61BA3">
            <w:pPr>
              <w:spacing w:after="0" w:line="252" w:lineRule="auto"/>
            </w:pPr>
            <w:proofErr w:type="spellStart"/>
            <w:r>
              <w:t>Finanční</w:t>
            </w:r>
            <w:proofErr w:type="spellEnd"/>
            <w:r>
              <w:t xml:space="preserve"> </w:t>
            </w:r>
            <w:proofErr w:type="spellStart"/>
            <w:r>
              <w:t>situace</w:t>
            </w:r>
            <w:proofErr w:type="spellEnd"/>
            <w:r>
              <w:t xml:space="preserve"> </w:t>
            </w:r>
            <w:proofErr w:type="spellStart"/>
            <w:r>
              <w:t>organizace</w:t>
            </w:r>
            <w:proofErr w:type="spellEnd"/>
            <w:r>
              <w:t xml:space="preserve"> je </w:t>
            </w:r>
            <w:proofErr w:type="spellStart"/>
            <w:r>
              <w:t>stabilní</w:t>
            </w:r>
            <w:proofErr w:type="spellEnd"/>
            <w:r>
              <w:t xml:space="preserve">. V </w:t>
            </w:r>
            <w:proofErr w:type="spellStart"/>
            <w:r>
              <w:t>průběhu</w:t>
            </w:r>
            <w:proofErr w:type="spellEnd"/>
            <w:r>
              <w:t xml:space="preserve"> </w:t>
            </w:r>
            <w:proofErr w:type="spellStart"/>
            <w:r>
              <w:t>účetního</w:t>
            </w:r>
            <w:proofErr w:type="spellEnd"/>
            <w:r>
              <w:t xml:space="preserve"> </w:t>
            </w:r>
            <w:proofErr w:type="spellStart"/>
            <w:r>
              <w:t>období</w:t>
            </w:r>
            <w:proofErr w:type="spellEnd"/>
            <w:r>
              <w:t xml:space="preserve"> </w:t>
            </w:r>
            <w:proofErr w:type="spellStart"/>
            <w:r>
              <w:t>byla</w:t>
            </w:r>
            <w:proofErr w:type="spellEnd"/>
            <w:r>
              <w:t xml:space="preserve"> </w:t>
            </w:r>
            <w:proofErr w:type="spellStart"/>
            <w:r>
              <w:t>zajištěna</w:t>
            </w:r>
            <w:proofErr w:type="spellEnd"/>
            <w:r>
              <w:t xml:space="preserve"> </w:t>
            </w:r>
            <w:proofErr w:type="spellStart"/>
            <w:r>
              <w:t>průběžná</w:t>
            </w:r>
            <w:proofErr w:type="spellEnd"/>
            <w:r>
              <w:t xml:space="preserve"> </w:t>
            </w:r>
            <w:proofErr w:type="spellStart"/>
            <w:r>
              <w:t>úhrada</w:t>
            </w:r>
            <w:proofErr w:type="spellEnd"/>
            <w:r>
              <w:t xml:space="preserve"> </w:t>
            </w:r>
            <w:proofErr w:type="spellStart"/>
            <w:r>
              <w:t>závazků</w:t>
            </w:r>
            <w:proofErr w:type="spellEnd"/>
            <w:r>
              <w:t xml:space="preserve"> a </w:t>
            </w:r>
            <w:proofErr w:type="spellStart"/>
            <w:r>
              <w:t>organizace</w:t>
            </w:r>
            <w:proofErr w:type="spellEnd"/>
            <w:r>
              <w:t xml:space="preserve"> </w:t>
            </w:r>
            <w:proofErr w:type="spellStart"/>
            <w:r>
              <w:t>plnila</w:t>
            </w:r>
            <w:proofErr w:type="spellEnd"/>
            <w:r>
              <w:t xml:space="preserve"> </w:t>
            </w:r>
            <w:proofErr w:type="spellStart"/>
            <w:r>
              <w:t>své</w:t>
            </w:r>
            <w:proofErr w:type="spellEnd"/>
            <w:r>
              <w:t xml:space="preserve"> </w:t>
            </w:r>
            <w:proofErr w:type="spellStart"/>
            <w:r>
              <w:t>finanční</w:t>
            </w:r>
            <w:proofErr w:type="spellEnd"/>
            <w:r>
              <w:t xml:space="preserve"> </w:t>
            </w:r>
            <w:proofErr w:type="spellStart"/>
            <w:r>
              <w:t>povinnosti</w:t>
            </w:r>
            <w:proofErr w:type="spellEnd"/>
            <w:r>
              <w:t xml:space="preserve"> </w:t>
            </w:r>
            <w:proofErr w:type="spellStart"/>
            <w:r>
              <w:t>řádně</w:t>
            </w:r>
            <w:proofErr w:type="spellEnd"/>
            <w:r>
              <w:t xml:space="preserve"> a </w:t>
            </w:r>
            <w:proofErr w:type="spellStart"/>
            <w:r>
              <w:t>včas</w:t>
            </w:r>
            <w:proofErr w:type="spellEnd"/>
            <w:r>
              <w:t xml:space="preserve">. </w:t>
            </w:r>
            <w:proofErr w:type="spellStart"/>
            <w:r>
              <w:t>Hospodaření</w:t>
            </w:r>
            <w:proofErr w:type="spellEnd"/>
            <w:r>
              <w:t xml:space="preserve"> za </w:t>
            </w:r>
            <w:proofErr w:type="spellStart"/>
            <w:r>
              <w:t>školní</w:t>
            </w:r>
            <w:proofErr w:type="spellEnd"/>
            <w:r>
              <w:t xml:space="preserve"> </w:t>
            </w:r>
            <w:proofErr w:type="spellStart"/>
            <w:r>
              <w:t>rok</w:t>
            </w:r>
            <w:proofErr w:type="spellEnd"/>
            <w:r>
              <w:t xml:space="preserve"> 2025/2026 je </w:t>
            </w:r>
            <w:proofErr w:type="spellStart"/>
            <w:r>
              <w:t>zatím</w:t>
            </w:r>
            <w:proofErr w:type="spellEnd"/>
            <w:r>
              <w:t xml:space="preserve"> </w:t>
            </w:r>
            <w:proofErr w:type="spellStart"/>
            <w:r>
              <w:t>ukončeno</w:t>
            </w:r>
            <w:proofErr w:type="spellEnd"/>
            <w:r>
              <w:t xml:space="preserve"> s </w:t>
            </w:r>
            <w:proofErr w:type="spellStart"/>
            <w:r>
              <w:t>kladným</w:t>
            </w:r>
            <w:proofErr w:type="spellEnd"/>
            <w:r>
              <w:t xml:space="preserve"> </w:t>
            </w:r>
            <w:proofErr w:type="spellStart"/>
            <w:r>
              <w:t>výsledkem</w:t>
            </w:r>
            <w:proofErr w:type="spellEnd"/>
            <w:r>
              <w:t xml:space="preserve"> </w:t>
            </w:r>
            <w:proofErr w:type="spellStart"/>
            <w:r>
              <w:t>hospodaření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výši</w:t>
            </w:r>
            <w:proofErr w:type="spellEnd"/>
            <w:r>
              <w:t xml:space="preserve"> 173 tis. </w:t>
            </w:r>
            <w:proofErr w:type="spellStart"/>
            <w:r>
              <w:t>Kč</w:t>
            </w:r>
            <w:proofErr w:type="spellEnd"/>
            <w:r>
              <w:t xml:space="preserve">. </w:t>
            </w:r>
            <w:proofErr w:type="spellStart"/>
            <w:r>
              <w:t>Vytvořená</w:t>
            </w:r>
            <w:proofErr w:type="spellEnd"/>
            <w:r>
              <w:t xml:space="preserve"> </w:t>
            </w:r>
            <w:proofErr w:type="spellStart"/>
            <w:r>
              <w:t>finanční</w:t>
            </w:r>
            <w:proofErr w:type="spellEnd"/>
            <w:r>
              <w:t xml:space="preserve"> </w:t>
            </w:r>
            <w:proofErr w:type="spellStart"/>
            <w:r>
              <w:t>rezerva</w:t>
            </w:r>
            <w:proofErr w:type="spellEnd"/>
            <w:r>
              <w:t xml:space="preserve"> </w:t>
            </w:r>
            <w:proofErr w:type="spellStart"/>
            <w:r>
              <w:t>bude</w:t>
            </w:r>
            <w:proofErr w:type="spellEnd"/>
            <w:r>
              <w:t xml:space="preserve"> </w:t>
            </w:r>
            <w:proofErr w:type="spellStart"/>
            <w:r>
              <w:t>využita</w:t>
            </w:r>
            <w:proofErr w:type="spellEnd"/>
            <w:r>
              <w:t xml:space="preserve"> </w:t>
            </w:r>
            <w:proofErr w:type="spellStart"/>
            <w:r>
              <w:t>zejména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krytí</w:t>
            </w:r>
            <w:proofErr w:type="spellEnd"/>
            <w:r>
              <w:t xml:space="preserve"> </w:t>
            </w:r>
            <w:proofErr w:type="spellStart"/>
            <w:r>
              <w:t>případných</w:t>
            </w:r>
            <w:proofErr w:type="spellEnd"/>
            <w:r>
              <w:t xml:space="preserve"> </w:t>
            </w:r>
            <w:proofErr w:type="spellStart"/>
            <w:r>
              <w:t>neočekávaných</w:t>
            </w:r>
            <w:proofErr w:type="spellEnd"/>
            <w:r>
              <w:t xml:space="preserve"> </w:t>
            </w:r>
            <w:proofErr w:type="spellStart"/>
            <w:r>
              <w:t>výdajů</w:t>
            </w:r>
            <w:proofErr w:type="spellEnd"/>
            <w:r>
              <w:t xml:space="preserve"> a k </w:t>
            </w:r>
            <w:proofErr w:type="spellStart"/>
            <w:r>
              <w:t>postupné</w:t>
            </w:r>
            <w:proofErr w:type="spellEnd"/>
            <w:r>
              <w:t xml:space="preserve"> </w:t>
            </w:r>
            <w:proofErr w:type="spellStart"/>
            <w:r>
              <w:t>obnově</w:t>
            </w:r>
            <w:proofErr w:type="spellEnd"/>
            <w:r>
              <w:t xml:space="preserve"> a </w:t>
            </w:r>
            <w:proofErr w:type="spellStart"/>
            <w:r>
              <w:t>modernizaci</w:t>
            </w:r>
            <w:proofErr w:type="spellEnd"/>
            <w:r>
              <w:t xml:space="preserve"> IT </w:t>
            </w:r>
            <w:proofErr w:type="spellStart"/>
            <w:r>
              <w:t>vybavení</w:t>
            </w:r>
            <w:proofErr w:type="spellEnd"/>
            <w:r>
              <w:t xml:space="preserve"> </w:t>
            </w:r>
            <w:proofErr w:type="spellStart"/>
            <w:r>
              <w:t>školy</w:t>
            </w:r>
            <w:proofErr w:type="spellEnd"/>
            <w:r>
              <w:t xml:space="preserve">. S </w:t>
            </w:r>
            <w:proofErr w:type="spellStart"/>
            <w:r>
              <w:t>ohledem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rychlý</w:t>
            </w:r>
            <w:proofErr w:type="spellEnd"/>
            <w:r>
              <w:t xml:space="preserve"> </w:t>
            </w:r>
            <w:proofErr w:type="spellStart"/>
            <w:r>
              <w:t>rozvoj</w:t>
            </w:r>
            <w:proofErr w:type="spellEnd"/>
            <w:r>
              <w:t xml:space="preserve"> </w:t>
            </w:r>
            <w:proofErr w:type="spellStart"/>
            <w:r>
              <w:t>digitálních</w:t>
            </w:r>
            <w:proofErr w:type="spellEnd"/>
            <w:r>
              <w:t xml:space="preserve"> </w:t>
            </w:r>
            <w:proofErr w:type="spellStart"/>
            <w:r>
              <w:t>technologií</w:t>
            </w:r>
            <w:proofErr w:type="spellEnd"/>
            <w:r>
              <w:t xml:space="preserve"> a </w:t>
            </w:r>
            <w:proofErr w:type="spellStart"/>
            <w:r>
              <w:t>nástup</w:t>
            </w:r>
            <w:proofErr w:type="spellEnd"/>
            <w:r>
              <w:t xml:space="preserve"> </w:t>
            </w:r>
            <w:proofErr w:type="spellStart"/>
            <w:r>
              <w:t>nástrojů</w:t>
            </w:r>
            <w:proofErr w:type="spellEnd"/>
            <w:r>
              <w:t xml:space="preserve"> </w:t>
            </w:r>
            <w:proofErr w:type="spellStart"/>
            <w:r>
              <w:t>využívajících</w:t>
            </w:r>
            <w:proofErr w:type="spellEnd"/>
            <w:r>
              <w:t xml:space="preserve"> </w:t>
            </w:r>
            <w:proofErr w:type="spellStart"/>
            <w:r>
              <w:t>umělou</w:t>
            </w:r>
            <w:proofErr w:type="spellEnd"/>
            <w:r>
              <w:t xml:space="preserve"> </w:t>
            </w:r>
            <w:proofErr w:type="spellStart"/>
            <w:r>
              <w:t>inteligenci</w:t>
            </w:r>
            <w:proofErr w:type="spellEnd"/>
            <w:r>
              <w:t xml:space="preserve"> </w:t>
            </w:r>
            <w:proofErr w:type="spellStart"/>
            <w:r>
              <w:t>organizace</w:t>
            </w:r>
            <w:proofErr w:type="spellEnd"/>
            <w:r>
              <w:t xml:space="preserve"> </w:t>
            </w:r>
            <w:proofErr w:type="spellStart"/>
            <w:r>
              <w:t>předpokládá</w:t>
            </w:r>
            <w:proofErr w:type="spellEnd"/>
            <w:r>
              <w:t xml:space="preserve"> </w:t>
            </w:r>
            <w:proofErr w:type="spellStart"/>
            <w:r>
              <w:t>potřebu</w:t>
            </w:r>
            <w:proofErr w:type="spellEnd"/>
            <w:r>
              <w:t xml:space="preserve"> </w:t>
            </w:r>
            <w:proofErr w:type="spellStart"/>
            <w:r>
              <w:t>dalších</w:t>
            </w:r>
            <w:proofErr w:type="spellEnd"/>
            <w:r>
              <w:t xml:space="preserve"> </w:t>
            </w:r>
            <w:proofErr w:type="spellStart"/>
            <w:r>
              <w:t>investic</w:t>
            </w:r>
            <w:proofErr w:type="spellEnd"/>
            <w:r>
              <w:t xml:space="preserve"> do </w:t>
            </w:r>
            <w:proofErr w:type="spellStart"/>
            <w:r>
              <w:t>technického</w:t>
            </w:r>
            <w:proofErr w:type="spellEnd"/>
            <w:r>
              <w:t xml:space="preserve"> </w:t>
            </w:r>
            <w:proofErr w:type="spellStart"/>
            <w:r>
              <w:t>vybavení</w:t>
            </w:r>
            <w:proofErr w:type="spellEnd"/>
            <w:r>
              <w:t xml:space="preserve"> a </w:t>
            </w:r>
            <w:proofErr w:type="spellStart"/>
            <w:r>
              <w:t>softwaru</w:t>
            </w:r>
            <w:proofErr w:type="spellEnd"/>
            <w:r>
              <w:t xml:space="preserve">. </w:t>
            </w:r>
            <w:proofErr w:type="spellStart"/>
            <w:r>
              <w:t>Tvorba</w:t>
            </w:r>
            <w:proofErr w:type="spellEnd"/>
            <w:r>
              <w:t xml:space="preserve"> </w:t>
            </w:r>
            <w:proofErr w:type="spellStart"/>
            <w:r>
              <w:t>finanční</w:t>
            </w:r>
            <w:proofErr w:type="spellEnd"/>
            <w:r>
              <w:t xml:space="preserve"> </w:t>
            </w:r>
            <w:proofErr w:type="spellStart"/>
            <w:r>
              <w:t>rezervy</w:t>
            </w:r>
            <w:proofErr w:type="spellEnd"/>
            <w:r>
              <w:t xml:space="preserve"> </w:t>
            </w:r>
            <w:proofErr w:type="spellStart"/>
            <w:r>
              <w:t>tak</w:t>
            </w:r>
            <w:proofErr w:type="spellEnd"/>
            <w:r>
              <w:t xml:space="preserve"> </w:t>
            </w:r>
            <w:proofErr w:type="spellStart"/>
            <w:r>
              <w:t>přispívá</w:t>
            </w:r>
            <w:proofErr w:type="spellEnd"/>
            <w:r>
              <w:t xml:space="preserve"> k </w:t>
            </w:r>
            <w:proofErr w:type="spellStart"/>
            <w:r>
              <w:t>dlouhodobé</w:t>
            </w:r>
            <w:proofErr w:type="spellEnd"/>
            <w:r>
              <w:t xml:space="preserve"> </w:t>
            </w:r>
            <w:proofErr w:type="spellStart"/>
            <w:r>
              <w:t>finanční</w:t>
            </w:r>
            <w:proofErr w:type="spellEnd"/>
            <w:r>
              <w:t xml:space="preserve"> </w:t>
            </w:r>
            <w:proofErr w:type="spellStart"/>
            <w:r>
              <w:t>stabilitě</w:t>
            </w:r>
            <w:proofErr w:type="spellEnd"/>
            <w:r>
              <w:t xml:space="preserve"> </w:t>
            </w:r>
            <w:proofErr w:type="spellStart"/>
            <w:r>
              <w:t>školy</w:t>
            </w:r>
            <w:proofErr w:type="spellEnd"/>
            <w:r>
              <w:t xml:space="preserve"> a </w:t>
            </w:r>
            <w:proofErr w:type="spellStart"/>
            <w:r>
              <w:t>umožňuje</w:t>
            </w:r>
            <w:proofErr w:type="spellEnd"/>
            <w:r>
              <w:t xml:space="preserve"> </w:t>
            </w:r>
            <w:proofErr w:type="spellStart"/>
            <w:r>
              <w:t>pružně</w:t>
            </w:r>
            <w:proofErr w:type="spellEnd"/>
            <w:r>
              <w:t xml:space="preserve"> </w:t>
            </w:r>
            <w:proofErr w:type="spellStart"/>
            <w:r>
              <w:t>reagovat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budoucí</w:t>
            </w:r>
            <w:proofErr w:type="spellEnd"/>
            <w:r>
              <w:t xml:space="preserve"> </w:t>
            </w:r>
            <w:proofErr w:type="spellStart"/>
            <w:r>
              <w:t>provozní</w:t>
            </w:r>
            <w:proofErr w:type="spellEnd"/>
            <w:r>
              <w:t xml:space="preserve"> a </w:t>
            </w:r>
            <w:proofErr w:type="spellStart"/>
            <w:r>
              <w:t>technologické</w:t>
            </w:r>
            <w:proofErr w:type="spellEnd"/>
            <w:r>
              <w:t xml:space="preserve"> </w:t>
            </w:r>
            <w:proofErr w:type="spellStart"/>
            <w:r>
              <w:t>potřeby</w:t>
            </w:r>
            <w:proofErr w:type="spellEnd"/>
            <w:r>
              <w:t xml:space="preserve">.  </w:t>
            </w:r>
          </w:p>
        </w:tc>
      </w:tr>
    </w:tbl>
    <w:p w14:paraId="7E697FE0" w14:textId="77777777" w:rsidR="001515A0" w:rsidRDefault="001515A0" w:rsidP="001515A0">
      <w:pPr>
        <w:spacing w:after="20"/>
      </w:pPr>
    </w:p>
    <w:p w14:paraId="3C4721E5" w14:textId="77777777" w:rsidR="004F2747" w:rsidRDefault="00542FD1" w:rsidP="00542FD1">
      <w:pPr>
        <w:pStyle w:val="Nadpis1"/>
      </w:pPr>
      <w:r>
        <w:lastRenderedPageBreak/>
        <w:t xml:space="preserve">12. </w:t>
      </w:r>
      <w:proofErr w:type="spellStart"/>
      <w:r w:rsidR="00B25EFB">
        <w:t>Rozvojové</w:t>
      </w:r>
      <w:proofErr w:type="spellEnd"/>
      <w:r w:rsidR="00B25EFB">
        <w:t xml:space="preserve">, </w:t>
      </w:r>
      <w:proofErr w:type="spellStart"/>
      <w:r w:rsidR="00B25EFB">
        <w:t>dotační</w:t>
      </w:r>
      <w:proofErr w:type="spellEnd"/>
      <w:r w:rsidR="00B25EFB">
        <w:t xml:space="preserve"> a </w:t>
      </w:r>
      <w:proofErr w:type="spellStart"/>
      <w:r w:rsidR="00B25EFB">
        <w:t>mezinárodní</w:t>
      </w:r>
      <w:proofErr w:type="spellEnd"/>
      <w:r w:rsidR="00B25EFB">
        <w:t xml:space="preserve"> </w:t>
      </w:r>
      <w:proofErr w:type="spellStart"/>
      <w:r w:rsidR="00B25EFB">
        <w:t>programy</w:t>
      </w:r>
      <w:proofErr w:type="spellEnd"/>
    </w:p>
    <w:p w14:paraId="0FEC2D0E" w14:textId="77777777" w:rsidR="004F2747" w:rsidRPr="001928E8" w:rsidRDefault="00B25EFB">
      <w:pPr>
        <w:rPr>
          <w:rFonts w:cs="Arial"/>
          <w:sz w:val="20"/>
          <w:szCs w:val="20"/>
        </w:rPr>
      </w:pPr>
      <w:r w:rsidRPr="001928E8">
        <w:rPr>
          <w:rFonts w:eastAsia="Arial" w:cs="Arial"/>
          <w:sz w:val="20"/>
          <w:szCs w:val="20"/>
        </w:rPr>
        <w:t xml:space="preserve">Tato </w:t>
      </w:r>
      <w:proofErr w:type="spellStart"/>
      <w:r w:rsidRPr="001928E8">
        <w:rPr>
          <w:rFonts w:eastAsia="Arial" w:cs="Arial"/>
          <w:sz w:val="20"/>
          <w:szCs w:val="20"/>
        </w:rPr>
        <w:t>kapitola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není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samostatnou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povinnou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náležitostí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podle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aktuálního</w:t>
      </w:r>
      <w:proofErr w:type="spellEnd"/>
      <w:r w:rsidRPr="001928E8">
        <w:rPr>
          <w:rFonts w:eastAsia="Arial" w:cs="Arial"/>
          <w:sz w:val="20"/>
          <w:szCs w:val="20"/>
        </w:rPr>
        <w:t xml:space="preserve"> § 7 </w:t>
      </w:r>
      <w:proofErr w:type="spellStart"/>
      <w:r w:rsidRPr="001928E8">
        <w:rPr>
          <w:rFonts w:eastAsia="Arial" w:cs="Arial"/>
          <w:sz w:val="20"/>
          <w:szCs w:val="20"/>
        </w:rPr>
        <w:t>odst</w:t>
      </w:r>
      <w:proofErr w:type="spellEnd"/>
      <w:r w:rsidRPr="001928E8">
        <w:rPr>
          <w:rFonts w:eastAsia="Arial" w:cs="Arial"/>
          <w:sz w:val="20"/>
          <w:szCs w:val="20"/>
        </w:rPr>
        <w:t xml:space="preserve">. 1 </w:t>
      </w:r>
      <w:proofErr w:type="spellStart"/>
      <w:r w:rsidRPr="001928E8">
        <w:rPr>
          <w:rFonts w:eastAsia="Arial" w:cs="Arial"/>
          <w:sz w:val="20"/>
          <w:szCs w:val="20"/>
        </w:rPr>
        <w:t>vyhlášky</w:t>
      </w:r>
      <w:proofErr w:type="spellEnd"/>
      <w:r w:rsidRPr="001928E8">
        <w:rPr>
          <w:rFonts w:eastAsia="Arial" w:cs="Arial"/>
          <w:sz w:val="20"/>
          <w:szCs w:val="20"/>
        </w:rPr>
        <w:t xml:space="preserve"> č. 15/2005 Sb., ale </w:t>
      </w:r>
      <w:proofErr w:type="spellStart"/>
      <w:r w:rsidRPr="001928E8">
        <w:rPr>
          <w:rFonts w:eastAsia="Arial" w:cs="Arial"/>
          <w:sz w:val="20"/>
          <w:szCs w:val="20"/>
        </w:rPr>
        <w:t>vhodně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dokládá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rozvoj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školy</w:t>
      </w:r>
      <w:proofErr w:type="spellEnd"/>
      <w:r w:rsidRPr="001928E8">
        <w:rPr>
          <w:rFonts w:eastAsia="Arial" w:cs="Arial"/>
          <w:sz w:val="20"/>
          <w:szCs w:val="20"/>
        </w:rPr>
        <w:t xml:space="preserve">, </w:t>
      </w:r>
      <w:proofErr w:type="spellStart"/>
      <w:r w:rsidRPr="001928E8">
        <w:rPr>
          <w:rFonts w:eastAsia="Arial" w:cs="Arial"/>
          <w:sz w:val="20"/>
          <w:szCs w:val="20"/>
        </w:rPr>
        <w:t>hospodaření</w:t>
      </w:r>
      <w:proofErr w:type="spellEnd"/>
      <w:r w:rsidRPr="001928E8">
        <w:rPr>
          <w:rFonts w:eastAsia="Arial" w:cs="Arial"/>
          <w:sz w:val="20"/>
          <w:szCs w:val="20"/>
        </w:rPr>
        <w:t xml:space="preserve"> a </w:t>
      </w:r>
      <w:proofErr w:type="spellStart"/>
      <w:r w:rsidRPr="001928E8">
        <w:rPr>
          <w:rFonts w:eastAsia="Arial" w:cs="Arial"/>
          <w:sz w:val="20"/>
          <w:szCs w:val="20"/>
        </w:rPr>
        <w:t>naplňování</w:t>
      </w:r>
      <w:proofErr w:type="spellEnd"/>
      <w:r w:rsidRPr="001928E8">
        <w:rPr>
          <w:rFonts w:eastAsia="Arial" w:cs="Arial"/>
          <w:sz w:val="20"/>
          <w:szCs w:val="20"/>
        </w:rPr>
        <w:t xml:space="preserve"> ŠVP.</w:t>
      </w:r>
    </w:p>
    <w:tbl>
      <w:tblPr>
        <w:tblW w:w="9866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1361"/>
        <w:gridCol w:w="2268"/>
        <w:gridCol w:w="1474"/>
        <w:gridCol w:w="2835"/>
      </w:tblGrid>
      <w:tr w:rsidR="004F2747" w:rsidRPr="001928E8" w14:paraId="7CFFBB5F" w14:textId="77777777">
        <w:trPr>
          <w:cantSplit/>
          <w:tblHeader/>
        </w:trPr>
        <w:tc>
          <w:tcPr>
            <w:tcW w:w="1928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28923E9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Název</w:t>
            </w:r>
            <w:proofErr w:type="spellEnd"/>
          </w:p>
        </w:tc>
        <w:tc>
          <w:tcPr>
            <w:tcW w:w="136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23399D5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Období</w:t>
            </w:r>
            <w:proofErr w:type="spellEnd"/>
          </w:p>
        </w:tc>
        <w:tc>
          <w:tcPr>
            <w:tcW w:w="2268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0A14157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Zdroj</w:t>
            </w:r>
            <w:proofErr w:type="spellEnd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/ reg. </w:t>
            </w: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číslo</w:t>
            </w:r>
            <w:proofErr w:type="spellEnd"/>
          </w:p>
        </w:tc>
        <w:tc>
          <w:tcPr>
            <w:tcW w:w="147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55492F4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Rozpočet</w:t>
            </w:r>
            <w:proofErr w:type="spellEnd"/>
          </w:p>
        </w:tc>
        <w:tc>
          <w:tcPr>
            <w:tcW w:w="283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8966725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Výstupy</w:t>
            </w:r>
            <w:proofErr w:type="spellEnd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dopad</w:t>
            </w:r>
            <w:proofErr w:type="spellEnd"/>
          </w:p>
        </w:tc>
      </w:tr>
      <w:tr w:rsidR="004F2747" w:rsidRPr="001928E8" w14:paraId="240705A6" w14:textId="77777777">
        <w:trPr>
          <w:cantSplit/>
        </w:trPr>
        <w:tc>
          <w:tcPr>
            <w:tcW w:w="1928" w:type="dxa"/>
            <w:vAlign w:val="center"/>
          </w:tcPr>
          <w:p w14:paraId="79C42FE8" w14:textId="77777777" w:rsidR="004F2747" w:rsidRPr="001928E8" w:rsidRDefault="0060712C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Šablony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J.A.K.</w:t>
            </w:r>
          </w:p>
        </w:tc>
        <w:tc>
          <w:tcPr>
            <w:tcW w:w="1361" w:type="dxa"/>
            <w:vAlign w:val="center"/>
          </w:tcPr>
          <w:p w14:paraId="766ED5FB" w14:textId="77777777" w:rsidR="004F2747" w:rsidRPr="001928E8" w:rsidRDefault="0060712C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1.9.2024 do 31.8.2026</w:t>
            </w:r>
          </w:p>
        </w:tc>
        <w:tc>
          <w:tcPr>
            <w:tcW w:w="2268" w:type="dxa"/>
            <w:vAlign w:val="center"/>
          </w:tcPr>
          <w:p w14:paraId="15140462" w14:textId="77777777" w:rsidR="004F2747" w:rsidRPr="001928E8" w:rsidRDefault="0060712C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CZ.02.02.XX/00/24-034/0010666</w:t>
            </w:r>
          </w:p>
        </w:tc>
        <w:tc>
          <w:tcPr>
            <w:tcW w:w="1474" w:type="dxa"/>
            <w:vAlign w:val="center"/>
          </w:tcPr>
          <w:p w14:paraId="3BF8E35E" w14:textId="77777777" w:rsidR="004F2747" w:rsidRPr="001928E8" w:rsidRDefault="0060712C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784.436</w:t>
            </w:r>
          </w:p>
        </w:tc>
        <w:tc>
          <w:tcPr>
            <w:tcW w:w="2835" w:type="dxa"/>
            <w:vAlign w:val="center"/>
          </w:tcPr>
          <w:p w14:paraId="563756BA" w14:textId="77777777" w:rsidR="004F2747" w:rsidRPr="001928E8" w:rsidRDefault="0060712C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Finanční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prostředky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byly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použity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financování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školního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asistenta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v MŠ a ZŠ, pro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vzdělávání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pracovníků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školy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a pro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dovybavení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IT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techniky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v MŠ a ZŠ.</w:t>
            </w:r>
          </w:p>
        </w:tc>
      </w:tr>
      <w:tr w:rsidR="004F2747" w:rsidRPr="001928E8" w14:paraId="2FFE3769" w14:textId="77777777">
        <w:trPr>
          <w:cantSplit/>
        </w:trPr>
        <w:tc>
          <w:tcPr>
            <w:tcW w:w="1928" w:type="dxa"/>
            <w:shd w:val="clear" w:color="auto" w:fill="F3F6F8"/>
            <w:vAlign w:val="center"/>
          </w:tcPr>
          <w:p w14:paraId="3C70703F" w14:textId="77777777" w:rsidR="004F2747" w:rsidRPr="001928E8" w:rsidRDefault="00E603A7" w:rsidP="00E603A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Erasmus </w:t>
            </w:r>
          </w:p>
        </w:tc>
        <w:tc>
          <w:tcPr>
            <w:tcW w:w="1361" w:type="dxa"/>
            <w:shd w:val="clear" w:color="auto" w:fill="F3F6F8"/>
            <w:vAlign w:val="center"/>
          </w:tcPr>
          <w:p w14:paraId="408EEA8B" w14:textId="77777777" w:rsidR="004F2747" w:rsidRPr="001928E8" w:rsidRDefault="001041FA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Od 20.1.2026</w:t>
            </w:r>
          </w:p>
        </w:tc>
        <w:tc>
          <w:tcPr>
            <w:tcW w:w="2268" w:type="dxa"/>
            <w:shd w:val="clear" w:color="auto" w:fill="F3F6F8"/>
            <w:vAlign w:val="center"/>
          </w:tcPr>
          <w:p w14:paraId="45C89F2D" w14:textId="77777777" w:rsidR="004F2747" w:rsidRPr="001928E8" w:rsidRDefault="00E603A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E10232457</w:t>
            </w:r>
          </w:p>
        </w:tc>
        <w:tc>
          <w:tcPr>
            <w:tcW w:w="1474" w:type="dxa"/>
            <w:shd w:val="clear" w:color="auto" w:fill="F3F6F8"/>
            <w:vAlign w:val="center"/>
          </w:tcPr>
          <w:p w14:paraId="3C8F6288" w14:textId="77777777" w:rsidR="004F2747" w:rsidRPr="001928E8" w:rsidRDefault="004F274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3F6F8"/>
            <w:vAlign w:val="center"/>
          </w:tcPr>
          <w:p w14:paraId="63C3C56F" w14:textId="77777777" w:rsidR="004F2747" w:rsidRPr="001928E8" w:rsidRDefault="001041FA" w:rsidP="001041FA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Tento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project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organizuje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MŠ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Světice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a my se k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připojili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.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Cílem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jsou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stáže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pedagogů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v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zahraničních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MŠ a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školení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pedagogů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>.</w:t>
            </w:r>
          </w:p>
          <w:p w14:paraId="687A1ED8" w14:textId="77777777" w:rsidR="001041FA" w:rsidRPr="001928E8" w:rsidRDefault="001041FA" w:rsidP="001041FA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1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paní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učitelka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již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absolvovala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stáž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Maltě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, 1 v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Estonsku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>.</w:t>
            </w:r>
          </w:p>
        </w:tc>
      </w:tr>
    </w:tbl>
    <w:p w14:paraId="46A0830C" w14:textId="77777777" w:rsidR="004F2747" w:rsidRPr="001928E8" w:rsidRDefault="004F2747">
      <w:pPr>
        <w:spacing w:after="20"/>
        <w:rPr>
          <w:rFonts w:cs="Arial"/>
          <w:sz w:val="20"/>
          <w:szCs w:val="20"/>
        </w:rPr>
      </w:pPr>
    </w:p>
    <w:p w14:paraId="16D03D47" w14:textId="77777777" w:rsidR="004F2747" w:rsidRPr="001928E8" w:rsidRDefault="00542FD1" w:rsidP="00542FD1">
      <w:pPr>
        <w:pStyle w:val="Nadpis2"/>
        <w:rPr>
          <w:rFonts w:ascii="Arial" w:hAnsi="Arial" w:cs="Arial"/>
          <w:sz w:val="20"/>
          <w:szCs w:val="20"/>
        </w:rPr>
      </w:pPr>
      <w:r w:rsidRPr="001928E8">
        <w:rPr>
          <w:rFonts w:ascii="Arial" w:hAnsi="Arial" w:cs="Arial"/>
          <w:sz w:val="20"/>
          <w:szCs w:val="20"/>
        </w:rPr>
        <w:t xml:space="preserve">12.1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Investice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z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vlastních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zdrojů</w:t>
      </w:r>
      <w:proofErr w:type="spellEnd"/>
    </w:p>
    <w:p w14:paraId="338CB132" w14:textId="6BD9635E" w:rsidR="00A2383E" w:rsidRPr="001928E8" w:rsidRDefault="00A2383E" w:rsidP="00A2383E">
      <w:pPr>
        <w:rPr>
          <w:rFonts w:cs="Arial"/>
          <w:sz w:val="20"/>
          <w:szCs w:val="20"/>
        </w:rPr>
      </w:pPr>
      <w:proofErr w:type="spellStart"/>
      <w:r w:rsidRPr="001928E8">
        <w:rPr>
          <w:rFonts w:cs="Arial"/>
          <w:sz w:val="20"/>
          <w:szCs w:val="20"/>
        </w:rPr>
        <w:t>Organizace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vydává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pravidelně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nemalé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finanční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prostředky</w:t>
      </w:r>
      <w:proofErr w:type="spellEnd"/>
      <w:r w:rsidRPr="001928E8">
        <w:rPr>
          <w:rFonts w:cs="Arial"/>
          <w:sz w:val="20"/>
          <w:szCs w:val="20"/>
        </w:rPr>
        <w:t xml:space="preserve"> za </w:t>
      </w:r>
      <w:proofErr w:type="spellStart"/>
      <w:r w:rsidR="003B6410" w:rsidRPr="001928E8">
        <w:rPr>
          <w:rFonts w:cs="Arial"/>
          <w:sz w:val="20"/>
          <w:szCs w:val="20"/>
        </w:rPr>
        <w:t>drobné</w:t>
      </w:r>
      <w:proofErr w:type="spellEnd"/>
      <w:r w:rsidR="003B6410"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opravy</w:t>
      </w:r>
      <w:proofErr w:type="spellEnd"/>
      <w:r w:rsidRPr="001928E8">
        <w:rPr>
          <w:rFonts w:cs="Arial"/>
          <w:sz w:val="20"/>
          <w:szCs w:val="20"/>
        </w:rPr>
        <w:t xml:space="preserve"> a </w:t>
      </w:r>
      <w:proofErr w:type="spellStart"/>
      <w:r w:rsidRPr="001928E8">
        <w:rPr>
          <w:rFonts w:cs="Arial"/>
          <w:sz w:val="20"/>
          <w:szCs w:val="20"/>
        </w:rPr>
        <w:t>údržbu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budovy</w:t>
      </w:r>
      <w:proofErr w:type="spellEnd"/>
      <w:r w:rsidRPr="001928E8">
        <w:rPr>
          <w:rFonts w:cs="Arial"/>
          <w:sz w:val="20"/>
          <w:szCs w:val="20"/>
        </w:rPr>
        <w:t xml:space="preserve">. </w:t>
      </w:r>
      <w:proofErr w:type="spellStart"/>
      <w:r w:rsidRPr="001928E8">
        <w:rPr>
          <w:rFonts w:cs="Arial"/>
          <w:sz w:val="20"/>
          <w:szCs w:val="20"/>
        </w:rPr>
        <w:t>Snaží</w:t>
      </w:r>
      <w:proofErr w:type="spellEnd"/>
      <w:r w:rsidRPr="001928E8">
        <w:rPr>
          <w:rFonts w:cs="Arial"/>
          <w:sz w:val="20"/>
          <w:szCs w:val="20"/>
        </w:rPr>
        <w:t xml:space="preserve"> se </w:t>
      </w:r>
      <w:proofErr w:type="spellStart"/>
      <w:r w:rsidRPr="001928E8">
        <w:rPr>
          <w:rFonts w:cs="Arial"/>
          <w:sz w:val="20"/>
          <w:szCs w:val="20"/>
        </w:rPr>
        <w:t>jednat</w:t>
      </w:r>
      <w:proofErr w:type="spellEnd"/>
      <w:r w:rsidRPr="001928E8">
        <w:rPr>
          <w:rFonts w:cs="Arial"/>
          <w:sz w:val="20"/>
          <w:szCs w:val="20"/>
        </w:rPr>
        <w:t xml:space="preserve"> s </w:t>
      </w:r>
      <w:proofErr w:type="spellStart"/>
      <w:r w:rsidRPr="001928E8">
        <w:rPr>
          <w:rFonts w:cs="Arial"/>
          <w:sz w:val="20"/>
          <w:szCs w:val="20"/>
        </w:rPr>
        <w:t>majitelem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objektu</w:t>
      </w:r>
      <w:proofErr w:type="spellEnd"/>
      <w:r w:rsidRPr="001928E8">
        <w:rPr>
          <w:rFonts w:cs="Arial"/>
          <w:sz w:val="20"/>
          <w:szCs w:val="20"/>
        </w:rPr>
        <w:t xml:space="preserve">, co </w:t>
      </w:r>
      <w:proofErr w:type="spellStart"/>
      <w:r w:rsidRPr="001928E8">
        <w:rPr>
          <w:rFonts w:cs="Arial"/>
          <w:sz w:val="20"/>
          <w:szCs w:val="20"/>
        </w:rPr>
        <w:t>spadá</w:t>
      </w:r>
      <w:proofErr w:type="spellEnd"/>
      <w:r w:rsidRPr="001928E8">
        <w:rPr>
          <w:rFonts w:cs="Arial"/>
          <w:sz w:val="20"/>
          <w:szCs w:val="20"/>
        </w:rPr>
        <w:t xml:space="preserve"> do </w:t>
      </w:r>
      <w:proofErr w:type="spellStart"/>
      <w:r w:rsidRPr="001928E8">
        <w:rPr>
          <w:rFonts w:cs="Arial"/>
          <w:sz w:val="20"/>
          <w:szCs w:val="20"/>
        </w:rPr>
        <w:t>jeho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péče</w:t>
      </w:r>
      <w:proofErr w:type="spellEnd"/>
      <w:r w:rsidRPr="001928E8">
        <w:rPr>
          <w:rFonts w:cs="Arial"/>
          <w:sz w:val="20"/>
          <w:szCs w:val="20"/>
        </w:rPr>
        <w:t xml:space="preserve"> a co </w:t>
      </w:r>
      <w:r w:rsidR="003B6410" w:rsidRPr="001928E8">
        <w:rPr>
          <w:rFonts w:cs="Arial"/>
          <w:sz w:val="20"/>
          <w:szCs w:val="20"/>
        </w:rPr>
        <w:t xml:space="preserve">do </w:t>
      </w:r>
      <w:proofErr w:type="spellStart"/>
      <w:r w:rsidR="003B6410" w:rsidRPr="001928E8">
        <w:rPr>
          <w:rFonts w:cs="Arial"/>
          <w:sz w:val="20"/>
          <w:szCs w:val="20"/>
        </w:rPr>
        <w:t>naší</w:t>
      </w:r>
      <w:proofErr w:type="spellEnd"/>
      <w:r w:rsidR="003B6410" w:rsidRPr="001928E8">
        <w:rPr>
          <w:rFonts w:cs="Arial"/>
          <w:sz w:val="20"/>
          <w:szCs w:val="20"/>
        </w:rPr>
        <w:t xml:space="preserve">. O </w:t>
      </w:r>
      <w:proofErr w:type="spellStart"/>
      <w:r w:rsidR="003B6410" w:rsidRPr="001928E8">
        <w:rPr>
          <w:rFonts w:cs="Arial"/>
          <w:sz w:val="20"/>
          <w:szCs w:val="20"/>
        </w:rPr>
        <w:t>prázdninách</w:t>
      </w:r>
      <w:proofErr w:type="spellEnd"/>
      <w:r w:rsidR="003B6410" w:rsidRPr="001928E8">
        <w:rPr>
          <w:rFonts w:cs="Arial"/>
          <w:sz w:val="20"/>
          <w:szCs w:val="20"/>
        </w:rPr>
        <w:t xml:space="preserve"> </w:t>
      </w:r>
      <w:proofErr w:type="spellStart"/>
      <w:r w:rsidR="003B6410" w:rsidRPr="001928E8">
        <w:rPr>
          <w:rFonts w:cs="Arial"/>
          <w:sz w:val="20"/>
          <w:szCs w:val="20"/>
        </w:rPr>
        <w:t>provedl</w:t>
      </w:r>
      <w:proofErr w:type="spellEnd"/>
      <w:r w:rsidR="003B6410" w:rsidRPr="001928E8">
        <w:rPr>
          <w:rFonts w:cs="Arial"/>
          <w:sz w:val="20"/>
          <w:szCs w:val="20"/>
        </w:rPr>
        <w:t xml:space="preserve"> </w:t>
      </w:r>
      <w:proofErr w:type="spellStart"/>
      <w:r w:rsidR="003B6410" w:rsidRPr="001928E8">
        <w:rPr>
          <w:rFonts w:cs="Arial"/>
          <w:sz w:val="20"/>
          <w:szCs w:val="20"/>
        </w:rPr>
        <w:t>majitel</w:t>
      </w:r>
      <w:proofErr w:type="spellEnd"/>
      <w:r w:rsidR="003B6410" w:rsidRPr="001928E8">
        <w:rPr>
          <w:rFonts w:cs="Arial"/>
          <w:sz w:val="20"/>
          <w:szCs w:val="20"/>
        </w:rPr>
        <w:t xml:space="preserve"> </w:t>
      </w:r>
      <w:proofErr w:type="spellStart"/>
      <w:r w:rsidR="00192BC0" w:rsidRPr="001928E8">
        <w:rPr>
          <w:rFonts w:cs="Arial"/>
          <w:sz w:val="20"/>
          <w:szCs w:val="20"/>
        </w:rPr>
        <w:t>objektu</w:t>
      </w:r>
      <w:proofErr w:type="spellEnd"/>
      <w:r w:rsidR="00192BC0" w:rsidRPr="001928E8">
        <w:rPr>
          <w:rFonts w:cs="Arial"/>
          <w:sz w:val="20"/>
          <w:szCs w:val="20"/>
        </w:rPr>
        <w:t xml:space="preserve"> </w:t>
      </w:r>
      <w:proofErr w:type="spellStart"/>
      <w:r w:rsidR="003B6410" w:rsidRPr="001928E8">
        <w:rPr>
          <w:rFonts w:cs="Arial"/>
          <w:sz w:val="20"/>
          <w:szCs w:val="20"/>
        </w:rPr>
        <w:t>výměnu</w:t>
      </w:r>
      <w:proofErr w:type="spellEnd"/>
      <w:r w:rsidR="003B6410" w:rsidRPr="001928E8">
        <w:rPr>
          <w:rFonts w:cs="Arial"/>
          <w:sz w:val="20"/>
          <w:szCs w:val="20"/>
        </w:rPr>
        <w:t xml:space="preserve"> </w:t>
      </w:r>
      <w:proofErr w:type="spellStart"/>
      <w:r w:rsidR="003B6410" w:rsidRPr="001928E8">
        <w:rPr>
          <w:rFonts w:cs="Arial"/>
          <w:sz w:val="20"/>
          <w:szCs w:val="20"/>
        </w:rPr>
        <w:t>některých</w:t>
      </w:r>
      <w:proofErr w:type="spellEnd"/>
      <w:r w:rsidR="003B6410" w:rsidRPr="001928E8">
        <w:rPr>
          <w:rFonts w:cs="Arial"/>
          <w:sz w:val="20"/>
          <w:szCs w:val="20"/>
        </w:rPr>
        <w:t xml:space="preserve"> </w:t>
      </w:r>
      <w:proofErr w:type="spellStart"/>
      <w:r w:rsidR="003B6410" w:rsidRPr="001928E8">
        <w:rPr>
          <w:rFonts w:cs="Arial"/>
          <w:sz w:val="20"/>
          <w:szCs w:val="20"/>
        </w:rPr>
        <w:t>záchodových</w:t>
      </w:r>
      <w:proofErr w:type="spellEnd"/>
      <w:r w:rsidR="003B6410" w:rsidRPr="001928E8">
        <w:rPr>
          <w:rFonts w:cs="Arial"/>
          <w:sz w:val="20"/>
          <w:szCs w:val="20"/>
        </w:rPr>
        <w:t xml:space="preserve"> </w:t>
      </w:r>
      <w:proofErr w:type="spellStart"/>
      <w:r w:rsidR="003B6410" w:rsidRPr="001928E8">
        <w:rPr>
          <w:rFonts w:cs="Arial"/>
          <w:sz w:val="20"/>
          <w:szCs w:val="20"/>
        </w:rPr>
        <w:t>prkének</w:t>
      </w:r>
      <w:proofErr w:type="spellEnd"/>
      <w:r w:rsidR="003B6410" w:rsidRPr="001928E8">
        <w:rPr>
          <w:rFonts w:cs="Arial"/>
          <w:sz w:val="20"/>
          <w:szCs w:val="20"/>
        </w:rPr>
        <w:t xml:space="preserve"> a </w:t>
      </w:r>
      <w:proofErr w:type="spellStart"/>
      <w:r w:rsidR="003B6410" w:rsidRPr="001928E8">
        <w:rPr>
          <w:rFonts w:cs="Arial"/>
          <w:sz w:val="20"/>
          <w:szCs w:val="20"/>
        </w:rPr>
        <w:t>podílel</w:t>
      </w:r>
      <w:proofErr w:type="spellEnd"/>
      <w:r w:rsidR="003B6410" w:rsidRPr="001928E8">
        <w:rPr>
          <w:rFonts w:cs="Arial"/>
          <w:sz w:val="20"/>
          <w:szCs w:val="20"/>
        </w:rPr>
        <w:t xml:space="preserve"> se </w:t>
      </w:r>
      <w:proofErr w:type="spellStart"/>
      <w:r w:rsidR="003B6410" w:rsidRPr="001928E8">
        <w:rPr>
          <w:rFonts w:cs="Arial"/>
          <w:sz w:val="20"/>
          <w:szCs w:val="20"/>
        </w:rPr>
        <w:t>na</w:t>
      </w:r>
      <w:proofErr w:type="spellEnd"/>
      <w:r w:rsidR="003B6410" w:rsidRPr="001928E8">
        <w:rPr>
          <w:rFonts w:cs="Arial"/>
          <w:sz w:val="20"/>
          <w:szCs w:val="20"/>
        </w:rPr>
        <w:t xml:space="preserve"> </w:t>
      </w:r>
      <w:proofErr w:type="spellStart"/>
      <w:r w:rsidR="003B6410" w:rsidRPr="001928E8">
        <w:rPr>
          <w:rFonts w:cs="Arial"/>
          <w:sz w:val="20"/>
          <w:szCs w:val="20"/>
        </w:rPr>
        <w:t>rekonstrukci</w:t>
      </w:r>
      <w:proofErr w:type="spellEnd"/>
      <w:r w:rsidR="003B6410" w:rsidRPr="001928E8">
        <w:rPr>
          <w:rFonts w:cs="Arial"/>
          <w:sz w:val="20"/>
          <w:szCs w:val="20"/>
        </w:rPr>
        <w:t xml:space="preserve"> </w:t>
      </w:r>
      <w:proofErr w:type="spellStart"/>
      <w:r w:rsidR="003B6410" w:rsidRPr="001928E8">
        <w:rPr>
          <w:rFonts w:cs="Arial"/>
          <w:sz w:val="20"/>
          <w:szCs w:val="20"/>
        </w:rPr>
        <w:t>odpadních</w:t>
      </w:r>
      <w:proofErr w:type="spellEnd"/>
      <w:r w:rsidR="003B6410" w:rsidRPr="001928E8">
        <w:rPr>
          <w:rFonts w:cs="Arial"/>
          <w:sz w:val="20"/>
          <w:szCs w:val="20"/>
        </w:rPr>
        <w:t xml:space="preserve"> </w:t>
      </w:r>
      <w:proofErr w:type="spellStart"/>
      <w:r w:rsidR="003B6410" w:rsidRPr="001928E8">
        <w:rPr>
          <w:rFonts w:cs="Arial"/>
          <w:sz w:val="20"/>
          <w:szCs w:val="20"/>
        </w:rPr>
        <w:t>rozvodů</w:t>
      </w:r>
      <w:proofErr w:type="spellEnd"/>
      <w:r w:rsidR="003B6410" w:rsidRPr="001928E8">
        <w:rPr>
          <w:rFonts w:cs="Arial"/>
          <w:sz w:val="20"/>
          <w:szCs w:val="20"/>
        </w:rPr>
        <w:t>.</w:t>
      </w:r>
    </w:p>
    <w:p w14:paraId="25CB08C6" w14:textId="5FCDB394" w:rsidR="002B06E7" w:rsidRPr="001928E8" w:rsidRDefault="002B06E7" w:rsidP="00A2383E">
      <w:pPr>
        <w:rPr>
          <w:rFonts w:cs="Arial"/>
          <w:sz w:val="20"/>
          <w:szCs w:val="20"/>
        </w:rPr>
      </w:pPr>
      <w:proofErr w:type="spellStart"/>
      <w:r w:rsidRPr="001928E8">
        <w:rPr>
          <w:rFonts w:cs="Arial"/>
          <w:sz w:val="20"/>
          <w:szCs w:val="20"/>
        </w:rPr>
        <w:t>Běžná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údržba</w:t>
      </w:r>
      <w:proofErr w:type="spellEnd"/>
      <w:r w:rsidRPr="001928E8">
        <w:rPr>
          <w:rFonts w:cs="Arial"/>
          <w:sz w:val="20"/>
          <w:szCs w:val="20"/>
        </w:rPr>
        <w:t xml:space="preserve"> je pak </w:t>
      </w:r>
      <w:proofErr w:type="spellStart"/>
      <w:r w:rsidRPr="001928E8">
        <w:rPr>
          <w:rFonts w:cs="Arial"/>
          <w:sz w:val="20"/>
          <w:szCs w:val="20"/>
        </w:rPr>
        <w:t>kompletní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vymalování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objektu</w:t>
      </w:r>
      <w:proofErr w:type="spellEnd"/>
      <w:r w:rsidRPr="001928E8">
        <w:rPr>
          <w:rFonts w:cs="Arial"/>
          <w:sz w:val="20"/>
          <w:szCs w:val="20"/>
        </w:rPr>
        <w:t xml:space="preserve">, </w:t>
      </w:r>
      <w:proofErr w:type="spellStart"/>
      <w:r w:rsidRPr="001928E8">
        <w:rPr>
          <w:rFonts w:cs="Arial"/>
          <w:sz w:val="20"/>
          <w:szCs w:val="20"/>
        </w:rPr>
        <w:t>drobné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opravy</w:t>
      </w:r>
      <w:proofErr w:type="spellEnd"/>
      <w:r w:rsidRPr="001928E8">
        <w:rPr>
          <w:rFonts w:cs="Arial"/>
          <w:sz w:val="20"/>
          <w:szCs w:val="20"/>
        </w:rPr>
        <w:t xml:space="preserve">, </w:t>
      </w:r>
      <w:proofErr w:type="spellStart"/>
      <w:r w:rsidRPr="001928E8">
        <w:rPr>
          <w:rFonts w:cs="Arial"/>
          <w:sz w:val="20"/>
          <w:szCs w:val="20"/>
        </w:rPr>
        <w:t>výdaje</w:t>
      </w:r>
      <w:proofErr w:type="spellEnd"/>
      <w:r w:rsidRPr="001928E8">
        <w:rPr>
          <w:rFonts w:cs="Arial"/>
          <w:sz w:val="20"/>
          <w:szCs w:val="20"/>
        </w:rPr>
        <w:t xml:space="preserve"> za </w:t>
      </w:r>
      <w:proofErr w:type="spellStart"/>
      <w:r w:rsidRPr="001928E8">
        <w:rPr>
          <w:rFonts w:cs="Arial"/>
          <w:sz w:val="20"/>
          <w:szCs w:val="20"/>
        </w:rPr>
        <w:t>čistící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prostředky</w:t>
      </w:r>
      <w:proofErr w:type="spellEnd"/>
      <w:r w:rsidRPr="001928E8">
        <w:rPr>
          <w:rFonts w:cs="Arial"/>
          <w:sz w:val="20"/>
          <w:szCs w:val="20"/>
        </w:rPr>
        <w:t xml:space="preserve">, </w:t>
      </w:r>
      <w:proofErr w:type="spellStart"/>
      <w:r w:rsidRPr="001928E8">
        <w:rPr>
          <w:rFonts w:cs="Arial"/>
          <w:sz w:val="20"/>
          <w:szCs w:val="20"/>
        </w:rPr>
        <w:t>provoz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tiskárny</w:t>
      </w:r>
      <w:proofErr w:type="spellEnd"/>
      <w:r w:rsidRPr="001928E8">
        <w:rPr>
          <w:rFonts w:cs="Arial"/>
          <w:sz w:val="20"/>
          <w:szCs w:val="20"/>
        </w:rPr>
        <w:t xml:space="preserve">, </w:t>
      </w:r>
      <w:proofErr w:type="spellStart"/>
      <w:r w:rsidRPr="001928E8">
        <w:rPr>
          <w:rFonts w:cs="Arial"/>
          <w:sz w:val="20"/>
          <w:szCs w:val="20"/>
        </w:rPr>
        <w:t>výtvarné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potřeby</w:t>
      </w:r>
      <w:proofErr w:type="spellEnd"/>
      <w:r w:rsidRPr="001928E8">
        <w:rPr>
          <w:rFonts w:cs="Arial"/>
          <w:sz w:val="20"/>
          <w:szCs w:val="20"/>
        </w:rPr>
        <w:t xml:space="preserve">, </w:t>
      </w:r>
      <w:proofErr w:type="spellStart"/>
      <w:r w:rsidRPr="001928E8">
        <w:rPr>
          <w:rFonts w:cs="Arial"/>
          <w:sz w:val="20"/>
          <w:szCs w:val="20"/>
        </w:rPr>
        <w:t>kulturní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akce</w:t>
      </w:r>
      <w:proofErr w:type="spellEnd"/>
      <w:r w:rsidRPr="001928E8">
        <w:rPr>
          <w:rFonts w:cs="Arial"/>
          <w:sz w:val="20"/>
          <w:szCs w:val="20"/>
        </w:rPr>
        <w:t xml:space="preserve"> </w:t>
      </w:r>
      <w:proofErr w:type="spellStart"/>
      <w:r w:rsidRPr="001928E8">
        <w:rPr>
          <w:rFonts w:cs="Arial"/>
          <w:sz w:val="20"/>
          <w:szCs w:val="20"/>
        </w:rPr>
        <w:t>atd</w:t>
      </w:r>
      <w:proofErr w:type="spellEnd"/>
      <w:r w:rsidRPr="001928E8">
        <w:rPr>
          <w:rFonts w:cs="Arial"/>
          <w:sz w:val="20"/>
          <w:szCs w:val="20"/>
        </w:rPr>
        <w:t xml:space="preserve">. </w:t>
      </w:r>
      <w:proofErr w:type="spellStart"/>
      <w:r w:rsidR="00192BC0" w:rsidRPr="001928E8">
        <w:rPr>
          <w:rFonts w:cs="Arial"/>
          <w:sz w:val="20"/>
          <w:szCs w:val="20"/>
        </w:rPr>
        <w:t>Největší</w:t>
      </w:r>
      <w:proofErr w:type="spellEnd"/>
      <w:r w:rsidR="00192BC0" w:rsidRPr="001928E8">
        <w:rPr>
          <w:rFonts w:cs="Arial"/>
          <w:sz w:val="20"/>
          <w:szCs w:val="20"/>
        </w:rPr>
        <w:t xml:space="preserve"> </w:t>
      </w:r>
      <w:proofErr w:type="spellStart"/>
      <w:r w:rsidR="00192BC0" w:rsidRPr="001928E8">
        <w:rPr>
          <w:rFonts w:cs="Arial"/>
          <w:sz w:val="20"/>
          <w:szCs w:val="20"/>
        </w:rPr>
        <w:t>pološkou</w:t>
      </w:r>
      <w:proofErr w:type="spellEnd"/>
      <w:r w:rsidR="00192BC0" w:rsidRPr="001928E8">
        <w:rPr>
          <w:rFonts w:cs="Arial"/>
          <w:sz w:val="20"/>
          <w:szCs w:val="20"/>
        </w:rPr>
        <w:t xml:space="preserve"> </w:t>
      </w:r>
      <w:proofErr w:type="spellStart"/>
      <w:r w:rsidR="00192BC0" w:rsidRPr="001928E8">
        <w:rPr>
          <w:rFonts w:cs="Arial"/>
          <w:sz w:val="20"/>
          <w:szCs w:val="20"/>
        </w:rPr>
        <w:t>jsou</w:t>
      </w:r>
      <w:proofErr w:type="spellEnd"/>
      <w:r w:rsidR="00192BC0" w:rsidRPr="001928E8">
        <w:rPr>
          <w:rFonts w:cs="Arial"/>
          <w:sz w:val="20"/>
          <w:szCs w:val="20"/>
        </w:rPr>
        <w:t xml:space="preserve"> </w:t>
      </w:r>
      <w:proofErr w:type="spellStart"/>
      <w:r w:rsidR="00192BC0" w:rsidRPr="001928E8">
        <w:rPr>
          <w:rFonts w:cs="Arial"/>
          <w:sz w:val="20"/>
          <w:szCs w:val="20"/>
        </w:rPr>
        <w:t>mzdy</w:t>
      </w:r>
      <w:proofErr w:type="spellEnd"/>
      <w:r w:rsidR="00192BC0" w:rsidRPr="001928E8">
        <w:rPr>
          <w:rFonts w:cs="Arial"/>
          <w:sz w:val="20"/>
          <w:szCs w:val="20"/>
        </w:rPr>
        <w:t xml:space="preserve"> </w:t>
      </w:r>
      <w:proofErr w:type="spellStart"/>
      <w:r w:rsidR="00192BC0" w:rsidRPr="001928E8">
        <w:rPr>
          <w:rFonts w:cs="Arial"/>
          <w:sz w:val="20"/>
          <w:szCs w:val="20"/>
        </w:rPr>
        <w:t>zaměstnanců</w:t>
      </w:r>
      <w:proofErr w:type="spellEnd"/>
      <w:r w:rsidR="00192BC0" w:rsidRPr="001928E8">
        <w:rPr>
          <w:rFonts w:cs="Arial"/>
          <w:sz w:val="20"/>
          <w:szCs w:val="20"/>
        </w:rPr>
        <w:t xml:space="preserve"> a </w:t>
      </w:r>
      <w:proofErr w:type="spellStart"/>
      <w:r w:rsidR="00192BC0" w:rsidRPr="001928E8">
        <w:rPr>
          <w:rFonts w:cs="Arial"/>
          <w:sz w:val="20"/>
          <w:szCs w:val="20"/>
        </w:rPr>
        <w:t>zákonné</w:t>
      </w:r>
      <w:proofErr w:type="spellEnd"/>
      <w:r w:rsidR="00192BC0" w:rsidRPr="001928E8">
        <w:rPr>
          <w:rFonts w:cs="Arial"/>
          <w:sz w:val="20"/>
          <w:szCs w:val="20"/>
        </w:rPr>
        <w:t xml:space="preserve"> </w:t>
      </w:r>
      <w:proofErr w:type="spellStart"/>
      <w:r w:rsidR="00192BC0" w:rsidRPr="001928E8">
        <w:rPr>
          <w:rFonts w:cs="Arial"/>
          <w:sz w:val="20"/>
          <w:szCs w:val="20"/>
        </w:rPr>
        <w:t>odvody</w:t>
      </w:r>
      <w:proofErr w:type="spellEnd"/>
      <w:r w:rsidR="00192BC0" w:rsidRPr="001928E8">
        <w:rPr>
          <w:rFonts w:cs="Arial"/>
          <w:sz w:val="20"/>
          <w:szCs w:val="20"/>
        </w:rPr>
        <w:t xml:space="preserve">. </w:t>
      </w:r>
      <w:proofErr w:type="spellStart"/>
      <w:r w:rsidR="005A31FA">
        <w:rPr>
          <w:rFonts w:cs="Arial"/>
          <w:sz w:val="20"/>
          <w:szCs w:val="20"/>
        </w:rPr>
        <w:t>Nedílnou</w:t>
      </w:r>
      <w:proofErr w:type="spellEnd"/>
      <w:r w:rsidR="005A31FA">
        <w:rPr>
          <w:rFonts w:cs="Arial"/>
          <w:sz w:val="20"/>
          <w:szCs w:val="20"/>
        </w:rPr>
        <w:t xml:space="preserve"> </w:t>
      </w:r>
      <w:proofErr w:type="spellStart"/>
      <w:r w:rsidR="005A31FA">
        <w:rPr>
          <w:rFonts w:cs="Arial"/>
          <w:sz w:val="20"/>
          <w:szCs w:val="20"/>
        </w:rPr>
        <w:t>součástí</w:t>
      </w:r>
      <w:proofErr w:type="spellEnd"/>
      <w:r w:rsidR="005A31FA">
        <w:rPr>
          <w:rFonts w:cs="Arial"/>
          <w:sz w:val="20"/>
          <w:szCs w:val="20"/>
        </w:rPr>
        <w:t xml:space="preserve"> je </w:t>
      </w:r>
      <w:proofErr w:type="spellStart"/>
      <w:r w:rsidR="005A31FA">
        <w:rPr>
          <w:rFonts w:cs="Arial"/>
          <w:sz w:val="20"/>
          <w:szCs w:val="20"/>
        </w:rPr>
        <w:t>povinné</w:t>
      </w:r>
      <w:proofErr w:type="spellEnd"/>
      <w:r w:rsidR="005A31FA">
        <w:rPr>
          <w:rFonts w:cs="Arial"/>
          <w:sz w:val="20"/>
          <w:szCs w:val="20"/>
        </w:rPr>
        <w:t xml:space="preserve"> </w:t>
      </w:r>
      <w:r w:rsidR="00933E55">
        <w:rPr>
          <w:rFonts w:cs="Arial"/>
          <w:sz w:val="20"/>
          <w:szCs w:val="20"/>
        </w:rPr>
        <w:t>(</w:t>
      </w:r>
      <w:proofErr w:type="spellStart"/>
      <w:r w:rsidR="00933E55">
        <w:rPr>
          <w:rFonts w:cs="Arial"/>
          <w:sz w:val="20"/>
          <w:szCs w:val="20"/>
        </w:rPr>
        <w:t>dle</w:t>
      </w:r>
      <w:proofErr w:type="spellEnd"/>
      <w:r w:rsidR="00933E55">
        <w:rPr>
          <w:rFonts w:cs="Arial"/>
          <w:sz w:val="20"/>
          <w:szCs w:val="20"/>
        </w:rPr>
        <w:t xml:space="preserve"> </w:t>
      </w:r>
      <w:proofErr w:type="spellStart"/>
      <w:r w:rsidR="00933E55">
        <w:rPr>
          <w:rFonts w:cs="Arial"/>
          <w:sz w:val="20"/>
          <w:szCs w:val="20"/>
        </w:rPr>
        <w:t>Školského</w:t>
      </w:r>
      <w:proofErr w:type="spellEnd"/>
      <w:r w:rsidR="00933E55">
        <w:rPr>
          <w:rFonts w:cs="Arial"/>
          <w:sz w:val="20"/>
          <w:szCs w:val="20"/>
        </w:rPr>
        <w:t xml:space="preserve"> </w:t>
      </w:r>
      <w:proofErr w:type="spellStart"/>
      <w:r w:rsidR="00933E55">
        <w:rPr>
          <w:rFonts w:cs="Arial"/>
          <w:sz w:val="20"/>
          <w:szCs w:val="20"/>
        </w:rPr>
        <w:t>zákona</w:t>
      </w:r>
      <w:proofErr w:type="spellEnd"/>
      <w:r w:rsidR="00933E55">
        <w:rPr>
          <w:rFonts w:cs="Arial"/>
          <w:sz w:val="20"/>
          <w:szCs w:val="20"/>
        </w:rPr>
        <w:t xml:space="preserve">) </w:t>
      </w:r>
      <w:proofErr w:type="spellStart"/>
      <w:r w:rsidR="005A31FA">
        <w:rPr>
          <w:rFonts w:cs="Arial"/>
          <w:sz w:val="20"/>
          <w:szCs w:val="20"/>
        </w:rPr>
        <w:t>další</w:t>
      </w:r>
      <w:proofErr w:type="spellEnd"/>
      <w:r w:rsidR="005A31FA">
        <w:rPr>
          <w:rFonts w:cs="Arial"/>
          <w:sz w:val="20"/>
          <w:szCs w:val="20"/>
        </w:rPr>
        <w:t xml:space="preserve"> </w:t>
      </w:r>
      <w:proofErr w:type="spellStart"/>
      <w:r w:rsidR="005A31FA">
        <w:rPr>
          <w:rFonts w:cs="Arial"/>
          <w:sz w:val="20"/>
          <w:szCs w:val="20"/>
        </w:rPr>
        <w:t>vzdělávání</w:t>
      </w:r>
      <w:proofErr w:type="spellEnd"/>
      <w:r w:rsidR="005A31FA">
        <w:rPr>
          <w:rFonts w:cs="Arial"/>
          <w:sz w:val="20"/>
          <w:szCs w:val="20"/>
        </w:rPr>
        <w:t xml:space="preserve"> </w:t>
      </w:r>
      <w:proofErr w:type="spellStart"/>
      <w:r w:rsidR="005A31FA">
        <w:rPr>
          <w:rFonts w:cs="Arial"/>
          <w:sz w:val="20"/>
          <w:szCs w:val="20"/>
        </w:rPr>
        <w:t>pedagogických</w:t>
      </w:r>
      <w:proofErr w:type="spellEnd"/>
      <w:r w:rsidR="005A31FA">
        <w:rPr>
          <w:rFonts w:cs="Arial"/>
          <w:sz w:val="20"/>
          <w:szCs w:val="20"/>
        </w:rPr>
        <w:t xml:space="preserve"> </w:t>
      </w:r>
      <w:proofErr w:type="spellStart"/>
      <w:r w:rsidR="005A31FA">
        <w:rPr>
          <w:rFonts w:cs="Arial"/>
          <w:sz w:val="20"/>
          <w:szCs w:val="20"/>
        </w:rPr>
        <w:t>pracovníků</w:t>
      </w:r>
      <w:proofErr w:type="spellEnd"/>
      <w:r w:rsidR="005A31FA">
        <w:rPr>
          <w:rFonts w:cs="Arial"/>
          <w:sz w:val="20"/>
          <w:szCs w:val="20"/>
        </w:rPr>
        <w:t xml:space="preserve"> </w:t>
      </w:r>
      <w:r w:rsidR="00876BD9">
        <w:rPr>
          <w:rFonts w:cs="Arial"/>
          <w:sz w:val="20"/>
          <w:szCs w:val="20"/>
        </w:rPr>
        <w:t xml:space="preserve">(DVPP) </w:t>
      </w:r>
      <w:r w:rsidR="005A31FA">
        <w:rPr>
          <w:rFonts w:cs="Arial"/>
          <w:sz w:val="20"/>
          <w:szCs w:val="20"/>
        </w:rPr>
        <w:t xml:space="preserve">a </w:t>
      </w:r>
      <w:proofErr w:type="spellStart"/>
      <w:r w:rsidR="005A31FA">
        <w:rPr>
          <w:rFonts w:cs="Arial"/>
          <w:sz w:val="20"/>
          <w:szCs w:val="20"/>
        </w:rPr>
        <w:t>preventivní</w:t>
      </w:r>
      <w:proofErr w:type="spellEnd"/>
      <w:r w:rsidR="005A31FA">
        <w:rPr>
          <w:rFonts w:cs="Arial"/>
          <w:sz w:val="20"/>
          <w:szCs w:val="20"/>
        </w:rPr>
        <w:t xml:space="preserve"> program. </w:t>
      </w:r>
      <w:r w:rsidRPr="001928E8">
        <w:rPr>
          <w:rFonts w:cs="Arial"/>
          <w:sz w:val="20"/>
          <w:szCs w:val="20"/>
        </w:rPr>
        <w:t xml:space="preserve">Viz. </w:t>
      </w:r>
      <w:proofErr w:type="spellStart"/>
      <w:r w:rsidRPr="001928E8">
        <w:rPr>
          <w:rFonts w:cs="Arial"/>
          <w:sz w:val="20"/>
          <w:szCs w:val="20"/>
        </w:rPr>
        <w:t>kapitola</w:t>
      </w:r>
      <w:proofErr w:type="spellEnd"/>
      <w:r w:rsidRPr="001928E8">
        <w:rPr>
          <w:rFonts w:cs="Arial"/>
          <w:sz w:val="20"/>
          <w:szCs w:val="20"/>
        </w:rPr>
        <w:t xml:space="preserve"> 11.</w:t>
      </w:r>
    </w:p>
    <w:p w14:paraId="7D562C1C" w14:textId="543CE245" w:rsidR="002B06E7" w:rsidRPr="001928E8" w:rsidRDefault="002B06E7" w:rsidP="00A2383E">
      <w:pPr>
        <w:rPr>
          <w:rFonts w:cs="Arial"/>
          <w:b/>
          <w:bCs/>
          <w:sz w:val="20"/>
          <w:szCs w:val="20"/>
        </w:rPr>
      </w:pPr>
      <w:proofErr w:type="spellStart"/>
      <w:r w:rsidRPr="001928E8">
        <w:rPr>
          <w:rFonts w:cs="Arial"/>
          <w:b/>
          <w:bCs/>
          <w:sz w:val="20"/>
          <w:szCs w:val="20"/>
        </w:rPr>
        <w:t>Státní</w:t>
      </w:r>
      <w:proofErr w:type="spellEnd"/>
      <w:r w:rsidRPr="001928E8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1928E8">
        <w:rPr>
          <w:rFonts w:cs="Arial"/>
          <w:b/>
          <w:bCs/>
          <w:sz w:val="20"/>
          <w:szCs w:val="20"/>
        </w:rPr>
        <w:t>dotace</w:t>
      </w:r>
      <w:proofErr w:type="spellEnd"/>
      <w:r w:rsidRPr="001928E8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1928E8">
        <w:rPr>
          <w:rFonts w:cs="Arial"/>
          <w:b/>
          <w:bCs/>
          <w:sz w:val="20"/>
          <w:szCs w:val="20"/>
        </w:rPr>
        <w:t>tvoří</w:t>
      </w:r>
      <w:proofErr w:type="spellEnd"/>
      <w:r w:rsidRPr="001928E8">
        <w:rPr>
          <w:rFonts w:cs="Arial"/>
          <w:b/>
          <w:bCs/>
          <w:sz w:val="20"/>
          <w:szCs w:val="20"/>
        </w:rPr>
        <w:t xml:space="preserve"> 50% </w:t>
      </w:r>
      <w:proofErr w:type="spellStart"/>
      <w:r w:rsidRPr="001928E8">
        <w:rPr>
          <w:rFonts w:cs="Arial"/>
          <w:b/>
          <w:bCs/>
          <w:sz w:val="20"/>
          <w:szCs w:val="20"/>
        </w:rPr>
        <w:t>výdajů</w:t>
      </w:r>
      <w:proofErr w:type="spellEnd"/>
      <w:r w:rsidRPr="001928E8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1928E8">
        <w:rPr>
          <w:rFonts w:cs="Arial"/>
          <w:b/>
          <w:bCs/>
          <w:sz w:val="20"/>
          <w:szCs w:val="20"/>
        </w:rPr>
        <w:t>organizace</w:t>
      </w:r>
      <w:proofErr w:type="spellEnd"/>
      <w:r w:rsidRPr="001928E8">
        <w:rPr>
          <w:rFonts w:cs="Arial"/>
          <w:b/>
          <w:bCs/>
          <w:sz w:val="20"/>
          <w:szCs w:val="20"/>
        </w:rPr>
        <w:t xml:space="preserve">, </w:t>
      </w:r>
      <w:proofErr w:type="spellStart"/>
      <w:r w:rsidRPr="001928E8">
        <w:rPr>
          <w:rFonts w:cs="Arial"/>
          <w:b/>
          <w:bCs/>
          <w:sz w:val="20"/>
          <w:szCs w:val="20"/>
        </w:rPr>
        <w:t>na</w:t>
      </w:r>
      <w:proofErr w:type="spellEnd"/>
      <w:r w:rsidRPr="001928E8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1928E8">
        <w:rPr>
          <w:rFonts w:cs="Arial"/>
          <w:b/>
          <w:bCs/>
          <w:sz w:val="20"/>
          <w:szCs w:val="20"/>
        </w:rPr>
        <w:t>ostatní</w:t>
      </w:r>
      <w:proofErr w:type="spellEnd"/>
      <w:r w:rsidRPr="001928E8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1928E8">
        <w:rPr>
          <w:rFonts w:cs="Arial"/>
          <w:b/>
          <w:bCs/>
          <w:sz w:val="20"/>
          <w:szCs w:val="20"/>
        </w:rPr>
        <w:t>věci</w:t>
      </w:r>
      <w:proofErr w:type="spellEnd"/>
      <w:r w:rsidRPr="001928E8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1928E8">
        <w:rPr>
          <w:rFonts w:cs="Arial"/>
          <w:b/>
          <w:bCs/>
          <w:sz w:val="20"/>
          <w:szCs w:val="20"/>
        </w:rPr>
        <w:t>si</w:t>
      </w:r>
      <w:proofErr w:type="spellEnd"/>
      <w:r w:rsidRPr="001928E8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1928E8">
        <w:rPr>
          <w:rFonts w:cs="Arial"/>
          <w:b/>
          <w:bCs/>
          <w:sz w:val="20"/>
          <w:szCs w:val="20"/>
        </w:rPr>
        <w:t>musí</w:t>
      </w:r>
      <w:proofErr w:type="spellEnd"/>
      <w:r w:rsidRPr="001928E8">
        <w:rPr>
          <w:rFonts w:cs="Arial"/>
          <w:b/>
          <w:bCs/>
          <w:sz w:val="20"/>
          <w:szCs w:val="20"/>
        </w:rPr>
        <w:t xml:space="preserve"> MŠ a ZŠ </w:t>
      </w:r>
      <w:proofErr w:type="spellStart"/>
      <w:r w:rsidRPr="001928E8">
        <w:rPr>
          <w:rFonts w:cs="Arial"/>
          <w:b/>
          <w:bCs/>
          <w:sz w:val="20"/>
          <w:szCs w:val="20"/>
        </w:rPr>
        <w:t>vydělat</w:t>
      </w:r>
      <w:proofErr w:type="spellEnd"/>
      <w:r w:rsidRPr="001928E8">
        <w:rPr>
          <w:rFonts w:cs="Arial"/>
          <w:b/>
          <w:bCs/>
          <w:sz w:val="20"/>
          <w:szCs w:val="20"/>
        </w:rPr>
        <w:t xml:space="preserve"> ze </w:t>
      </w:r>
      <w:proofErr w:type="spellStart"/>
      <w:r w:rsidRPr="001928E8">
        <w:rPr>
          <w:rFonts w:cs="Arial"/>
          <w:b/>
          <w:bCs/>
          <w:sz w:val="20"/>
          <w:szCs w:val="20"/>
        </w:rPr>
        <w:t>školného</w:t>
      </w:r>
      <w:proofErr w:type="spellEnd"/>
      <w:r w:rsidRPr="001928E8">
        <w:rPr>
          <w:rFonts w:cs="Arial"/>
          <w:b/>
          <w:bCs/>
          <w:sz w:val="20"/>
          <w:szCs w:val="20"/>
        </w:rPr>
        <w:t xml:space="preserve">. </w:t>
      </w:r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587"/>
        <w:gridCol w:w="2041"/>
        <w:gridCol w:w="3402"/>
      </w:tblGrid>
      <w:tr w:rsidR="004F2747" w:rsidRPr="001928E8" w14:paraId="3D265420" w14:textId="77777777">
        <w:trPr>
          <w:cantSplit/>
          <w:tblHeader/>
        </w:trPr>
        <w:tc>
          <w:tcPr>
            <w:tcW w:w="283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DCB7F12" w14:textId="5F2E5791" w:rsidR="004F2747" w:rsidRPr="004348B7" w:rsidRDefault="004348B7">
            <w:pPr>
              <w:spacing w:after="0" w:line="252" w:lineRule="auto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4348B7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Příklad</w:t>
            </w:r>
            <w:proofErr w:type="spellEnd"/>
            <w:r w:rsidRPr="004348B7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4348B7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mimořádných</w:t>
            </w:r>
            <w:proofErr w:type="spellEnd"/>
            <w:r w:rsidRPr="004348B7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4348B7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výdajů</w:t>
            </w:r>
            <w:proofErr w:type="spellEnd"/>
          </w:p>
        </w:tc>
        <w:tc>
          <w:tcPr>
            <w:tcW w:w="1587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2D6AACF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Částka</w:t>
            </w:r>
            <w:proofErr w:type="spellEnd"/>
          </w:p>
        </w:tc>
        <w:tc>
          <w:tcPr>
            <w:tcW w:w="204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06395CC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Zdroj</w:t>
            </w:r>
            <w:proofErr w:type="spellEnd"/>
          </w:p>
        </w:tc>
        <w:tc>
          <w:tcPr>
            <w:tcW w:w="3402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776A1B5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Přínos</w:t>
            </w:r>
            <w:proofErr w:type="spellEnd"/>
          </w:p>
        </w:tc>
      </w:tr>
      <w:tr w:rsidR="004F2747" w:rsidRPr="001928E8" w14:paraId="58114313" w14:textId="77777777">
        <w:trPr>
          <w:cantSplit/>
        </w:trPr>
        <w:tc>
          <w:tcPr>
            <w:tcW w:w="2835" w:type="dxa"/>
            <w:vAlign w:val="center"/>
          </w:tcPr>
          <w:p w14:paraId="02763262" w14:textId="77777777" w:rsidR="004F2747" w:rsidRPr="001928E8" w:rsidRDefault="00601030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Zabezpečení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budovy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alarmem</w:t>
            </w:r>
            <w:proofErr w:type="spellEnd"/>
          </w:p>
        </w:tc>
        <w:tc>
          <w:tcPr>
            <w:tcW w:w="1587" w:type="dxa"/>
            <w:vAlign w:val="center"/>
          </w:tcPr>
          <w:p w14:paraId="0B779C84" w14:textId="77777777" w:rsidR="004F2747" w:rsidRPr="001928E8" w:rsidRDefault="00601030" w:rsidP="00601030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80.465</w:t>
            </w:r>
          </w:p>
        </w:tc>
        <w:tc>
          <w:tcPr>
            <w:tcW w:w="2041" w:type="dxa"/>
            <w:vAlign w:val="center"/>
          </w:tcPr>
          <w:p w14:paraId="06BC2F4D" w14:textId="77777777" w:rsidR="004F2747" w:rsidRPr="001928E8" w:rsidRDefault="00601030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Ze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školného</w:t>
            </w:r>
            <w:proofErr w:type="spellEnd"/>
          </w:p>
        </w:tc>
        <w:tc>
          <w:tcPr>
            <w:tcW w:w="3402" w:type="dxa"/>
            <w:vAlign w:val="center"/>
          </w:tcPr>
          <w:p w14:paraId="7C6F620B" w14:textId="77777777" w:rsidR="004F2747" w:rsidRPr="001928E8" w:rsidRDefault="00601030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Doplnění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k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současnému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zabezpečení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>.</w:t>
            </w:r>
          </w:p>
        </w:tc>
      </w:tr>
      <w:tr w:rsidR="002B06E7" w:rsidRPr="001928E8" w14:paraId="24C6EBAA" w14:textId="77777777">
        <w:trPr>
          <w:cantSplit/>
        </w:trPr>
        <w:tc>
          <w:tcPr>
            <w:tcW w:w="2835" w:type="dxa"/>
            <w:vAlign w:val="center"/>
          </w:tcPr>
          <w:p w14:paraId="32D21EAA" w14:textId="3FFA618D" w:rsidR="002B06E7" w:rsidRPr="001928E8" w:rsidRDefault="002B06E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Venkovní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učebna</w:t>
            </w:r>
            <w:proofErr w:type="spellEnd"/>
          </w:p>
        </w:tc>
        <w:tc>
          <w:tcPr>
            <w:tcW w:w="1587" w:type="dxa"/>
            <w:vAlign w:val="center"/>
          </w:tcPr>
          <w:p w14:paraId="41EF30C1" w14:textId="649DC113" w:rsidR="002B06E7" w:rsidRPr="001928E8" w:rsidRDefault="002B06E7" w:rsidP="00601030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20.000</w:t>
            </w:r>
          </w:p>
        </w:tc>
        <w:tc>
          <w:tcPr>
            <w:tcW w:w="2041" w:type="dxa"/>
            <w:vAlign w:val="center"/>
          </w:tcPr>
          <w:p w14:paraId="102E4384" w14:textId="760F8624" w:rsidR="002B06E7" w:rsidRPr="001928E8" w:rsidRDefault="004F5F2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Ze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školného</w:t>
            </w:r>
            <w:proofErr w:type="spellEnd"/>
          </w:p>
        </w:tc>
        <w:tc>
          <w:tcPr>
            <w:tcW w:w="3402" w:type="dxa"/>
            <w:vAlign w:val="center"/>
          </w:tcPr>
          <w:p w14:paraId="59E0EBE7" w14:textId="5CB44271" w:rsidR="002B06E7" w:rsidRPr="001928E8" w:rsidRDefault="00BD7B1A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Nádrž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vodu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ponky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vybavení</w:t>
            </w:r>
            <w:proofErr w:type="spellEnd"/>
          </w:p>
        </w:tc>
      </w:tr>
      <w:tr w:rsidR="002B06E7" w:rsidRPr="001928E8" w14:paraId="296511CE" w14:textId="77777777">
        <w:trPr>
          <w:cantSplit/>
        </w:trPr>
        <w:tc>
          <w:tcPr>
            <w:tcW w:w="2835" w:type="dxa"/>
            <w:vAlign w:val="center"/>
          </w:tcPr>
          <w:p w14:paraId="5F45527F" w14:textId="7CFA9842" w:rsidR="002B06E7" w:rsidRPr="001928E8" w:rsidRDefault="002B06E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Nábytek</w:t>
            </w:r>
            <w:proofErr w:type="spellEnd"/>
          </w:p>
        </w:tc>
        <w:tc>
          <w:tcPr>
            <w:tcW w:w="1587" w:type="dxa"/>
            <w:vAlign w:val="center"/>
          </w:tcPr>
          <w:p w14:paraId="017AC335" w14:textId="6E0E2315" w:rsidR="002B06E7" w:rsidRPr="001928E8" w:rsidRDefault="004F5F26" w:rsidP="00601030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10.237</w:t>
            </w:r>
          </w:p>
        </w:tc>
        <w:tc>
          <w:tcPr>
            <w:tcW w:w="2041" w:type="dxa"/>
            <w:vAlign w:val="center"/>
          </w:tcPr>
          <w:p w14:paraId="5D9F7F66" w14:textId="70D9BB5A" w:rsidR="002B06E7" w:rsidRPr="001928E8" w:rsidRDefault="004F5F2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Ze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školného</w:t>
            </w:r>
            <w:proofErr w:type="spellEnd"/>
          </w:p>
        </w:tc>
        <w:tc>
          <w:tcPr>
            <w:tcW w:w="3402" w:type="dxa"/>
            <w:vAlign w:val="center"/>
          </w:tcPr>
          <w:p w14:paraId="4AE76045" w14:textId="04C4F8FB" w:rsidR="002B06E7" w:rsidRPr="001928E8" w:rsidRDefault="002B06E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Oprava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židlí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nákup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lavic</w:t>
            </w:r>
            <w:proofErr w:type="spellEnd"/>
          </w:p>
        </w:tc>
      </w:tr>
      <w:tr w:rsidR="002B06E7" w:rsidRPr="001928E8" w14:paraId="34A05396" w14:textId="77777777">
        <w:trPr>
          <w:cantSplit/>
        </w:trPr>
        <w:tc>
          <w:tcPr>
            <w:tcW w:w="2835" w:type="dxa"/>
            <w:vAlign w:val="center"/>
          </w:tcPr>
          <w:p w14:paraId="2D2EBCB4" w14:textId="36E7F125" w:rsidR="002B06E7" w:rsidRPr="001928E8" w:rsidRDefault="002B06E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Oprava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výdejen</w:t>
            </w:r>
            <w:proofErr w:type="spellEnd"/>
          </w:p>
        </w:tc>
        <w:tc>
          <w:tcPr>
            <w:tcW w:w="1587" w:type="dxa"/>
            <w:vAlign w:val="center"/>
          </w:tcPr>
          <w:p w14:paraId="750A0321" w14:textId="3FF2EC5D" w:rsidR="002B06E7" w:rsidRPr="001928E8" w:rsidRDefault="00BD7B1A" w:rsidP="00601030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30.000</w:t>
            </w:r>
          </w:p>
        </w:tc>
        <w:tc>
          <w:tcPr>
            <w:tcW w:w="2041" w:type="dxa"/>
            <w:vAlign w:val="center"/>
          </w:tcPr>
          <w:p w14:paraId="1C26FC9B" w14:textId="011EB5C9" w:rsidR="002B06E7" w:rsidRPr="001928E8" w:rsidRDefault="004F5F26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Ze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školného</w:t>
            </w:r>
            <w:proofErr w:type="spellEnd"/>
          </w:p>
        </w:tc>
        <w:tc>
          <w:tcPr>
            <w:tcW w:w="3402" w:type="dxa"/>
            <w:vAlign w:val="center"/>
          </w:tcPr>
          <w:p w14:paraId="1EB58447" w14:textId="2AB3F7DE" w:rsidR="002B06E7" w:rsidRPr="001928E8" w:rsidRDefault="002B06E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Nový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stolek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oprava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dvířek</w:t>
            </w:r>
            <w:proofErr w:type="spellEnd"/>
          </w:p>
        </w:tc>
      </w:tr>
      <w:tr w:rsidR="004F2747" w:rsidRPr="001928E8" w14:paraId="414C3AAD" w14:textId="77777777">
        <w:trPr>
          <w:cantSplit/>
        </w:trPr>
        <w:tc>
          <w:tcPr>
            <w:tcW w:w="2835" w:type="dxa"/>
            <w:shd w:val="clear" w:color="auto" w:fill="F3F6F8"/>
            <w:vAlign w:val="center"/>
          </w:tcPr>
          <w:p w14:paraId="2947053F" w14:textId="77777777" w:rsidR="004F2747" w:rsidRPr="001928E8" w:rsidRDefault="00601030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Rekonstrukce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koupelny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v MŠ</w:t>
            </w:r>
          </w:p>
        </w:tc>
        <w:tc>
          <w:tcPr>
            <w:tcW w:w="1587" w:type="dxa"/>
            <w:shd w:val="clear" w:color="auto" w:fill="F3F6F8"/>
            <w:vAlign w:val="center"/>
          </w:tcPr>
          <w:p w14:paraId="24A11775" w14:textId="1F2E8EB6" w:rsidR="004F2747" w:rsidRPr="001928E8" w:rsidRDefault="00601030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1</w:t>
            </w:r>
            <w:r w:rsidR="00A2383E" w:rsidRPr="001928E8">
              <w:rPr>
                <w:rFonts w:cs="Arial"/>
                <w:sz w:val="20"/>
                <w:szCs w:val="20"/>
              </w:rPr>
              <w:t>83.992</w:t>
            </w:r>
          </w:p>
        </w:tc>
        <w:tc>
          <w:tcPr>
            <w:tcW w:w="2041" w:type="dxa"/>
            <w:shd w:val="clear" w:color="auto" w:fill="F3F6F8"/>
            <w:vAlign w:val="center"/>
          </w:tcPr>
          <w:p w14:paraId="530DA79D" w14:textId="77777777" w:rsidR="004F2747" w:rsidRPr="001928E8" w:rsidRDefault="00601030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Ze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školného</w:t>
            </w:r>
            <w:proofErr w:type="spellEnd"/>
          </w:p>
        </w:tc>
        <w:tc>
          <w:tcPr>
            <w:tcW w:w="3402" w:type="dxa"/>
            <w:shd w:val="clear" w:color="auto" w:fill="F3F6F8"/>
            <w:vAlign w:val="center"/>
          </w:tcPr>
          <w:p w14:paraId="4DE41025" w14:textId="77777777" w:rsidR="004F2747" w:rsidRPr="001928E8" w:rsidRDefault="00601030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Zlepšení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podmínek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pro hygiene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dětí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>.</w:t>
            </w:r>
          </w:p>
        </w:tc>
      </w:tr>
    </w:tbl>
    <w:p w14:paraId="2473D385" w14:textId="77777777" w:rsidR="004F2747" w:rsidRDefault="004F2747">
      <w:pPr>
        <w:spacing w:after="20"/>
      </w:pPr>
    </w:p>
    <w:p w14:paraId="5E19149B" w14:textId="77777777" w:rsidR="004F2747" w:rsidRPr="00261897" w:rsidRDefault="00261897" w:rsidP="00261897">
      <w:pPr>
        <w:pStyle w:val="Nadpis1"/>
      </w:pPr>
      <w:r>
        <w:t xml:space="preserve">13. </w:t>
      </w:r>
      <w:proofErr w:type="spellStart"/>
      <w:r w:rsidR="00B25EFB" w:rsidRPr="00261897">
        <w:t>Spolupráce</w:t>
      </w:r>
      <w:proofErr w:type="spellEnd"/>
      <w:r w:rsidR="00B25EFB" w:rsidRPr="00261897">
        <w:t xml:space="preserve"> s </w:t>
      </w:r>
      <w:proofErr w:type="spellStart"/>
      <w:r w:rsidR="00B25EFB" w:rsidRPr="00261897">
        <w:t>partnery</w:t>
      </w:r>
      <w:proofErr w:type="spellEnd"/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969"/>
        <w:gridCol w:w="3061"/>
      </w:tblGrid>
      <w:tr w:rsidR="004F2747" w:rsidRPr="001928E8" w14:paraId="020A7DC8" w14:textId="77777777">
        <w:trPr>
          <w:cantSplit/>
          <w:tblHeader/>
        </w:trPr>
        <w:tc>
          <w:tcPr>
            <w:tcW w:w="283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338590D" w14:textId="77777777" w:rsidR="004F2747" w:rsidRPr="001928E8" w:rsidRDefault="00B25EFB">
            <w:pPr>
              <w:spacing w:after="0" w:line="252" w:lineRule="auto"/>
              <w:rPr>
                <w:sz w:val="20"/>
                <w:szCs w:val="20"/>
              </w:rPr>
            </w:pPr>
            <w:r w:rsidRPr="001928E8">
              <w:rPr>
                <w:rFonts w:eastAsia="Arial"/>
                <w:b/>
                <w:color w:val="FFFFFF"/>
                <w:sz w:val="20"/>
                <w:szCs w:val="20"/>
              </w:rPr>
              <w:t>Partner/oblast</w:t>
            </w:r>
          </w:p>
        </w:tc>
        <w:tc>
          <w:tcPr>
            <w:tcW w:w="3969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3BCF9ED" w14:textId="77777777" w:rsidR="004F2747" w:rsidRPr="001928E8" w:rsidRDefault="00B25EFB">
            <w:pPr>
              <w:spacing w:after="0" w:line="252" w:lineRule="auto"/>
              <w:rPr>
                <w:sz w:val="20"/>
                <w:szCs w:val="20"/>
              </w:rPr>
            </w:pPr>
            <w:r w:rsidRPr="001928E8">
              <w:rPr>
                <w:rFonts w:eastAsia="Arial"/>
                <w:b/>
                <w:color w:val="FFFFFF"/>
                <w:sz w:val="20"/>
                <w:szCs w:val="20"/>
              </w:rPr>
              <w:t xml:space="preserve">Forma </w:t>
            </w:r>
            <w:proofErr w:type="spellStart"/>
            <w:r w:rsidRPr="001928E8">
              <w:rPr>
                <w:rFonts w:eastAsia="Arial"/>
                <w:b/>
                <w:color w:val="FFFFFF"/>
                <w:sz w:val="20"/>
                <w:szCs w:val="20"/>
              </w:rPr>
              <w:t>spolupráce</w:t>
            </w:r>
            <w:proofErr w:type="spellEnd"/>
          </w:p>
        </w:tc>
        <w:tc>
          <w:tcPr>
            <w:tcW w:w="3061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3CCC767" w14:textId="77777777" w:rsidR="004F2747" w:rsidRPr="001928E8" w:rsidRDefault="00B25EFB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rFonts w:eastAsia="Arial"/>
                <w:b/>
                <w:color w:val="FFFFFF"/>
                <w:sz w:val="20"/>
                <w:szCs w:val="20"/>
              </w:rPr>
              <w:t>Výsledek</w:t>
            </w:r>
            <w:proofErr w:type="spellEnd"/>
            <w:r w:rsidRPr="001928E8">
              <w:rPr>
                <w:rFonts w:eastAsia="Arial"/>
                <w:b/>
                <w:color w:val="FFFFFF"/>
                <w:sz w:val="20"/>
                <w:szCs w:val="20"/>
              </w:rPr>
              <w:t>/</w:t>
            </w:r>
            <w:proofErr w:type="spellStart"/>
            <w:r w:rsidRPr="001928E8">
              <w:rPr>
                <w:rFonts w:eastAsia="Arial"/>
                <w:b/>
                <w:color w:val="FFFFFF"/>
                <w:sz w:val="20"/>
                <w:szCs w:val="20"/>
              </w:rPr>
              <w:t>přínos</w:t>
            </w:r>
            <w:proofErr w:type="spellEnd"/>
          </w:p>
        </w:tc>
      </w:tr>
      <w:tr w:rsidR="004F2747" w:rsidRPr="001928E8" w14:paraId="24D3FC41" w14:textId="77777777">
        <w:trPr>
          <w:cantSplit/>
        </w:trPr>
        <w:tc>
          <w:tcPr>
            <w:tcW w:w="2835" w:type="dxa"/>
            <w:vAlign w:val="center"/>
          </w:tcPr>
          <w:p w14:paraId="67882072" w14:textId="77777777" w:rsidR="004F2747" w:rsidRPr="001928E8" w:rsidRDefault="00B25EFB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rFonts w:eastAsia="Arial"/>
                <w:sz w:val="20"/>
                <w:szCs w:val="20"/>
              </w:rPr>
              <w:t>Město</w:t>
            </w:r>
            <w:proofErr w:type="spellEnd"/>
            <w:r w:rsidRPr="001928E8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/>
                <w:sz w:val="20"/>
                <w:szCs w:val="20"/>
              </w:rPr>
              <w:t>Říčany</w:t>
            </w:r>
            <w:proofErr w:type="spellEnd"/>
          </w:p>
        </w:tc>
        <w:tc>
          <w:tcPr>
            <w:tcW w:w="3969" w:type="dxa"/>
            <w:vAlign w:val="center"/>
          </w:tcPr>
          <w:p w14:paraId="6C51977F" w14:textId="164AA4C7" w:rsidR="004F2747" w:rsidRPr="001928E8" w:rsidRDefault="00237C9F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sz w:val="20"/>
                <w:szCs w:val="20"/>
              </w:rPr>
              <w:t>Účast</w:t>
            </w:r>
            <w:proofErr w:type="spellEnd"/>
            <w:r w:rsidRPr="001928E8">
              <w:rPr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sz w:val="20"/>
                <w:szCs w:val="20"/>
              </w:rPr>
              <w:t>na</w:t>
            </w:r>
            <w:proofErr w:type="spellEnd"/>
            <w:r w:rsidRPr="001928E8">
              <w:rPr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sz w:val="20"/>
                <w:szCs w:val="20"/>
              </w:rPr>
              <w:t>akcích</w:t>
            </w:r>
            <w:proofErr w:type="spellEnd"/>
            <w:r w:rsidRPr="001928E8">
              <w:rPr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sz w:val="20"/>
                <w:szCs w:val="20"/>
              </w:rPr>
              <w:t>města</w:t>
            </w:r>
            <w:proofErr w:type="spellEnd"/>
          </w:p>
        </w:tc>
        <w:tc>
          <w:tcPr>
            <w:tcW w:w="3061" w:type="dxa"/>
            <w:vAlign w:val="center"/>
          </w:tcPr>
          <w:p w14:paraId="112DCB11" w14:textId="06ED8983" w:rsidR="004F2747" w:rsidRPr="001928E8" w:rsidRDefault="00237C9F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sz w:val="20"/>
                <w:szCs w:val="20"/>
              </w:rPr>
              <w:t>Propojení</w:t>
            </w:r>
            <w:proofErr w:type="spellEnd"/>
            <w:r w:rsidRPr="001928E8">
              <w:rPr>
                <w:sz w:val="20"/>
                <w:szCs w:val="20"/>
              </w:rPr>
              <w:t xml:space="preserve"> s </w:t>
            </w:r>
            <w:proofErr w:type="spellStart"/>
            <w:r w:rsidRPr="001928E8">
              <w:rPr>
                <w:sz w:val="20"/>
                <w:szCs w:val="20"/>
              </w:rPr>
              <w:t>veřejností</w:t>
            </w:r>
            <w:proofErr w:type="spellEnd"/>
          </w:p>
        </w:tc>
      </w:tr>
      <w:tr w:rsidR="004F2747" w:rsidRPr="001928E8" w14:paraId="79245A19" w14:textId="77777777">
        <w:trPr>
          <w:cantSplit/>
        </w:trPr>
        <w:tc>
          <w:tcPr>
            <w:tcW w:w="2835" w:type="dxa"/>
            <w:shd w:val="clear" w:color="auto" w:fill="F3F6F8"/>
            <w:vAlign w:val="center"/>
          </w:tcPr>
          <w:p w14:paraId="7381227A" w14:textId="77777777" w:rsidR="004F2747" w:rsidRPr="001928E8" w:rsidRDefault="00B25EFB">
            <w:pPr>
              <w:spacing w:after="0" w:line="252" w:lineRule="auto"/>
              <w:rPr>
                <w:sz w:val="20"/>
                <w:szCs w:val="20"/>
              </w:rPr>
            </w:pPr>
            <w:r w:rsidRPr="001928E8">
              <w:rPr>
                <w:rFonts w:eastAsia="Arial"/>
                <w:sz w:val="20"/>
                <w:szCs w:val="20"/>
              </w:rPr>
              <w:t xml:space="preserve">MAS </w:t>
            </w:r>
            <w:proofErr w:type="spellStart"/>
            <w:r w:rsidRPr="001928E8">
              <w:rPr>
                <w:rFonts w:eastAsia="Arial"/>
                <w:sz w:val="20"/>
                <w:szCs w:val="20"/>
              </w:rPr>
              <w:t>Říčansko</w:t>
            </w:r>
            <w:proofErr w:type="spellEnd"/>
            <w:r w:rsidRPr="001928E8">
              <w:rPr>
                <w:rFonts w:eastAsia="Arial"/>
                <w:sz w:val="20"/>
                <w:szCs w:val="20"/>
              </w:rPr>
              <w:t xml:space="preserve"> / MAP</w:t>
            </w:r>
          </w:p>
        </w:tc>
        <w:tc>
          <w:tcPr>
            <w:tcW w:w="3969" w:type="dxa"/>
            <w:shd w:val="clear" w:color="auto" w:fill="F3F6F8"/>
            <w:vAlign w:val="center"/>
          </w:tcPr>
          <w:p w14:paraId="3C148C7F" w14:textId="34944F73" w:rsidR="004F2747" w:rsidRPr="001928E8" w:rsidRDefault="00237C9F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sz w:val="20"/>
                <w:szCs w:val="20"/>
              </w:rPr>
              <w:t>Vzdělávání</w:t>
            </w:r>
            <w:proofErr w:type="spellEnd"/>
            <w:r w:rsidRPr="001928E8">
              <w:rPr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sz w:val="20"/>
                <w:szCs w:val="20"/>
              </w:rPr>
              <w:t>pedagogů</w:t>
            </w:r>
            <w:proofErr w:type="spellEnd"/>
          </w:p>
        </w:tc>
        <w:tc>
          <w:tcPr>
            <w:tcW w:w="3061" w:type="dxa"/>
            <w:shd w:val="clear" w:color="auto" w:fill="F3F6F8"/>
            <w:vAlign w:val="center"/>
          </w:tcPr>
          <w:p w14:paraId="7B5EA672" w14:textId="47232723" w:rsidR="004F2747" w:rsidRPr="001928E8" w:rsidRDefault="00237C9F">
            <w:pPr>
              <w:spacing w:after="0" w:line="252" w:lineRule="auto"/>
              <w:rPr>
                <w:sz w:val="20"/>
                <w:szCs w:val="20"/>
              </w:rPr>
            </w:pPr>
            <w:r w:rsidRPr="001928E8">
              <w:rPr>
                <w:sz w:val="20"/>
                <w:szCs w:val="20"/>
              </w:rPr>
              <w:t xml:space="preserve">Vyšší </w:t>
            </w:r>
            <w:proofErr w:type="spellStart"/>
            <w:r w:rsidRPr="001928E8">
              <w:rPr>
                <w:sz w:val="20"/>
                <w:szCs w:val="20"/>
              </w:rPr>
              <w:t>profesionalita</w:t>
            </w:r>
            <w:proofErr w:type="spellEnd"/>
          </w:p>
        </w:tc>
      </w:tr>
      <w:tr w:rsidR="004F2747" w:rsidRPr="001928E8" w14:paraId="6259DDB6" w14:textId="77777777">
        <w:trPr>
          <w:cantSplit/>
        </w:trPr>
        <w:tc>
          <w:tcPr>
            <w:tcW w:w="2835" w:type="dxa"/>
            <w:vAlign w:val="center"/>
          </w:tcPr>
          <w:p w14:paraId="02A16680" w14:textId="77777777" w:rsidR="004F2747" w:rsidRPr="001928E8" w:rsidRDefault="00B25EFB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rFonts w:eastAsia="Arial"/>
                <w:sz w:val="20"/>
                <w:szCs w:val="20"/>
              </w:rPr>
              <w:t>Školská</w:t>
            </w:r>
            <w:proofErr w:type="spellEnd"/>
            <w:r w:rsidRPr="001928E8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/>
                <w:sz w:val="20"/>
                <w:szCs w:val="20"/>
              </w:rPr>
              <w:t>poradenská</w:t>
            </w:r>
            <w:proofErr w:type="spellEnd"/>
            <w:r w:rsidRPr="001928E8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/>
                <w:sz w:val="20"/>
                <w:szCs w:val="20"/>
              </w:rPr>
              <w:t>zařízení</w:t>
            </w:r>
            <w:proofErr w:type="spellEnd"/>
          </w:p>
        </w:tc>
        <w:tc>
          <w:tcPr>
            <w:tcW w:w="3969" w:type="dxa"/>
            <w:vAlign w:val="center"/>
          </w:tcPr>
          <w:p w14:paraId="04E5E1E5" w14:textId="3F50708D" w:rsidR="004F2747" w:rsidRPr="001928E8" w:rsidRDefault="00237C9F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sz w:val="20"/>
                <w:szCs w:val="20"/>
              </w:rPr>
              <w:t>Odborná</w:t>
            </w:r>
            <w:proofErr w:type="spellEnd"/>
            <w:r w:rsidRPr="001928E8">
              <w:rPr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sz w:val="20"/>
                <w:szCs w:val="20"/>
              </w:rPr>
              <w:t>vyšetření</w:t>
            </w:r>
            <w:proofErr w:type="spellEnd"/>
            <w:r w:rsidRPr="001928E8">
              <w:rPr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sz w:val="20"/>
                <w:szCs w:val="20"/>
              </w:rPr>
              <w:t>dětí</w:t>
            </w:r>
            <w:proofErr w:type="spellEnd"/>
            <w:r w:rsidRPr="001928E8">
              <w:rPr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sz w:val="20"/>
                <w:szCs w:val="20"/>
              </w:rPr>
              <w:t>žáků</w:t>
            </w:r>
            <w:proofErr w:type="spellEnd"/>
          </w:p>
        </w:tc>
        <w:tc>
          <w:tcPr>
            <w:tcW w:w="3061" w:type="dxa"/>
            <w:vAlign w:val="center"/>
          </w:tcPr>
          <w:p w14:paraId="0217B3D0" w14:textId="3FEAF9BE" w:rsidR="004F2747" w:rsidRPr="001928E8" w:rsidRDefault="00237C9F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sz w:val="20"/>
                <w:szCs w:val="20"/>
              </w:rPr>
              <w:t>Poradenský</w:t>
            </w:r>
            <w:proofErr w:type="spellEnd"/>
            <w:r w:rsidRPr="001928E8">
              <w:rPr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sz w:val="20"/>
                <w:szCs w:val="20"/>
              </w:rPr>
              <w:t>servis</w:t>
            </w:r>
            <w:proofErr w:type="spellEnd"/>
            <w:r w:rsidRPr="001928E8">
              <w:rPr>
                <w:sz w:val="20"/>
                <w:szCs w:val="20"/>
              </w:rPr>
              <w:t xml:space="preserve"> pro </w:t>
            </w:r>
            <w:proofErr w:type="spellStart"/>
            <w:r w:rsidRPr="001928E8">
              <w:rPr>
                <w:sz w:val="20"/>
                <w:szCs w:val="20"/>
              </w:rPr>
              <w:t>školu</w:t>
            </w:r>
            <w:proofErr w:type="spellEnd"/>
          </w:p>
        </w:tc>
      </w:tr>
      <w:tr w:rsidR="004F2747" w:rsidRPr="001928E8" w14:paraId="592F6FA7" w14:textId="77777777">
        <w:trPr>
          <w:cantSplit/>
        </w:trPr>
        <w:tc>
          <w:tcPr>
            <w:tcW w:w="2835" w:type="dxa"/>
            <w:shd w:val="clear" w:color="auto" w:fill="F3F6F8"/>
            <w:vAlign w:val="center"/>
          </w:tcPr>
          <w:p w14:paraId="2C9B71AE" w14:textId="77777777" w:rsidR="004F2747" w:rsidRPr="001928E8" w:rsidRDefault="00B25EFB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rFonts w:eastAsia="Arial"/>
                <w:sz w:val="20"/>
                <w:szCs w:val="20"/>
              </w:rPr>
              <w:t>Kulturní</w:t>
            </w:r>
            <w:proofErr w:type="spellEnd"/>
            <w:r w:rsidRPr="001928E8">
              <w:rPr>
                <w:rFonts w:eastAsia="Arial"/>
                <w:sz w:val="20"/>
                <w:szCs w:val="20"/>
              </w:rPr>
              <w:t xml:space="preserve">, </w:t>
            </w:r>
            <w:proofErr w:type="spellStart"/>
            <w:r w:rsidRPr="001928E8">
              <w:rPr>
                <w:rFonts w:eastAsia="Arial"/>
                <w:sz w:val="20"/>
                <w:szCs w:val="20"/>
              </w:rPr>
              <w:t>sportovní</w:t>
            </w:r>
            <w:proofErr w:type="spellEnd"/>
            <w:r w:rsidRPr="001928E8">
              <w:rPr>
                <w:rFonts w:eastAsia="Arial"/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rFonts w:eastAsia="Arial"/>
                <w:sz w:val="20"/>
                <w:szCs w:val="20"/>
              </w:rPr>
              <w:t>odborné</w:t>
            </w:r>
            <w:proofErr w:type="spellEnd"/>
            <w:r w:rsidRPr="001928E8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/>
                <w:sz w:val="20"/>
                <w:szCs w:val="20"/>
              </w:rPr>
              <w:t>organizace</w:t>
            </w:r>
            <w:proofErr w:type="spellEnd"/>
          </w:p>
        </w:tc>
        <w:tc>
          <w:tcPr>
            <w:tcW w:w="3969" w:type="dxa"/>
            <w:shd w:val="clear" w:color="auto" w:fill="F3F6F8"/>
            <w:vAlign w:val="center"/>
          </w:tcPr>
          <w:p w14:paraId="6264ECA3" w14:textId="427C3B8E" w:rsidR="004F2747" w:rsidRPr="001928E8" w:rsidRDefault="00237C9F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sz w:val="20"/>
                <w:szCs w:val="20"/>
              </w:rPr>
              <w:t>Divadlo</w:t>
            </w:r>
            <w:proofErr w:type="spellEnd"/>
            <w:r w:rsidRPr="001928E8">
              <w:rPr>
                <w:sz w:val="20"/>
                <w:szCs w:val="20"/>
              </w:rPr>
              <w:t xml:space="preserve">, kino, </w:t>
            </w:r>
            <w:proofErr w:type="spellStart"/>
            <w:r w:rsidRPr="001928E8">
              <w:rPr>
                <w:sz w:val="20"/>
                <w:szCs w:val="20"/>
              </w:rPr>
              <w:t>muzeum</w:t>
            </w:r>
            <w:proofErr w:type="spellEnd"/>
            <w:r w:rsidRPr="001928E8">
              <w:rPr>
                <w:sz w:val="20"/>
                <w:szCs w:val="20"/>
              </w:rPr>
              <w:t xml:space="preserve">, </w:t>
            </w:r>
            <w:proofErr w:type="spellStart"/>
            <w:r w:rsidRPr="001928E8">
              <w:rPr>
                <w:sz w:val="20"/>
                <w:szCs w:val="20"/>
              </w:rPr>
              <w:t>knihovna</w:t>
            </w:r>
            <w:proofErr w:type="spellEnd"/>
            <w:r w:rsidRPr="001928E8">
              <w:rPr>
                <w:sz w:val="20"/>
                <w:szCs w:val="20"/>
              </w:rPr>
              <w:t xml:space="preserve">, </w:t>
            </w:r>
            <w:proofErr w:type="spellStart"/>
            <w:r w:rsidRPr="001928E8">
              <w:rPr>
                <w:sz w:val="20"/>
                <w:szCs w:val="20"/>
              </w:rPr>
              <w:t>plavecký</w:t>
            </w:r>
            <w:proofErr w:type="spellEnd"/>
            <w:r w:rsidRPr="001928E8">
              <w:rPr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sz w:val="20"/>
                <w:szCs w:val="20"/>
              </w:rPr>
              <w:t>stadion</w:t>
            </w:r>
            <w:proofErr w:type="spellEnd"/>
          </w:p>
        </w:tc>
        <w:tc>
          <w:tcPr>
            <w:tcW w:w="3061" w:type="dxa"/>
            <w:shd w:val="clear" w:color="auto" w:fill="F3F6F8"/>
            <w:vAlign w:val="center"/>
          </w:tcPr>
          <w:p w14:paraId="54D70D8B" w14:textId="5964D744" w:rsidR="004F2747" w:rsidRPr="001928E8" w:rsidRDefault="00237C9F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sz w:val="20"/>
                <w:szCs w:val="20"/>
              </w:rPr>
              <w:t>Akce</w:t>
            </w:r>
            <w:proofErr w:type="spellEnd"/>
            <w:r w:rsidRPr="001928E8">
              <w:rPr>
                <w:sz w:val="20"/>
                <w:szCs w:val="20"/>
              </w:rPr>
              <w:t xml:space="preserve"> pro </w:t>
            </w:r>
            <w:proofErr w:type="spellStart"/>
            <w:r w:rsidRPr="001928E8">
              <w:rPr>
                <w:sz w:val="20"/>
                <w:szCs w:val="20"/>
              </w:rPr>
              <w:t>děti</w:t>
            </w:r>
            <w:proofErr w:type="spellEnd"/>
            <w:r w:rsidRPr="001928E8">
              <w:rPr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sz w:val="20"/>
                <w:szCs w:val="20"/>
              </w:rPr>
              <w:t>žáky</w:t>
            </w:r>
            <w:proofErr w:type="spellEnd"/>
          </w:p>
        </w:tc>
      </w:tr>
      <w:tr w:rsidR="004F2747" w:rsidRPr="001928E8" w14:paraId="0818A7F2" w14:textId="77777777">
        <w:trPr>
          <w:cantSplit/>
        </w:trPr>
        <w:tc>
          <w:tcPr>
            <w:tcW w:w="2835" w:type="dxa"/>
            <w:vAlign w:val="center"/>
          </w:tcPr>
          <w:p w14:paraId="0BDB3190" w14:textId="77777777" w:rsidR="004F2747" w:rsidRPr="001928E8" w:rsidRDefault="00B25EFB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rFonts w:eastAsia="Arial"/>
                <w:sz w:val="20"/>
                <w:szCs w:val="20"/>
              </w:rPr>
              <w:t>Partnerské</w:t>
            </w:r>
            <w:proofErr w:type="spellEnd"/>
            <w:r w:rsidRPr="001928E8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/>
                <w:sz w:val="20"/>
                <w:szCs w:val="20"/>
              </w:rPr>
              <w:t>školy</w:t>
            </w:r>
            <w:proofErr w:type="spellEnd"/>
            <w:r w:rsidRPr="001928E8">
              <w:rPr>
                <w:rFonts w:eastAsia="Arial"/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rFonts w:eastAsia="Arial"/>
                <w:sz w:val="20"/>
                <w:szCs w:val="20"/>
              </w:rPr>
              <w:t>mezinárodní</w:t>
            </w:r>
            <w:proofErr w:type="spellEnd"/>
            <w:r w:rsidRPr="001928E8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/>
                <w:sz w:val="20"/>
                <w:szCs w:val="20"/>
              </w:rPr>
              <w:t>spolupráce</w:t>
            </w:r>
            <w:proofErr w:type="spellEnd"/>
          </w:p>
        </w:tc>
        <w:tc>
          <w:tcPr>
            <w:tcW w:w="3969" w:type="dxa"/>
            <w:vAlign w:val="center"/>
          </w:tcPr>
          <w:p w14:paraId="73091742" w14:textId="0AA3D58B" w:rsidR="004F2747" w:rsidRPr="001928E8" w:rsidRDefault="00237C9F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sz w:val="20"/>
                <w:szCs w:val="20"/>
              </w:rPr>
              <w:t>Stáže</w:t>
            </w:r>
            <w:proofErr w:type="spellEnd"/>
            <w:r w:rsidRPr="001928E8">
              <w:rPr>
                <w:sz w:val="20"/>
                <w:szCs w:val="20"/>
              </w:rPr>
              <w:t xml:space="preserve"> v </w:t>
            </w:r>
            <w:proofErr w:type="spellStart"/>
            <w:r w:rsidRPr="001928E8">
              <w:rPr>
                <w:sz w:val="20"/>
                <w:szCs w:val="20"/>
              </w:rPr>
              <w:t>zahraničí</w:t>
            </w:r>
            <w:proofErr w:type="spellEnd"/>
            <w:r w:rsidRPr="001928E8">
              <w:rPr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sz w:val="20"/>
                <w:szCs w:val="20"/>
              </w:rPr>
              <w:t>přes</w:t>
            </w:r>
            <w:proofErr w:type="spellEnd"/>
            <w:r w:rsidRPr="001928E8">
              <w:rPr>
                <w:sz w:val="20"/>
                <w:szCs w:val="20"/>
              </w:rPr>
              <w:t xml:space="preserve"> Erasmus</w:t>
            </w:r>
          </w:p>
        </w:tc>
        <w:tc>
          <w:tcPr>
            <w:tcW w:w="3061" w:type="dxa"/>
            <w:vAlign w:val="center"/>
          </w:tcPr>
          <w:p w14:paraId="3ECE36CA" w14:textId="1190EB33" w:rsidR="004F2747" w:rsidRPr="001928E8" w:rsidRDefault="00237C9F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sz w:val="20"/>
                <w:szCs w:val="20"/>
              </w:rPr>
              <w:t>Propojení</w:t>
            </w:r>
            <w:proofErr w:type="spellEnd"/>
            <w:r w:rsidRPr="001928E8">
              <w:rPr>
                <w:sz w:val="20"/>
                <w:szCs w:val="20"/>
              </w:rPr>
              <w:t xml:space="preserve"> MŠ v </w:t>
            </w:r>
            <w:proofErr w:type="spellStart"/>
            <w:r w:rsidRPr="001928E8">
              <w:rPr>
                <w:sz w:val="20"/>
                <w:szCs w:val="20"/>
              </w:rPr>
              <w:t>regionu</w:t>
            </w:r>
            <w:proofErr w:type="spellEnd"/>
            <w:r w:rsidRPr="001928E8">
              <w:rPr>
                <w:sz w:val="20"/>
                <w:szCs w:val="20"/>
              </w:rPr>
              <w:t xml:space="preserve"> </w:t>
            </w:r>
          </w:p>
        </w:tc>
      </w:tr>
      <w:tr w:rsidR="004F2747" w:rsidRPr="001928E8" w14:paraId="71D9CC6F" w14:textId="77777777">
        <w:trPr>
          <w:cantSplit/>
        </w:trPr>
        <w:tc>
          <w:tcPr>
            <w:tcW w:w="2835" w:type="dxa"/>
            <w:shd w:val="clear" w:color="auto" w:fill="F3F6F8"/>
            <w:vAlign w:val="center"/>
          </w:tcPr>
          <w:p w14:paraId="34EFAA1C" w14:textId="77777777" w:rsidR="004F2747" w:rsidRPr="001928E8" w:rsidRDefault="00B25EFB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rFonts w:eastAsia="Arial"/>
                <w:sz w:val="20"/>
                <w:szCs w:val="20"/>
              </w:rPr>
              <w:t>Zákonní</w:t>
            </w:r>
            <w:proofErr w:type="spellEnd"/>
            <w:r w:rsidRPr="001928E8">
              <w:rPr>
                <w:rFonts w:eastAsia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/>
                <w:sz w:val="20"/>
                <w:szCs w:val="20"/>
              </w:rPr>
              <w:t>zástupci</w:t>
            </w:r>
            <w:proofErr w:type="spellEnd"/>
            <w:r w:rsidRPr="001928E8">
              <w:rPr>
                <w:rFonts w:eastAsia="Arial"/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rFonts w:eastAsia="Arial"/>
                <w:sz w:val="20"/>
                <w:szCs w:val="20"/>
              </w:rPr>
              <w:t>komunita</w:t>
            </w:r>
            <w:proofErr w:type="spellEnd"/>
          </w:p>
        </w:tc>
        <w:tc>
          <w:tcPr>
            <w:tcW w:w="3969" w:type="dxa"/>
            <w:shd w:val="clear" w:color="auto" w:fill="F3F6F8"/>
            <w:vAlign w:val="center"/>
          </w:tcPr>
          <w:p w14:paraId="695DBAAD" w14:textId="4C3F98D6" w:rsidR="004F2747" w:rsidRPr="001928E8" w:rsidRDefault="00237C9F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sz w:val="20"/>
                <w:szCs w:val="20"/>
              </w:rPr>
              <w:t>Společné</w:t>
            </w:r>
            <w:proofErr w:type="spellEnd"/>
            <w:r w:rsidRPr="001928E8">
              <w:rPr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sz w:val="20"/>
                <w:szCs w:val="20"/>
              </w:rPr>
              <w:t>akce</w:t>
            </w:r>
            <w:proofErr w:type="spellEnd"/>
            <w:r w:rsidRPr="001928E8">
              <w:rPr>
                <w:sz w:val="20"/>
                <w:szCs w:val="20"/>
              </w:rPr>
              <w:t xml:space="preserve">, </w:t>
            </w:r>
            <w:proofErr w:type="spellStart"/>
            <w:r w:rsidRPr="001928E8">
              <w:rPr>
                <w:sz w:val="20"/>
                <w:szCs w:val="20"/>
              </w:rPr>
              <w:t>projekty</w:t>
            </w:r>
            <w:proofErr w:type="spellEnd"/>
          </w:p>
        </w:tc>
        <w:tc>
          <w:tcPr>
            <w:tcW w:w="3061" w:type="dxa"/>
            <w:shd w:val="clear" w:color="auto" w:fill="F3F6F8"/>
            <w:vAlign w:val="center"/>
          </w:tcPr>
          <w:p w14:paraId="4BCF7C21" w14:textId="0D11A92C" w:rsidR="004F2747" w:rsidRPr="001928E8" w:rsidRDefault="00237C9F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sz w:val="20"/>
                <w:szCs w:val="20"/>
              </w:rPr>
              <w:t>Rodinná</w:t>
            </w:r>
            <w:proofErr w:type="spellEnd"/>
            <w:r w:rsidRPr="001928E8">
              <w:rPr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sz w:val="20"/>
                <w:szCs w:val="20"/>
              </w:rPr>
              <w:t>atmosféra</w:t>
            </w:r>
            <w:proofErr w:type="spellEnd"/>
          </w:p>
        </w:tc>
      </w:tr>
      <w:tr w:rsidR="004F2747" w:rsidRPr="001928E8" w14:paraId="6A90C278" w14:textId="77777777">
        <w:trPr>
          <w:cantSplit/>
        </w:trPr>
        <w:tc>
          <w:tcPr>
            <w:tcW w:w="2835" w:type="dxa"/>
            <w:vAlign w:val="center"/>
          </w:tcPr>
          <w:p w14:paraId="4B84C558" w14:textId="2C477D71" w:rsidR="004F2747" w:rsidRPr="001928E8" w:rsidRDefault="00237C9F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sz w:val="20"/>
                <w:szCs w:val="20"/>
              </w:rPr>
              <w:t>Neziskové</w:t>
            </w:r>
            <w:proofErr w:type="spellEnd"/>
            <w:r w:rsidRPr="001928E8">
              <w:rPr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sz w:val="20"/>
                <w:szCs w:val="20"/>
              </w:rPr>
              <w:t>organizace</w:t>
            </w:r>
            <w:proofErr w:type="spellEnd"/>
          </w:p>
        </w:tc>
        <w:tc>
          <w:tcPr>
            <w:tcW w:w="3969" w:type="dxa"/>
            <w:vAlign w:val="center"/>
          </w:tcPr>
          <w:p w14:paraId="3F93A719" w14:textId="6BF32B2F" w:rsidR="004F2747" w:rsidRPr="001928E8" w:rsidRDefault="00237C9F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sz w:val="20"/>
                <w:szCs w:val="20"/>
              </w:rPr>
              <w:t>Preventivní</w:t>
            </w:r>
            <w:proofErr w:type="spellEnd"/>
            <w:r w:rsidRPr="001928E8">
              <w:rPr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sz w:val="20"/>
                <w:szCs w:val="20"/>
              </w:rPr>
              <w:t>programy</w:t>
            </w:r>
            <w:proofErr w:type="spellEnd"/>
          </w:p>
        </w:tc>
        <w:tc>
          <w:tcPr>
            <w:tcW w:w="3061" w:type="dxa"/>
            <w:vAlign w:val="center"/>
          </w:tcPr>
          <w:p w14:paraId="1E7E33AA" w14:textId="1F3701DF" w:rsidR="004F2747" w:rsidRPr="001928E8" w:rsidRDefault="00237C9F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sz w:val="20"/>
                <w:szCs w:val="20"/>
              </w:rPr>
              <w:t>Zlepšení</w:t>
            </w:r>
            <w:proofErr w:type="spellEnd"/>
            <w:r w:rsidRPr="001928E8">
              <w:rPr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sz w:val="20"/>
                <w:szCs w:val="20"/>
              </w:rPr>
              <w:t>vztahů</w:t>
            </w:r>
            <w:proofErr w:type="spellEnd"/>
            <w:r w:rsidRPr="001928E8">
              <w:rPr>
                <w:sz w:val="20"/>
                <w:szCs w:val="20"/>
              </w:rPr>
              <w:t xml:space="preserve">, </w:t>
            </w:r>
            <w:proofErr w:type="spellStart"/>
            <w:r w:rsidRPr="001928E8">
              <w:rPr>
                <w:sz w:val="20"/>
                <w:szCs w:val="20"/>
              </w:rPr>
              <w:t>prevence</w:t>
            </w:r>
            <w:proofErr w:type="spellEnd"/>
          </w:p>
        </w:tc>
      </w:tr>
    </w:tbl>
    <w:p w14:paraId="12942148" w14:textId="77777777" w:rsidR="00A73FEA" w:rsidRPr="00A73FEA" w:rsidRDefault="00A73FEA" w:rsidP="00A73FEA">
      <w:pPr>
        <w:pStyle w:val="Nadpis1"/>
        <w:rPr>
          <w:rFonts w:cs="Arial"/>
          <w:szCs w:val="21"/>
          <w:lang w:val="cs-CZ" w:eastAsia="cs-CZ"/>
        </w:rPr>
      </w:pPr>
      <w:r w:rsidRPr="00A73FEA">
        <w:rPr>
          <w:lang w:val="cs-CZ" w:eastAsia="cs-CZ"/>
        </w:rPr>
        <w:lastRenderedPageBreak/>
        <w:t>14. Vyhodnocení rozvojových cílů a plán dalšího období</w:t>
      </w:r>
    </w:p>
    <w:p w14:paraId="57CD7DB4" w14:textId="77777777" w:rsidR="00A73FEA" w:rsidRPr="001928E8" w:rsidRDefault="00A73FEA" w:rsidP="00A73FEA">
      <w:pPr>
        <w:shd w:val="clear" w:color="auto" w:fill="FFFFFF"/>
        <w:spacing w:after="0" w:line="240" w:lineRule="auto"/>
        <w:rPr>
          <w:rFonts w:eastAsia="Times New Roman" w:cs="Arial"/>
          <w:color w:val="1F497D" w:themeColor="text2"/>
          <w:sz w:val="20"/>
          <w:szCs w:val="20"/>
          <w:lang w:val="cs-CZ" w:eastAsia="cs-CZ"/>
        </w:rPr>
      </w:pPr>
      <w:r w:rsidRPr="001928E8">
        <w:rPr>
          <w:rFonts w:eastAsia="Times New Roman" w:cs="Arial"/>
          <w:b/>
          <w:bCs/>
          <w:color w:val="1F497D" w:themeColor="text2"/>
          <w:sz w:val="20"/>
          <w:szCs w:val="20"/>
          <w:lang w:val="cs-CZ" w:eastAsia="cs-CZ"/>
        </w:rPr>
        <w:t>14.1 Vyhodnocení priorit školního roku 2025/2026</w:t>
      </w:r>
    </w:p>
    <w:tbl>
      <w:tblPr>
        <w:tblW w:w="986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41"/>
        <w:gridCol w:w="2438"/>
        <w:gridCol w:w="1304"/>
        <w:gridCol w:w="2098"/>
        <w:gridCol w:w="1984"/>
      </w:tblGrid>
      <w:tr w:rsidR="00A73FEA" w:rsidRPr="001928E8" w14:paraId="1F19B1AC" w14:textId="77777777">
        <w:tc>
          <w:tcPr>
            <w:tcW w:w="2041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  <w:hideMark/>
          </w:tcPr>
          <w:p w14:paraId="015C453A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cs-CZ" w:eastAsia="cs-CZ"/>
              </w:rPr>
              <w:t>Cíl</w:t>
            </w:r>
          </w:p>
        </w:tc>
        <w:tc>
          <w:tcPr>
            <w:tcW w:w="243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  <w:hideMark/>
          </w:tcPr>
          <w:p w14:paraId="4BD86596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cs-CZ" w:eastAsia="cs-CZ"/>
              </w:rPr>
              <w:t>Kroky</w:t>
            </w:r>
          </w:p>
        </w:tc>
        <w:tc>
          <w:tcPr>
            <w:tcW w:w="130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  <w:hideMark/>
          </w:tcPr>
          <w:p w14:paraId="47BE0914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cs-CZ" w:eastAsia="cs-CZ"/>
              </w:rPr>
              <w:t>Stav</w:t>
            </w:r>
          </w:p>
        </w:tc>
        <w:tc>
          <w:tcPr>
            <w:tcW w:w="209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  <w:hideMark/>
          </w:tcPr>
          <w:p w14:paraId="606F248C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cs-CZ" w:eastAsia="cs-CZ"/>
              </w:rPr>
              <w:t>Výsledek</w:t>
            </w:r>
          </w:p>
        </w:tc>
        <w:tc>
          <w:tcPr>
            <w:tcW w:w="198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  <w:hideMark/>
          </w:tcPr>
          <w:p w14:paraId="22D9F85C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cs-CZ" w:eastAsia="cs-CZ"/>
              </w:rPr>
              <w:t>Další postup</w:t>
            </w:r>
          </w:p>
        </w:tc>
      </w:tr>
      <w:tr w:rsidR="00A73FEA" w:rsidRPr="001928E8" w14:paraId="40EBAE05" w14:textId="77777777">
        <w:tc>
          <w:tcPr>
            <w:tcW w:w="2041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C1DB91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Posílit individualizaci vzdělávání a podporu dětí a žáků se speciálními vzdělávacími potřebami i nadáním.</w:t>
            </w:r>
          </w:p>
        </w:tc>
        <w:tc>
          <w:tcPr>
            <w:tcW w:w="243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11197A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Průběžná pedagogická diagnostika, spolupráce s PPP a SPC, práce asistentek pedagoga, speciálně pedagogická péče, logopedická prevence, PLPP a IVP, diferenciace a obohacování výuky.</w:t>
            </w:r>
          </w:p>
        </w:tc>
        <w:tc>
          <w:tcPr>
            <w:tcW w:w="130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0B21F4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Splněno</w:t>
            </w:r>
          </w:p>
        </w:tc>
        <w:tc>
          <w:tcPr>
            <w:tcW w:w="209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22762A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Podpůrná opatření byla nastavena podle potřeb dětí a žáků. V MŠ byla poskytována speciálně pedagogická péče třem dětem a v ZŠ pěti žákům; ve škole působily tři asistentky pedagoga.</w:t>
            </w:r>
          </w:p>
        </w:tc>
        <w:tc>
          <w:tcPr>
            <w:tcW w:w="198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1C1202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Pravidelně vyhodnocovat účinnost podpory a dále propojovat diagnostiku s plánováním individualizované vzdělávací nabídky.</w:t>
            </w:r>
          </w:p>
        </w:tc>
      </w:tr>
      <w:tr w:rsidR="00A73FEA" w:rsidRPr="001928E8" w14:paraId="70E09127" w14:textId="77777777">
        <w:tc>
          <w:tcPr>
            <w:tcW w:w="2041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6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7FC0BF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 xml:space="preserve">Rozvíjet </w:t>
            </w:r>
            <w:proofErr w:type="spellStart"/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wellbeing</w:t>
            </w:r>
            <w:proofErr w:type="spellEnd"/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, sociální a emoční dovednosti a účinnou prevenci rizikového chování.</w:t>
            </w:r>
          </w:p>
        </w:tc>
        <w:tc>
          <w:tcPr>
            <w:tcW w:w="243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6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122B71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 xml:space="preserve">Realizace programu </w:t>
            </w:r>
            <w:proofErr w:type="spellStart"/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Zipyho</w:t>
            </w:r>
            <w:proofErr w:type="spellEnd"/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 xml:space="preserve"> kamarádi, pilotního projektu Posilování psychické odolnosti, práce školního poradenského pracoviště a včasné řešení vztahových a výchovných obtíží.</w:t>
            </w:r>
          </w:p>
        </w:tc>
        <w:tc>
          <w:tcPr>
            <w:tcW w:w="130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6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194F8A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Splněno v MŠ, pokračuje v ZŠ</w:t>
            </w:r>
          </w:p>
        </w:tc>
        <w:tc>
          <w:tcPr>
            <w:tcW w:w="209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6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D3189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Děti v MŠ pracovaly s emocemi a vhodnými strategiemi řešení obtížných situací. V ZŠ nebyly evidovány neomluvené hodiny ani kázeňská opatření.</w:t>
            </w:r>
          </w:p>
        </w:tc>
        <w:tc>
          <w:tcPr>
            <w:tcW w:w="198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6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32046D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Rozšířit program psychické odolnosti také do ZŠ a průběžně hodnotit jeho přínos pro třídní klima.</w:t>
            </w:r>
          </w:p>
        </w:tc>
      </w:tr>
      <w:tr w:rsidR="00A73FEA" w:rsidRPr="001928E8" w14:paraId="2084D770" w14:textId="77777777">
        <w:tc>
          <w:tcPr>
            <w:tcW w:w="2041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2D70EA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Rozšířit praktické, environmentální, digitální a jazykové vzdělávání.</w:t>
            </w:r>
          </w:p>
        </w:tc>
        <w:tc>
          <w:tcPr>
            <w:tcW w:w="243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51A2A3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Vybudování a využívání venkovní učebny, projekt Klimatická zahrada, zahájení studia koordinátorky EVVO, práce s digitálními a technickými pomůckami a rozšířená výuka angličtiny.</w:t>
            </w:r>
          </w:p>
        </w:tc>
        <w:tc>
          <w:tcPr>
            <w:tcW w:w="130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D93B21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Splněno</w:t>
            </w:r>
          </w:p>
        </w:tc>
        <w:tc>
          <w:tcPr>
            <w:tcW w:w="209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BE3AC0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Venkovní učebna a školní zahrada se staly pravidelnou součástí vzdělávání. Žáci využívali digitální pomůcky a o angličtinu, robotiku, programování a pohybové aktivity byl stabilní zájem.</w:t>
            </w:r>
          </w:p>
        </w:tc>
        <w:tc>
          <w:tcPr>
            <w:tcW w:w="198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E0C8D1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Začlenit osvědčené činnosti do aktualizovaných ŠVP a dále rozvíjet EVVO, mediální gramotnost a práci s ověřenými informačními zdroji.</w:t>
            </w:r>
          </w:p>
        </w:tc>
      </w:tr>
    </w:tbl>
    <w:p w14:paraId="6FAF140A" w14:textId="77777777" w:rsidR="00A73FEA" w:rsidRPr="001928E8" w:rsidRDefault="00A73FEA" w:rsidP="00A73FEA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4F81BD"/>
          <w:sz w:val="20"/>
          <w:szCs w:val="20"/>
          <w:lang w:val="cs-CZ" w:eastAsia="cs-CZ"/>
        </w:rPr>
      </w:pPr>
    </w:p>
    <w:p w14:paraId="2349B18A" w14:textId="2FBFE488" w:rsidR="00A73FEA" w:rsidRPr="001928E8" w:rsidRDefault="00A73FEA" w:rsidP="00A73FEA">
      <w:pPr>
        <w:shd w:val="clear" w:color="auto" w:fill="FFFFFF"/>
        <w:spacing w:after="0" w:line="240" w:lineRule="auto"/>
        <w:rPr>
          <w:rFonts w:eastAsia="Times New Roman" w:cs="Arial"/>
          <w:color w:val="1F497D" w:themeColor="text2"/>
          <w:sz w:val="20"/>
          <w:szCs w:val="20"/>
          <w:lang w:val="cs-CZ" w:eastAsia="cs-CZ"/>
        </w:rPr>
      </w:pPr>
      <w:r w:rsidRPr="001928E8">
        <w:rPr>
          <w:rFonts w:eastAsia="Times New Roman" w:cs="Arial"/>
          <w:b/>
          <w:bCs/>
          <w:color w:val="1F497D" w:themeColor="text2"/>
          <w:sz w:val="20"/>
          <w:szCs w:val="20"/>
          <w:lang w:val="cs-CZ" w:eastAsia="cs-CZ"/>
        </w:rPr>
        <w:t>14.2 Priority pro školní rok 2026/2027</w:t>
      </w:r>
    </w:p>
    <w:tbl>
      <w:tblPr>
        <w:tblW w:w="986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402"/>
        <w:gridCol w:w="3061"/>
        <w:gridCol w:w="1928"/>
        <w:gridCol w:w="1474"/>
      </w:tblGrid>
      <w:tr w:rsidR="00A73FEA" w:rsidRPr="001928E8" w14:paraId="08A7BDF5" w14:textId="77777777">
        <w:tc>
          <w:tcPr>
            <w:tcW w:w="340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  <w:hideMark/>
          </w:tcPr>
          <w:p w14:paraId="5D2CCA68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cs-CZ" w:eastAsia="cs-CZ"/>
              </w:rPr>
              <w:t>Cíl</w:t>
            </w:r>
          </w:p>
        </w:tc>
        <w:tc>
          <w:tcPr>
            <w:tcW w:w="3061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  <w:hideMark/>
          </w:tcPr>
          <w:p w14:paraId="1A5DD85E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cs-CZ" w:eastAsia="cs-CZ"/>
              </w:rPr>
              <w:t>Indikátor</w:t>
            </w:r>
          </w:p>
        </w:tc>
        <w:tc>
          <w:tcPr>
            <w:tcW w:w="192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  <w:hideMark/>
          </w:tcPr>
          <w:p w14:paraId="1D4246CC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cs-CZ" w:eastAsia="cs-CZ"/>
              </w:rPr>
              <w:t>Odpovědnost</w:t>
            </w:r>
          </w:p>
        </w:tc>
        <w:tc>
          <w:tcPr>
            <w:tcW w:w="147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  <w:hideMark/>
          </w:tcPr>
          <w:p w14:paraId="12A2BFE0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cs-CZ" w:eastAsia="cs-CZ"/>
              </w:rPr>
              <w:t>Termín</w:t>
            </w:r>
          </w:p>
        </w:tc>
      </w:tr>
      <w:tr w:rsidR="00A73FEA" w:rsidRPr="001928E8" w14:paraId="5DDC6B18" w14:textId="77777777">
        <w:tc>
          <w:tcPr>
            <w:tcW w:w="340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2F21B8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Dokončit nový ŠVP ZŠ a ověřovat naplňování aktualizovaného ŠVP MŠ.</w:t>
            </w:r>
          </w:p>
        </w:tc>
        <w:tc>
          <w:tcPr>
            <w:tcW w:w="3061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2D4EC8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Schválený a zavedený ŠVP ZŠ; záznamy z průběžné evaluace ŠVP MŠ; pedagogové jsou s dokumenty prokazatelně seznámeni.</w:t>
            </w:r>
          </w:p>
        </w:tc>
        <w:tc>
          <w:tcPr>
            <w:tcW w:w="192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343EAC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Ředitelka školy, koordinátorka ŠVP a pedagogické týmy MŠ a ZŠ</w:t>
            </w:r>
          </w:p>
        </w:tc>
        <w:tc>
          <w:tcPr>
            <w:tcW w:w="147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553B9B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Do 31. 8. 2027</w:t>
            </w:r>
          </w:p>
        </w:tc>
      </w:tr>
      <w:tr w:rsidR="00A73FEA" w:rsidRPr="001928E8" w14:paraId="346B6238" w14:textId="77777777">
        <w:tc>
          <w:tcPr>
            <w:tcW w:w="340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6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0563FD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Rozšířit program psychické odolnosti do ZŠ a posílit podporu bezpečného třídního klimatu.</w:t>
            </w:r>
          </w:p>
        </w:tc>
        <w:tc>
          <w:tcPr>
            <w:tcW w:w="3061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6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D9CCCF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Program je realizován v určených třídách ZŠ; proběhne vyhodnocení pedagogů a zpětná vazba žáků a rodičů.</w:t>
            </w:r>
          </w:p>
        </w:tc>
        <w:tc>
          <w:tcPr>
            <w:tcW w:w="192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6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92EA41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Školní metodik prevence, výchovná poradkyně a třídní učitelé</w:t>
            </w:r>
          </w:p>
        </w:tc>
        <w:tc>
          <w:tcPr>
            <w:tcW w:w="147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6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319D46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Průběžně, vyhodnocení do 30. 6. 2027</w:t>
            </w:r>
          </w:p>
        </w:tc>
      </w:tr>
      <w:tr w:rsidR="00A73FEA" w:rsidRPr="001928E8" w14:paraId="0DBF8C74" w14:textId="77777777">
        <w:tc>
          <w:tcPr>
            <w:tcW w:w="340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A3C561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Rozšířit formativní hodnocení, diferenciaci výuky a práci s ověřenými informačními zdroji.</w:t>
            </w:r>
          </w:p>
        </w:tc>
        <w:tc>
          <w:tcPr>
            <w:tcW w:w="3061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D7D535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Postupy jsou zachyceny v přípravách a hospitačních záznamech; žáci pravidelně pracují s více zdroji a dostávají využitelnou zpětnou vazbu.</w:t>
            </w:r>
          </w:p>
        </w:tc>
        <w:tc>
          <w:tcPr>
            <w:tcW w:w="192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1B2A39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Zástupce ředitelky pro ZŠ, koordinátor ICT a učitelé ZŠ</w:t>
            </w:r>
          </w:p>
        </w:tc>
        <w:tc>
          <w:tcPr>
            <w:tcW w:w="147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2F899F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Průběžně, souhrnné vyhodnocení v červnu 2027</w:t>
            </w:r>
          </w:p>
        </w:tc>
      </w:tr>
      <w:tr w:rsidR="00A73FEA" w:rsidRPr="001928E8" w14:paraId="403E504C" w14:textId="77777777">
        <w:tc>
          <w:tcPr>
            <w:tcW w:w="340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6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7C0301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Prohloubit EVVO a pravidelné využívání školní zahrady a venkovní učebny.</w:t>
            </w:r>
          </w:p>
        </w:tc>
        <w:tc>
          <w:tcPr>
            <w:tcW w:w="3061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6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8BEE12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Je zpracován plán EVVO, venkovní výuka je doložena v třídních plánech a je dokončeno studium koordinátorky EVVO.</w:t>
            </w:r>
          </w:p>
        </w:tc>
        <w:tc>
          <w:tcPr>
            <w:tcW w:w="192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6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38DE90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Koordinátorka EVVO a pedagogické týmy MŠ a ZŠ</w:t>
            </w:r>
          </w:p>
        </w:tc>
        <w:tc>
          <w:tcPr>
            <w:tcW w:w="147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6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BF12BA" w14:textId="77777777" w:rsidR="00A73FEA" w:rsidRPr="001928E8" w:rsidRDefault="00A73FEA" w:rsidP="00A73FEA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cs-CZ" w:eastAsia="cs-CZ"/>
              </w:rPr>
            </w:pPr>
            <w:r w:rsidRPr="001928E8">
              <w:rPr>
                <w:rFonts w:eastAsia="Times New Roman" w:cs="Arial"/>
                <w:sz w:val="20"/>
                <w:szCs w:val="20"/>
                <w:lang w:val="cs-CZ" w:eastAsia="cs-CZ"/>
              </w:rPr>
              <w:t>Do 30. 6. 2027</w:t>
            </w:r>
          </w:p>
        </w:tc>
      </w:tr>
    </w:tbl>
    <w:p w14:paraId="600E5604" w14:textId="77777777" w:rsidR="004F2747" w:rsidRPr="00261897" w:rsidRDefault="00261897" w:rsidP="00261897">
      <w:pPr>
        <w:pStyle w:val="Nadpis1"/>
      </w:pPr>
      <w:r>
        <w:t xml:space="preserve">15. </w:t>
      </w:r>
      <w:proofErr w:type="spellStart"/>
      <w:r w:rsidR="00B25EFB" w:rsidRPr="00261897">
        <w:t>Závěr</w:t>
      </w:r>
      <w:proofErr w:type="spellEnd"/>
      <w:r w:rsidR="00B25EFB" w:rsidRPr="00261897">
        <w:t xml:space="preserve">, </w:t>
      </w:r>
      <w:proofErr w:type="spellStart"/>
      <w:r w:rsidR="00B25EFB" w:rsidRPr="00261897">
        <w:t>schválení</w:t>
      </w:r>
      <w:proofErr w:type="spellEnd"/>
      <w:r w:rsidR="00B25EFB" w:rsidRPr="00261897">
        <w:t xml:space="preserve"> a </w:t>
      </w:r>
      <w:proofErr w:type="spellStart"/>
      <w:r w:rsidR="00B25EFB" w:rsidRPr="00261897">
        <w:t>zveřejnění</w:t>
      </w:r>
      <w:proofErr w:type="spellEnd"/>
    </w:p>
    <w:p w14:paraId="2106B963" w14:textId="77777777" w:rsidR="004F2747" w:rsidRPr="001928E8" w:rsidRDefault="00261897" w:rsidP="00261897">
      <w:pPr>
        <w:pStyle w:val="Nadpis2"/>
        <w:rPr>
          <w:rFonts w:ascii="Arial" w:hAnsi="Arial" w:cs="Arial"/>
          <w:sz w:val="20"/>
          <w:szCs w:val="20"/>
        </w:rPr>
      </w:pPr>
      <w:r w:rsidRPr="001928E8">
        <w:rPr>
          <w:rFonts w:ascii="Arial" w:hAnsi="Arial" w:cs="Arial"/>
          <w:sz w:val="20"/>
          <w:szCs w:val="20"/>
        </w:rPr>
        <w:t xml:space="preserve">15.1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Závěrečné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hodnocení</w:t>
      </w:r>
      <w:proofErr w:type="spellEnd"/>
    </w:p>
    <w:p w14:paraId="32016CB4" w14:textId="77777777" w:rsidR="00C1633C" w:rsidRPr="001928E8" w:rsidRDefault="00C1633C" w:rsidP="00C1633C">
      <w:pPr>
        <w:spacing w:line="240" w:lineRule="auto"/>
        <w:rPr>
          <w:sz w:val="20"/>
          <w:szCs w:val="20"/>
        </w:rPr>
      </w:pPr>
      <w:proofErr w:type="spellStart"/>
      <w:r w:rsidRPr="001928E8">
        <w:rPr>
          <w:rFonts w:eastAsia="Arial" w:cs="Arial"/>
          <w:b/>
          <w:bCs/>
          <w:sz w:val="20"/>
          <w:szCs w:val="20"/>
        </w:rPr>
        <w:t>Školní</w:t>
      </w:r>
      <w:proofErr w:type="spellEnd"/>
      <w:r w:rsidRPr="001928E8">
        <w:rPr>
          <w:rFonts w:eastAsia="Arial" w:cs="Arial"/>
          <w:b/>
          <w:bCs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b/>
          <w:bCs/>
          <w:sz w:val="20"/>
          <w:szCs w:val="20"/>
        </w:rPr>
        <w:t>rok</w:t>
      </w:r>
      <w:proofErr w:type="spellEnd"/>
      <w:r w:rsidRPr="001928E8">
        <w:rPr>
          <w:rFonts w:eastAsia="Arial" w:cs="Arial"/>
          <w:b/>
          <w:bCs/>
          <w:sz w:val="20"/>
          <w:szCs w:val="20"/>
        </w:rPr>
        <w:t xml:space="preserve"> 2025/2026</w:t>
      </w:r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hodnotíme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jako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úspěšný</w:t>
      </w:r>
      <w:proofErr w:type="spellEnd"/>
      <w:r w:rsidRPr="001928E8">
        <w:rPr>
          <w:rFonts w:eastAsia="Arial" w:cs="Arial"/>
          <w:sz w:val="20"/>
          <w:szCs w:val="20"/>
        </w:rPr>
        <w:t xml:space="preserve">. </w:t>
      </w:r>
      <w:proofErr w:type="spellStart"/>
      <w:r w:rsidRPr="001928E8">
        <w:rPr>
          <w:rFonts w:eastAsia="Arial" w:cs="Arial"/>
          <w:sz w:val="20"/>
          <w:szCs w:val="20"/>
        </w:rPr>
        <w:t>Vzdělávání</w:t>
      </w:r>
      <w:proofErr w:type="spellEnd"/>
      <w:r w:rsidRPr="001928E8">
        <w:rPr>
          <w:rFonts w:eastAsia="Arial" w:cs="Arial"/>
          <w:sz w:val="20"/>
          <w:szCs w:val="20"/>
        </w:rPr>
        <w:t xml:space="preserve"> v </w:t>
      </w:r>
      <w:proofErr w:type="spellStart"/>
      <w:r w:rsidRPr="001928E8">
        <w:rPr>
          <w:rFonts w:eastAsia="Arial" w:cs="Arial"/>
          <w:sz w:val="20"/>
          <w:szCs w:val="20"/>
        </w:rPr>
        <w:t>mateřské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škole</w:t>
      </w:r>
      <w:proofErr w:type="spellEnd"/>
      <w:r w:rsidRPr="001928E8">
        <w:rPr>
          <w:rFonts w:eastAsia="Arial" w:cs="Arial"/>
          <w:sz w:val="20"/>
          <w:szCs w:val="20"/>
        </w:rPr>
        <w:t xml:space="preserve">, </w:t>
      </w:r>
      <w:proofErr w:type="spellStart"/>
      <w:r w:rsidRPr="001928E8">
        <w:rPr>
          <w:rFonts w:eastAsia="Arial" w:cs="Arial"/>
          <w:sz w:val="20"/>
          <w:szCs w:val="20"/>
        </w:rPr>
        <w:t>základní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škole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i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školní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družině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probíhalo</w:t>
      </w:r>
      <w:proofErr w:type="spellEnd"/>
      <w:r w:rsidRPr="001928E8">
        <w:rPr>
          <w:rFonts w:eastAsia="Arial" w:cs="Arial"/>
          <w:sz w:val="20"/>
          <w:szCs w:val="20"/>
        </w:rPr>
        <w:t xml:space="preserve"> v </w:t>
      </w:r>
      <w:proofErr w:type="spellStart"/>
      <w:r w:rsidRPr="001928E8">
        <w:rPr>
          <w:rFonts w:eastAsia="Arial" w:cs="Arial"/>
          <w:sz w:val="20"/>
          <w:szCs w:val="20"/>
        </w:rPr>
        <w:t>souladu</w:t>
      </w:r>
      <w:proofErr w:type="spellEnd"/>
      <w:r w:rsidRPr="001928E8">
        <w:rPr>
          <w:rFonts w:eastAsia="Arial" w:cs="Arial"/>
          <w:sz w:val="20"/>
          <w:szCs w:val="20"/>
        </w:rPr>
        <w:t xml:space="preserve"> se </w:t>
      </w:r>
      <w:proofErr w:type="spellStart"/>
      <w:r w:rsidRPr="001928E8">
        <w:rPr>
          <w:rFonts w:eastAsia="Arial" w:cs="Arial"/>
          <w:sz w:val="20"/>
          <w:szCs w:val="20"/>
        </w:rPr>
        <w:t>školními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vzdělávacími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programy</w:t>
      </w:r>
      <w:proofErr w:type="spellEnd"/>
      <w:r w:rsidRPr="001928E8">
        <w:rPr>
          <w:rFonts w:eastAsia="Arial" w:cs="Arial"/>
          <w:sz w:val="20"/>
          <w:szCs w:val="20"/>
        </w:rPr>
        <w:t xml:space="preserve"> a </w:t>
      </w:r>
      <w:proofErr w:type="spellStart"/>
      <w:r w:rsidRPr="001928E8">
        <w:rPr>
          <w:rFonts w:eastAsia="Arial" w:cs="Arial"/>
          <w:sz w:val="20"/>
          <w:szCs w:val="20"/>
        </w:rPr>
        <w:t>stanovené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cíle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byly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ve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sledovaných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oblastech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naplněny</w:t>
      </w:r>
      <w:proofErr w:type="spellEnd"/>
      <w:r w:rsidRPr="001928E8">
        <w:rPr>
          <w:rFonts w:eastAsia="Arial" w:cs="Arial"/>
          <w:sz w:val="20"/>
          <w:szCs w:val="20"/>
        </w:rPr>
        <w:t xml:space="preserve">. </w:t>
      </w:r>
      <w:proofErr w:type="spellStart"/>
      <w:r w:rsidRPr="001928E8">
        <w:rPr>
          <w:rFonts w:eastAsia="Arial" w:cs="Arial"/>
          <w:sz w:val="20"/>
          <w:szCs w:val="20"/>
        </w:rPr>
        <w:t>Všech</w:t>
      </w:r>
      <w:proofErr w:type="spellEnd"/>
      <w:r w:rsidRPr="001928E8">
        <w:rPr>
          <w:rFonts w:eastAsia="Arial" w:cs="Arial"/>
          <w:sz w:val="20"/>
          <w:szCs w:val="20"/>
        </w:rPr>
        <w:t xml:space="preserve"> 61 </w:t>
      </w:r>
      <w:proofErr w:type="spellStart"/>
      <w:r w:rsidRPr="001928E8">
        <w:rPr>
          <w:rFonts w:eastAsia="Arial" w:cs="Arial"/>
          <w:sz w:val="20"/>
          <w:szCs w:val="20"/>
        </w:rPr>
        <w:t>žáků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základní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školy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prospělo</w:t>
      </w:r>
      <w:proofErr w:type="spellEnd"/>
      <w:r w:rsidRPr="001928E8">
        <w:rPr>
          <w:rFonts w:eastAsia="Arial" w:cs="Arial"/>
          <w:sz w:val="20"/>
          <w:szCs w:val="20"/>
        </w:rPr>
        <w:t xml:space="preserve">, </w:t>
      </w:r>
      <w:proofErr w:type="spellStart"/>
      <w:r w:rsidRPr="001928E8">
        <w:rPr>
          <w:rFonts w:eastAsia="Arial" w:cs="Arial"/>
          <w:sz w:val="20"/>
          <w:szCs w:val="20"/>
        </w:rPr>
        <w:t>nikdo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nebyl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nehodnocen</w:t>
      </w:r>
      <w:proofErr w:type="spellEnd"/>
      <w:r w:rsidRPr="001928E8">
        <w:rPr>
          <w:rFonts w:eastAsia="Arial" w:cs="Arial"/>
          <w:sz w:val="20"/>
          <w:szCs w:val="20"/>
        </w:rPr>
        <w:t xml:space="preserve"> a </w:t>
      </w:r>
      <w:proofErr w:type="spellStart"/>
      <w:r w:rsidRPr="001928E8">
        <w:rPr>
          <w:rFonts w:eastAsia="Arial" w:cs="Arial"/>
          <w:sz w:val="20"/>
          <w:szCs w:val="20"/>
        </w:rPr>
        <w:t>nebyly</w:t>
      </w:r>
      <w:proofErr w:type="spellEnd"/>
      <w:r w:rsidRPr="001928E8">
        <w:rPr>
          <w:rFonts w:eastAsia="Arial" w:cs="Arial"/>
          <w:sz w:val="20"/>
          <w:szCs w:val="20"/>
        </w:rPr>
        <w:t xml:space="preserve"> </w:t>
      </w:r>
      <w:proofErr w:type="spellStart"/>
      <w:r w:rsidRPr="001928E8">
        <w:rPr>
          <w:rFonts w:eastAsia="Arial" w:cs="Arial"/>
          <w:sz w:val="20"/>
          <w:szCs w:val="20"/>
        </w:rPr>
        <w:t>evidovány</w:t>
      </w:r>
      <w:proofErr w:type="spellEnd"/>
      <w:r w:rsidRPr="00C1633C">
        <w:rPr>
          <w:rFonts w:eastAsia="Arial"/>
          <w:szCs w:val="21"/>
        </w:rPr>
        <w:t xml:space="preserve"> </w:t>
      </w:r>
      <w:proofErr w:type="spellStart"/>
      <w:r w:rsidRPr="00C1633C">
        <w:rPr>
          <w:rFonts w:eastAsia="Arial"/>
          <w:szCs w:val="21"/>
        </w:rPr>
        <w:t>neomluvené</w:t>
      </w:r>
      <w:proofErr w:type="spellEnd"/>
      <w:r w:rsidRPr="00C1633C">
        <w:rPr>
          <w:rFonts w:eastAsia="Arial"/>
          <w:szCs w:val="21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hodiny</w:t>
      </w:r>
      <w:proofErr w:type="spellEnd"/>
      <w:r w:rsidRPr="001928E8">
        <w:rPr>
          <w:rFonts w:eastAsia="Arial"/>
          <w:sz w:val="20"/>
          <w:szCs w:val="20"/>
        </w:rPr>
        <w:t xml:space="preserve"> ani </w:t>
      </w:r>
      <w:proofErr w:type="spellStart"/>
      <w:r w:rsidRPr="001928E8">
        <w:rPr>
          <w:rFonts w:eastAsia="Arial"/>
          <w:sz w:val="20"/>
          <w:szCs w:val="20"/>
        </w:rPr>
        <w:t>kázeňská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opatření</w:t>
      </w:r>
      <w:proofErr w:type="spellEnd"/>
      <w:r w:rsidRPr="001928E8">
        <w:rPr>
          <w:rFonts w:eastAsia="Arial"/>
          <w:sz w:val="20"/>
          <w:szCs w:val="20"/>
        </w:rPr>
        <w:t xml:space="preserve">. V </w:t>
      </w:r>
      <w:proofErr w:type="spellStart"/>
      <w:r w:rsidRPr="001928E8">
        <w:rPr>
          <w:rFonts w:eastAsia="Arial"/>
          <w:sz w:val="20"/>
          <w:szCs w:val="20"/>
        </w:rPr>
        <w:t>mateřské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škole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byla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pedagogická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diagnostika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průběžně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vedena</w:t>
      </w:r>
      <w:proofErr w:type="spellEnd"/>
      <w:r w:rsidRPr="001928E8">
        <w:rPr>
          <w:rFonts w:eastAsia="Arial"/>
          <w:sz w:val="20"/>
          <w:szCs w:val="20"/>
        </w:rPr>
        <w:t xml:space="preserve"> u </w:t>
      </w:r>
      <w:proofErr w:type="spellStart"/>
      <w:r w:rsidRPr="001928E8">
        <w:rPr>
          <w:rFonts w:eastAsia="Arial"/>
          <w:sz w:val="20"/>
          <w:szCs w:val="20"/>
        </w:rPr>
        <w:t>všech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dětí</w:t>
      </w:r>
      <w:proofErr w:type="spellEnd"/>
      <w:r w:rsidRPr="001928E8">
        <w:rPr>
          <w:rFonts w:eastAsia="Arial"/>
          <w:sz w:val="20"/>
          <w:szCs w:val="20"/>
        </w:rPr>
        <w:t xml:space="preserve"> a </w:t>
      </w:r>
      <w:proofErr w:type="spellStart"/>
      <w:r w:rsidRPr="001928E8">
        <w:rPr>
          <w:rFonts w:eastAsia="Arial"/>
          <w:sz w:val="20"/>
          <w:szCs w:val="20"/>
        </w:rPr>
        <w:lastRenderedPageBreak/>
        <w:t>výsledky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diagnostiky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školní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připravenosti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byly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individuálně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projednány</w:t>
      </w:r>
      <w:proofErr w:type="spellEnd"/>
      <w:r w:rsidRPr="001928E8">
        <w:rPr>
          <w:rFonts w:eastAsia="Arial"/>
          <w:sz w:val="20"/>
          <w:szCs w:val="20"/>
        </w:rPr>
        <w:t xml:space="preserve"> s </w:t>
      </w:r>
      <w:proofErr w:type="spellStart"/>
      <w:r w:rsidRPr="001928E8">
        <w:rPr>
          <w:rFonts w:eastAsia="Arial"/>
          <w:sz w:val="20"/>
          <w:szCs w:val="20"/>
        </w:rPr>
        <w:t>rodiči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dětí</w:t>
      </w:r>
      <w:proofErr w:type="spellEnd"/>
      <w:r w:rsidRPr="001928E8">
        <w:rPr>
          <w:rFonts w:eastAsia="Arial"/>
          <w:sz w:val="20"/>
          <w:szCs w:val="20"/>
        </w:rPr>
        <w:t xml:space="preserve"> v </w:t>
      </w:r>
      <w:proofErr w:type="spellStart"/>
      <w:r w:rsidRPr="001928E8">
        <w:rPr>
          <w:rFonts w:eastAsia="Arial"/>
          <w:sz w:val="20"/>
          <w:szCs w:val="20"/>
        </w:rPr>
        <w:t>povinném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předškolním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vzdělávání</w:t>
      </w:r>
      <w:proofErr w:type="spellEnd"/>
      <w:r w:rsidRPr="001928E8">
        <w:rPr>
          <w:rFonts w:eastAsia="Arial"/>
          <w:sz w:val="20"/>
          <w:szCs w:val="20"/>
        </w:rPr>
        <w:t>.</w:t>
      </w:r>
    </w:p>
    <w:p w14:paraId="7BB3FDEB" w14:textId="77777777" w:rsidR="00C1633C" w:rsidRPr="001928E8" w:rsidRDefault="00C1633C" w:rsidP="00C1633C">
      <w:pPr>
        <w:spacing w:line="240" w:lineRule="auto"/>
        <w:rPr>
          <w:sz w:val="20"/>
          <w:szCs w:val="20"/>
        </w:rPr>
      </w:pPr>
      <w:r w:rsidRPr="001928E8">
        <w:rPr>
          <w:rFonts w:eastAsia="Arial"/>
          <w:sz w:val="20"/>
          <w:szCs w:val="20"/>
        </w:rPr>
        <w:t xml:space="preserve">Za </w:t>
      </w:r>
      <w:proofErr w:type="spellStart"/>
      <w:r w:rsidRPr="001928E8">
        <w:rPr>
          <w:rFonts w:eastAsia="Arial"/>
          <w:sz w:val="20"/>
          <w:szCs w:val="20"/>
        </w:rPr>
        <w:t>podstatný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přínos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považujeme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systematickou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individualizaci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vzdělávání</w:t>
      </w:r>
      <w:proofErr w:type="spellEnd"/>
      <w:r w:rsidRPr="001928E8">
        <w:rPr>
          <w:rFonts w:eastAsia="Arial"/>
          <w:sz w:val="20"/>
          <w:szCs w:val="20"/>
        </w:rPr>
        <w:t xml:space="preserve"> a </w:t>
      </w:r>
      <w:proofErr w:type="spellStart"/>
      <w:r w:rsidRPr="001928E8">
        <w:rPr>
          <w:rFonts w:eastAsia="Arial"/>
          <w:sz w:val="20"/>
          <w:szCs w:val="20"/>
        </w:rPr>
        <w:t>propojení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práce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pedagogů</w:t>
      </w:r>
      <w:proofErr w:type="spellEnd"/>
      <w:r w:rsidRPr="001928E8">
        <w:rPr>
          <w:rFonts w:eastAsia="Arial"/>
          <w:sz w:val="20"/>
          <w:szCs w:val="20"/>
        </w:rPr>
        <w:t xml:space="preserve">, </w:t>
      </w:r>
      <w:proofErr w:type="spellStart"/>
      <w:r w:rsidRPr="001928E8">
        <w:rPr>
          <w:rFonts w:eastAsia="Arial"/>
          <w:sz w:val="20"/>
          <w:szCs w:val="20"/>
        </w:rPr>
        <w:t>asistentek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pedagoga</w:t>
      </w:r>
      <w:proofErr w:type="spellEnd"/>
      <w:r w:rsidRPr="001928E8">
        <w:rPr>
          <w:rFonts w:eastAsia="Arial"/>
          <w:sz w:val="20"/>
          <w:szCs w:val="20"/>
        </w:rPr>
        <w:t xml:space="preserve"> a </w:t>
      </w:r>
      <w:proofErr w:type="spellStart"/>
      <w:r w:rsidRPr="001928E8">
        <w:rPr>
          <w:rFonts w:eastAsia="Arial"/>
          <w:sz w:val="20"/>
          <w:szCs w:val="20"/>
        </w:rPr>
        <w:t>školního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poradenského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pracoviště</w:t>
      </w:r>
      <w:proofErr w:type="spellEnd"/>
      <w:r w:rsidRPr="001928E8">
        <w:rPr>
          <w:rFonts w:eastAsia="Arial"/>
          <w:sz w:val="20"/>
          <w:szCs w:val="20"/>
        </w:rPr>
        <w:t xml:space="preserve">. </w:t>
      </w:r>
      <w:proofErr w:type="spellStart"/>
      <w:r w:rsidRPr="001928E8">
        <w:rPr>
          <w:rFonts w:eastAsia="Arial"/>
          <w:sz w:val="20"/>
          <w:szCs w:val="20"/>
        </w:rPr>
        <w:t>Speciálně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pedagogická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péče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byla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poskytována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třem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dětem</w:t>
      </w:r>
      <w:proofErr w:type="spellEnd"/>
      <w:r w:rsidRPr="001928E8">
        <w:rPr>
          <w:rFonts w:eastAsia="Arial"/>
          <w:sz w:val="20"/>
          <w:szCs w:val="20"/>
        </w:rPr>
        <w:t xml:space="preserve"> v MŠ a </w:t>
      </w:r>
      <w:proofErr w:type="spellStart"/>
      <w:r w:rsidRPr="001928E8">
        <w:rPr>
          <w:rFonts w:eastAsia="Arial"/>
          <w:sz w:val="20"/>
          <w:szCs w:val="20"/>
        </w:rPr>
        <w:t>pěti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žákům</w:t>
      </w:r>
      <w:proofErr w:type="spellEnd"/>
      <w:r w:rsidRPr="001928E8">
        <w:rPr>
          <w:rFonts w:eastAsia="Arial"/>
          <w:sz w:val="20"/>
          <w:szCs w:val="20"/>
        </w:rPr>
        <w:t xml:space="preserve"> v ZŠ; </w:t>
      </w:r>
      <w:proofErr w:type="spellStart"/>
      <w:r w:rsidRPr="001928E8">
        <w:rPr>
          <w:rFonts w:eastAsia="Arial"/>
          <w:sz w:val="20"/>
          <w:szCs w:val="20"/>
        </w:rPr>
        <w:t>ve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škole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působily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tři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asistentky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pedagoga</w:t>
      </w:r>
      <w:proofErr w:type="spellEnd"/>
      <w:r w:rsidRPr="001928E8">
        <w:rPr>
          <w:rFonts w:eastAsia="Arial"/>
          <w:sz w:val="20"/>
          <w:szCs w:val="20"/>
        </w:rPr>
        <w:t xml:space="preserve">. Podpora </w:t>
      </w:r>
      <w:proofErr w:type="spellStart"/>
      <w:r w:rsidRPr="001928E8">
        <w:rPr>
          <w:rFonts w:eastAsia="Arial"/>
          <w:sz w:val="20"/>
          <w:szCs w:val="20"/>
        </w:rPr>
        <w:t>byla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zaměřena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také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na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děti</w:t>
      </w:r>
      <w:proofErr w:type="spellEnd"/>
      <w:r w:rsidRPr="001928E8">
        <w:rPr>
          <w:rFonts w:eastAsia="Arial"/>
          <w:sz w:val="20"/>
          <w:szCs w:val="20"/>
        </w:rPr>
        <w:t xml:space="preserve"> a </w:t>
      </w:r>
      <w:proofErr w:type="spellStart"/>
      <w:r w:rsidRPr="001928E8">
        <w:rPr>
          <w:rFonts w:eastAsia="Arial"/>
          <w:sz w:val="20"/>
          <w:szCs w:val="20"/>
        </w:rPr>
        <w:t>žáky</w:t>
      </w:r>
      <w:proofErr w:type="spellEnd"/>
      <w:r w:rsidRPr="001928E8">
        <w:rPr>
          <w:rFonts w:eastAsia="Arial"/>
          <w:sz w:val="20"/>
          <w:szCs w:val="20"/>
        </w:rPr>
        <w:t xml:space="preserve"> s </w:t>
      </w:r>
      <w:proofErr w:type="spellStart"/>
      <w:r w:rsidRPr="001928E8">
        <w:rPr>
          <w:rFonts w:eastAsia="Arial"/>
          <w:sz w:val="20"/>
          <w:szCs w:val="20"/>
        </w:rPr>
        <w:t>odlišným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mateřským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jazykem</w:t>
      </w:r>
      <w:proofErr w:type="spellEnd"/>
      <w:r w:rsidRPr="001928E8">
        <w:rPr>
          <w:rFonts w:eastAsia="Arial"/>
          <w:sz w:val="20"/>
          <w:szCs w:val="20"/>
        </w:rPr>
        <w:t xml:space="preserve"> a </w:t>
      </w:r>
      <w:proofErr w:type="spellStart"/>
      <w:r w:rsidRPr="001928E8">
        <w:rPr>
          <w:rFonts w:eastAsia="Arial"/>
          <w:sz w:val="20"/>
          <w:szCs w:val="20"/>
        </w:rPr>
        <w:t>na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mimořádně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nadaného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žáka</w:t>
      </w:r>
      <w:proofErr w:type="spellEnd"/>
      <w:r w:rsidRPr="001928E8">
        <w:rPr>
          <w:rFonts w:eastAsia="Arial"/>
          <w:sz w:val="20"/>
          <w:szCs w:val="20"/>
        </w:rPr>
        <w:t xml:space="preserve">. </w:t>
      </w:r>
      <w:proofErr w:type="spellStart"/>
      <w:r w:rsidRPr="001928E8">
        <w:rPr>
          <w:rFonts w:eastAsia="Arial"/>
          <w:sz w:val="20"/>
          <w:szCs w:val="20"/>
        </w:rPr>
        <w:t>Preventivní</w:t>
      </w:r>
      <w:proofErr w:type="spellEnd"/>
      <w:r w:rsidRPr="001928E8">
        <w:rPr>
          <w:rFonts w:eastAsia="Arial"/>
          <w:sz w:val="20"/>
          <w:szCs w:val="20"/>
        </w:rPr>
        <w:t xml:space="preserve"> program </w:t>
      </w:r>
      <w:proofErr w:type="spellStart"/>
      <w:r w:rsidRPr="001928E8">
        <w:rPr>
          <w:rFonts w:eastAsia="Arial"/>
          <w:sz w:val="20"/>
          <w:szCs w:val="20"/>
        </w:rPr>
        <w:t>Zipyho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kamarádi</w:t>
      </w:r>
      <w:proofErr w:type="spellEnd"/>
      <w:r w:rsidRPr="001928E8">
        <w:rPr>
          <w:rFonts w:eastAsia="Arial"/>
          <w:sz w:val="20"/>
          <w:szCs w:val="20"/>
        </w:rPr>
        <w:t xml:space="preserve"> a </w:t>
      </w:r>
      <w:proofErr w:type="spellStart"/>
      <w:r w:rsidRPr="001928E8">
        <w:rPr>
          <w:rFonts w:eastAsia="Arial"/>
          <w:sz w:val="20"/>
          <w:szCs w:val="20"/>
        </w:rPr>
        <w:t>pilotní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projekt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Posilování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psychické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odolnosti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pomáhaly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rozvíjet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sociální</w:t>
      </w:r>
      <w:proofErr w:type="spellEnd"/>
      <w:r w:rsidRPr="001928E8">
        <w:rPr>
          <w:rFonts w:eastAsia="Arial"/>
          <w:sz w:val="20"/>
          <w:szCs w:val="20"/>
        </w:rPr>
        <w:t xml:space="preserve"> a </w:t>
      </w:r>
      <w:proofErr w:type="spellStart"/>
      <w:r w:rsidRPr="001928E8">
        <w:rPr>
          <w:rFonts w:eastAsia="Arial"/>
          <w:sz w:val="20"/>
          <w:szCs w:val="20"/>
        </w:rPr>
        <w:t>emoční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dovednosti</w:t>
      </w:r>
      <w:proofErr w:type="spellEnd"/>
      <w:r w:rsidRPr="001928E8">
        <w:rPr>
          <w:rFonts w:eastAsia="Arial"/>
          <w:sz w:val="20"/>
          <w:szCs w:val="20"/>
        </w:rPr>
        <w:t xml:space="preserve"> a </w:t>
      </w:r>
      <w:proofErr w:type="spellStart"/>
      <w:r w:rsidRPr="001928E8">
        <w:rPr>
          <w:rFonts w:eastAsia="Arial"/>
          <w:sz w:val="20"/>
          <w:szCs w:val="20"/>
        </w:rPr>
        <w:t>včas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řešit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vztahové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obtíže</w:t>
      </w:r>
      <w:proofErr w:type="spellEnd"/>
      <w:r w:rsidRPr="001928E8">
        <w:rPr>
          <w:rFonts w:eastAsia="Arial"/>
          <w:sz w:val="20"/>
          <w:szCs w:val="20"/>
        </w:rPr>
        <w:t xml:space="preserve">. </w:t>
      </w:r>
      <w:proofErr w:type="spellStart"/>
      <w:r w:rsidRPr="001928E8">
        <w:rPr>
          <w:rFonts w:eastAsia="Arial"/>
          <w:sz w:val="20"/>
          <w:szCs w:val="20"/>
        </w:rPr>
        <w:t>Přijatá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podpůrná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opatření</w:t>
      </w:r>
      <w:proofErr w:type="spellEnd"/>
      <w:r w:rsidRPr="001928E8">
        <w:rPr>
          <w:rFonts w:eastAsia="Arial"/>
          <w:sz w:val="20"/>
          <w:szCs w:val="20"/>
        </w:rPr>
        <w:t xml:space="preserve"> se v </w:t>
      </w:r>
      <w:proofErr w:type="spellStart"/>
      <w:r w:rsidRPr="001928E8">
        <w:rPr>
          <w:rFonts w:eastAsia="Arial"/>
          <w:sz w:val="20"/>
          <w:szCs w:val="20"/>
        </w:rPr>
        <w:t>průběhu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roku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osvědčila</w:t>
      </w:r>
      <w:proofErr w:type="spellEnd"/>
      <w:r w:rsidRPr="001928E8">
        <w:rPr>
          <w:rFonts w:eastAsia="Arial"/>
          <w:sz w:val="20"/>
          <w:szCs w:val="20"/>
        </w:rPr>
        <w:t>.</w:t>
      </w:r>
    </w:p>
    <w:p w14:paraId="432119FB" w14:textId="77777777" w:rsidR="00C1633C" w:rsidRPr="001928E8" w:rsidRDefault="00C1633C" w:rsidP="00C1633C">
      <w:pPr>
        <w:spacing w:line="240" w:lineRule="auto"/>
        <w:rPr>
          <w:sz w:val="20"/>
          <w:szCs w:val="20"/>
        </w:rPr>
      </w:pPr>
      <w:proofErr w:type="spellStart"/>
      <w:r w:rsidRPr="001928E8">
        <w:rPr>
          <w:rFonts w:eastAsia="Arial"/>
          <w:sz w:val="20"/>
          <w:szCs w:val="20"/>
        </w:rPr>
        <w:t>Škola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dále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rozšířila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praktické</w:t>
      </w:r>
      <w:proofErr w:type="spellEnd"/>
      <w:r w:rsidRPr="001928E8">
        <w:rPr>
          <w:rFonts w:eastAsia="Arial"/>
          <w:sz w:val="20"/>
          <w:szCs w:val="20"/>
        </w:rPr>
        <w:t xml:space="preserve">, </w:t>
      </w:r>
      <w:proofErr w:type="spellStart"/>
      <w:r w:rsidRPr="001928E8">
        <w:rPr>
          <w:rFonts w:eastAsia="Arial"/>
          <w:sz w:val="20"/>
          <w:szCs w:val="20"/>
        </w:rPr>
        <w:t>environmentální</w:t>
      </w:r>
      <w:proofErr w:type="spellEnd"/>
      <w:r w:rsidRPr="001928E8">
        <w:rPr>
          <w:rFonts w:eastAsia="Arial"/>
          <w:sz w:val="20"/>
          <w:szCs w:val="20"/>
        </w:rPr>
        <w:t xml:space="preserve">, </w:t>
      </w:r>
      <w:proofErr w:type="spellStart"/>
      <w:r w:rsidRPr="001928E8">
        <w:rPr>
          <w:rFonts w:eastAsia="Arial"/>
          <w:sz w:val="20"/>
          <w:szCs w:val="20"/>
        </w:rPr>
        <w:t>digitální</w:t>
      </w:r>
      <w:proofErr w:type="spellEnd"/>
      <w:r w:rsidRPr="001928E8">
        <w:rPr>
          <w:rFonts w:eastAsia="Arial"/>
          <w:sz w:val="20"/>
          <w:szCs w:val="20"/>
        </w:rPr>
        <w:t xml:space="preserve"> a </w:t>
      </w:r>
      <w:proofErr w:type="spellStart"/>
      <w:r w:rsidRPr="001928E8">
        <w:rPr>
          <w:rFonts w:eastAsia="Arial"/>
          <w:sz w:val="20"/>
          <w:szCs w:val="20"/>
        </w:rPr>
        <w:t>jazykové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vzdělávání</w:t>
      </w:r>
      <w:proofErr w:type="spellEnd"/>
      <w:r w:rsidRPr="001928E8">
        <w:rPr>
          <w:rFonts w:eastAsia="Arial"/>
          <w:sz w:val="20"/>
          <w:szCs w:val="20"/>
        </w:rPr>
        <w:t xml:space="preserve">. </w:t>
      </w:r>
      <w:proofErr w:type="spellStart"/>
      <w:r w:rsidRPr="001928E8">
        <w:rPr>
          <w:rFonts w:eastAsia="Arial"/>
          <w:sz w:val="20"/>
          <w:szCs w:val="20"/>
        </w:rPr>
        <w:t>Venkovní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učebna</w:t>
      </w:r>
      <w:proofErr w:type="spellEnd"/>
      <w:r w:rsidRPr="001928E8">
        <w:rPr>
          <w:rFonts w:eastAsia="Arial"/>
          <w:sz w:val="20"/>
          <w:szCs w:val="20"/>
        </w:rPr>
        <w:t xml:space="preserve"> a </w:t>
      </w:r>
      <w:proofErr w:type="spellStart"/>
      <w:r w:rsidRPr="001928E8">
        <w:rPr>
          <w:rFonts w:eastAsia="Arial"/>
          <w:sz w:val="20"/>
          <w:szCs w:val="20"/>
        </w:rPr>
        <w:t>školní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zahrada</w:t>
      </w:r>
      <w:proofErr w:type="spellEnd"/>
      <w:r w:rsidRPr="001928E8">
        <w:rPr>
          <w:rFonts w:eastAsia="Arial"/>
          <w:sz w:val="20"/>
          <w:szCs w:val="20"/>
        </w:rPr>
        <w:t xml:space="preserve"> se </w:t>
      </w:r>
      <w:proofErr w:type="spellStart"/>
      <w:r w:rsidRPr="001928E8">
        <w:rPr>
          <w:rFonts w:eastAsia="Arial"/>
          <w:sz w:val="20"/>
          <w:szCs w:val="20"/>
        </w:rPr>
        <w:t>staly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pravidelnou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součástí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výuky</w:t>
      </w:r>
      <w:proofErr w:type="spellEnd"/>
      <w:r w:rsidRPr="001928E8">
        <w:rPr>
          <w:rFonts w:eastAsia="Arial"/>
          <w:sz w:val="20"/>
          <w:szCs w:val="20"/>
        </w:rPr>
        <w:t xml:space="preserve">, </w:t>
      </w:r>
      <w:proofErr w:type="spellStart"/>
      <w:r w:rsidRPr="001928E8">
        <w:rPr>
          <w:rFonts w:eastAsia="Arial"/>
          <w:sz w:val="20"/>
          <w:szCs w:val="20"/>
        </w:rPr>
        <w:t>stabilní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zájem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byl</w:t>
      </w:r>
      <w:proofErr w:type="spellEnd"/>
      <w:r w:rsidRPr="001928E8">
        <w:rPr>
          <w:rFonts w:eastAsia="Arial"/>
          <w:sz w:val="20"/>
          <w:szCs w:val="20"/>
        </w:rPr>
        <w:t xml:space="preserve"> o </w:t>
      </w:r>
      <w:proofErr w:type="spellStart"/>
      <w:r w:rsidRPr="001928E8">
        <w:rPr>
          <w:rFonts w:eastAsia="Arial"/>
          <w:sz w:val="20"/>
          <w:szCs w:val="20"/>
        </w:rPr>
        <w:t>angličtinu</w:t>
      </w:r>
      <w:proofErr w:type="spellEnd"/>
      <w:r w:rsidRPr="001928E8">
        <w:rPr>
          <w:rFonts w:eastAsia="Arial"/>
          <w:sz w:val="20"/>
          <w:szCs w:val="20"/>
        </w:rPr>
        <w:t xml:space="preserve">, </w:t>
      </w:r>
      <w:proofErr w:type="spellStart"/>
      <w:r w:rsidRPr="001928E8">
        <w:rPr>
          <w:rFonts w:eastAsia="Arial"/>
          <w:sz w:val="20"/>
          <w:szCs w:val="20"/>
        </w:rPr>
        <w:t>robotiku</w:t>
      </w:r>
      <w:proofErr w:type="spellEnd"/>
      <w:r w:rsidRPr="001928E8">
        <w:rPr>
          <w:rFonts w:eastAsia="Arial"/>
          <w:sz w:val="20"/>
          <w:szCs w:val="20"/>
        </w:rPr>
        <w:t xml:space="preserve">, </w:t>
      </w:r>
      <w:proofErr w:type="spellStart"/>
      <w:r w:rsidRPr="001928E8">
        <w:rPr>
          <w:rFonts w:eastAsia="Arial"/>
          <w:sz w:val="20"/>
          <w:szCs w:val="20"/>
        </w:rPr>
        <w:t>programování</w:t>
      </w:r>
      <w:proofErr w:type="spellEnd"/>
      <w:r w:rsidRPr="001928E8">
        <w:rPr>
          <w:rFonts w:eastAsia="Arial"/>
          <w:sz w:val="20"/>
          <w:szCs w:val="20"/>
        </w:rPr>
        <w:t xml:space="preserve"> a </w:t>
      </w:r>
      <w:proofErr w:type="spellStart"/>
      <w:r w:rsidRPr="001928E8">
        <w:rPr>
          <w:rFonts w:eastAsia="Arial"/>
          <w:sz w:val="20"/>
          <w:szCs w:val="20"/>
        </w:rPr>
        <w:t>pohybové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aktivity</w:t>
      </w:r>
      <w:proofErr w:type="spellEnd"/>
      <w:r w:rsidRPr="001928E8">
        <w:rPr>
          <w:rFonts w:eastAsia="Arial"/>
          <w:sz w:val="20"/>
          <w:szCs w:val="20"/>
        </w:rPr>
        <w:t xml:space="preserve">. </w:t>
      </w:r>
      <w:proofErr w:type="spellStart"/>
      <w:r w:rsidRPr="001928E8">
        <w:rPr>
          <w:rFonts w:eastAsia="Arial"/>
          <w:sz w:val="20"/>
          <w:szCs w:val="20"/>
        </w:rPr>
        <w:t>Rozvoj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školy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podpořily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také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projekt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Šablony</w:t>
      </w:r>
      <w:proofErr w:type="spellEnd"/>
      <w:r w:rsidRPr="001928E8">
        <w:rPr>
          <w:rFonts w:eastAsia="Arial"/>
          <w:sz w:val="20"/>
          <w:szCs w:val="20"/>
        </w:rPr>
        <w:t xml:space="preserve"> J. A. K., </w:t>
      </w:r>
      <w:proofErr w:type="spellStart"/>
      <w:r w:rsidRPr="001928E8">
        <w:rPr>
          <w:rFonts w:eastAsia="Arial"/>
          <w:sz w:val="20"/>
          <w:szCs w:val="20"/>
        </w:rPr>
        <w:t>zapojení</w:t>
      </w:r>
      <w:proofErr w:type="spellEnd"/>
      <w:r w:rsidRPr="001928E8">
        <w:rPr>
          <w:rFonts w:eastAsia="Arial"/>
          <w:sz w:val="20"/>
          <w:szCs w:val="20"/>
        </w:rPr>
        <w:t xml:space="preserve"> do </w:t>
      </w:r>
      <w:proofErr w:type="spellStart"/>
      <w:r w:rsidRPr="001928E8">
        <w:rPr>
          <w:rFonts w:eastAsia="Arial"/>
          <w:sz w:val="20"/>
          <w:szCs w:val="20"/>
        </w:rPr>
        <w:t>programu</w:t>
      </w:r>
      <w:proofErr w:type="spellEnd"/>
      <w:r w:rsidRPr="001928E8">
        <w:rPr>
          <w:rFonts w:eastAsia="Arial"/>
          <w:sz w:val="20"/>
          <w:szCs w:val="20"/>
        </w:rPr>
        <w:t xml:space="preserve"> Erasmus, </w:t>
      </w:r>
      <w:proofErr w:type="spellStart"/>
      <w:r w:rsidRPr="001928E8">
        <w:rPr>
          <w:rFonts w:eastAsia="Arial"/>
          <w:sz w:val="20"/>
          <w:szCs w:val="20"/>
        </w:rPr>
        <w:t>další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vzdělávání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pracovníků</w:t>
      </w:r>
      <w:proofErr w:type="spellEnd"/>
      <w:r w:rsidRPr="001928E8">
        <w:rPr>
          <w:rFonts w:eastAsia="Arial"/>
          <w:sz w:val="20"/>
          <w:szCs w:val="20"/>
        </w:rPr>
        <w:t xml:space="preserve"> a </w:t>
      </w:r>
      <w:proofErr w:type="spellStart"/>
      <w:r w:rsidRPr="001928E8">
        <w:rPr>
          <w:rFonts w:eastAsia="Arial"/>
          <w:sz w:val="20"/>
          <w:szCs w:val="20"/>
        </w:rPr>
        <w:t>investice</w:t>
      </w:r>
      <w:proofErr w:type="spellEnd"/>
      <w:r w:rsidRPr="001928E8">
        <w:rPr>
          <w:rFonts w:eastAsia="Arial"/>
          <w:sz w:val="20"/>
          <w:szCs w:val="20"/>
        </w:rPr>
        <w:t xml:space="preserve"> do </w:t>
      </w:r>
      <w:proofErr w:type="spellStart"/>
      <w:r w:rsidRPr="001928E8">
        <w:rPr>
          <w:rFonts w:eastAsia="Arial"/>
          <w:sz w:val="20"/>
          <w:szCs w:val="20"/>
        </w:rPr>
        <w:t>zlepšení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prostředí</w:t>
      </w:r>
      <w:proofErr w:type="spellEnd"/>
      <w:r w:rsidRPr="001928E8">
        <w:rPr>
          <w:rFonts w:eastAsia="Arial"/>
          <w:sz w:val="20"/>
          <w:szCs w:val="20"/>
        </w:rPr>
        <w:t xml:space="preserve"> a </w:t>
      </w:r>
      <w:proofErr w:type="spellStart"/>
      <w:r w:rsidRPr="001928E8">
        <w:rPr>
          <w:rFonts w:eastAsia="Arial"/>
          <w:sz w:val="20"/>
          <w:szCs w:val="20"/>
        </w:rPr>
        <w:t>bezpečnosti</w:t>
      </w:r>
      <w:proofErr w:type="spellEnd"/>
      <w:r w:rsidRPr="001928E8">
        <w:rPr>
          <w:rFonts w:eastAsia="Arial"/>
          <w:sz w:val="20"/>
          <w:szCs w:val="20"/>
        </w:rPr>
        <w:t xml:space="preserve">, </w:t>
      </w:r>
      <w:proofErr w:type="spellStart"/>
      <w:r w:rsidRPr="001928E8">
        <w:rPr>
          <w:rFonts w:eastAsia="Arial"/>
          <w:sz w:val="20"/>
          <w:szCs w:val="20"/>
        </w:rPr>
        <w:t>zejména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rekonstrukce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koupelny</w:t>
      </w:r>
      <w:proofErr w:type="spellEnd"/>
      <w:r w:rsidRPr="001928E8">
        <w:rPr>
          <w:rFonts w:eastAsia="Arial"/>
          <w:sz w:val="20"/>
          <w:szCs w:val="20"/>
        </w:rPr>
        <w:t xml:space="preserve"> v MŠ a </w:t>
      </w:r>
      <w:proofErr w:type="spellStart"/>
      <w:r w:rsidRPr="001928E8">
        <w:rPr>
          <w:rFonts w:eastAsia="Arial"/>
          <w:sz w:val="20"/>
          <w:szCs w:val="20"/>
        </w:rPr>
        <w:t>zabezpečení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budovy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alarmem</w:t>
      </w:r>
      <w:proofErr w:type="spellEnd"/>
      <w:r w:rsidRPr="001928E8">
        <w:rPr>
          <w:rFonts w:eastAsia="Arial"/>
          <w:sz w:val="20"/>
          <w:szCs w:val="20"/>
        </w:rPr>
        <w:t xml:space="preserve">. </w:t>
      </w:r>
      <w:proofErr w:type="spellStart"/>
      <w:r w:rsidRPr="001928E8">
        <w:rPr>
          <w:rFonts w:eastAsia="Arial"/>
          <w:sz w:val="20"/>
          <w:szCs w:val="20"/>
        </w:rPr>
        <w:t>Akce</w:t>
      </w:r>
      <w:proofErr w:type="spellEnd"/>
      <w:r w:rsidRPr="001928E8">
        <w:rPr>
          <w:rFonts w:eastAsia="Arial"/>
          <w:sz w:val="20"/>
          <w:szCs w:val="20"/>
        </w:rPr>
        <w:t xml:space="preserve"> pro </w:t>
      </w:r>
      <w:proofErr w:type="spellStart"/>
      <w:r w:rsidRPr="001928E8">
        <w:rPr>
          <w:rFonts w:eastAsia="Arial"/>
          <w:sz w:val="20"/>
          <w:szCs w:val="20"/>
        </w:rPr>
        <w:t>děti</w:t>
      </w:r>
      <w:proofErr w:type="spellEnd"/>
      <w:r w:rsidRPr="001928E8">
        <w:rPr>
          <w:rFonts w:eastAsia="Arial"/>
          <w:sz w:val="20"/>
          <w:szCs w:val="20"/>
        </w:rPr>
        <w:t xml:space="preserve">, </w:t>
      </w:r>
      <w:proofErr w:type="spellStart"/>
      <w:r w:rsidRPr="001928E8">
        <w:rPr>
          <w:rFonts w:eastAsia="Arial"/>
          <w:sz w:val="20"/>
          <w:szCs w:val="20"/>
        </w:rPr>
        <w:t>žáky</w:t>
      </w:r>
      <w:proofErr w:type="spellEnd"/>
      <w:r w:rsidRPr="001928E8">
        <w:rPr>
          <w:rFonts w:eastAsia="Arial"/>
          <w:sz w:val="20"/>
          <w:szCs w:val="20"/>
        </w:rPr>
        <w:t xml:space="preserve">, </w:t>
      </w:r>
      <w:proofErr w:type="spellStart"/>
      <w:r w:rsidRPr="001928E8">
        <w:rPr>
          <w:rFonts w:eastAsia="Arial"/>
          <w:sz w:val="20"/>
          <w:szCs w:val="20"/>
        </w:rPr>
        <w:t>rodiče</w:t>
      </w:r>
      <w:proofErr w:type="spellEnd"/>
      <w:r w:rsidRPr="001928E8">
        <w:rPr>
          <w:rFonts w:eastAsia="Arial"/>
          <w:sz w:val="20"/>
          <w:szCs w:val="20"/>
        </w:rPr>
        <w:t xml:space="preserve"> a </w:t>
      </w:r>
      <w:proofErr w:type="spellStart"/>
      <w:r w:rsidRPr="001928E8">
        <w:rPr>
          <w:rFonts w:eastAsia="Arial"/>
          <w:sz w:val="20"/>
          <w:szCs w:val="20"/>
        </w:rPr>
        <w:t>veřejnost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zároveň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posilovaly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komunitní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charakter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školy</w:t>
      </w:r>
      <w:proofErr w:type="spellEnd"/>
      <w:r w:rsidRPr="001928E8">
        <w:rPr>
          <w:rFonts w:eastAsia="Arial"/>
          <w:sz w:val="20"/>
          <w:szCs w:val="20"/>
        </w:rPr>
        <w:t>.</w:t>
      </w:r>
    </w:p>
    <w:p w14:paraId="0CE5C4DA" w14:textId="5F8547BA" w:rsidR="00C1633C" w:rsidRPr="001928E8" w:rsidRDefault="00C1633C" w:rsidP="004F2FB1">
      <w:pPr>
        <w:spacing w:line="240" w:lineRule="auto"/>
        <w:rPr>
          <w:sz w:val="20"/>
          <w:szCs w:val="20"/>
        </w:rPr>
      </w:pPr>
      <w:proofErr w:type="spellStart"/>
      <w:r w:rsidRPr="001928E8">
        <w:rPr>
          <w:rFonts w:eastAsia="Arial"/>
          <w:sz w:val="20"/>
          <w:szCs w:val="20"/>
        </w:rPr>
        <w:t>Výzvou</w:t>
      </w:r>
      <w:proofErr w:type="spellEnd"/>
      <w:r w:rsidRPr="001928E8">
        <w:rPr>
          <w:rFonts w:eastAsia="Arial"/>
          <w:sz w:val="20"/>
          <w:szCs w:val="20"/>
        </w:rPr>
        <w:t xml:space="preserve"> pro </w:t>
      </w:r>
      <w:proofErr w:type="spellStart"/>
      <w:r w:rsidRPr="001928E8">
        <w:rPr>
          <w:rFonts w:eastAsia="Arial"/>
          <w:sz w:val="20"/>
          <w:szCs w:val="20"/>
        </w:rPr>
        <w:t>další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období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zůstává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udržet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vysokou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míru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individualizace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při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průběžném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vyhodnocování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účinnosti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podpory</w:t>
      </w:r>
      <w:proofErr w:type="spellEnd"/>
      <w:r w:rsidRPr="001928E8">
        <w:rPr>
          <w:rFonts w:eastAsia="Arial"/>
          <w:sz w:val="20"/>
          <w:szCs w:val="20"/>
        </w:rPr>
        <w:t xml:space="preserve"> a </w:t>
      </w:r>
      <w:proofErr w:type="spellStart"/>
      <w:r w:rsidRPr="001928E8">
        <w:rPr>
          <w:rFonts w:eastAsia="Arial"/>
          <w:sz w:val="20"/>
          <w:szCs w:val="20"/>
        </w:rPr>
        <w:t>současně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promítnout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změny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rámcových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vzdělávacích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programů</w:t>
      </w:r>
      <w:proofErr w:type="spellEnd"/>
      <w:r w:rsidRPr="001928E8">
        <w:rPr>
          <w:rFonts w:eastAsia="Arial"/>
          <w:sz w:val="20"/>
          <w:szCs w:val="20"/>
        </w:rPr>
        <w:t xml:space="preserve"> do </w:t>
      </w:r>
      <w:proofErr w:type="spellStart"/>
      <w:r w:rsidRPr="001928E8">
        <w:rPr>
          <w:rFonts w:eastAsia="Arial"/>
          <w:sz w:val="20"/>
          <w:szCs w:val="20"/>
        </w:rPr>
        <w:t>každodenní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praxe</w:t>
      </w:r>
      <w:proofErr w:type="spellEnd"/>
      <w:r w:rsidRPr="001928E8">
        <w:rPr>
          <w:rFonts w:eastAsia="Arial"/>
          <w:sz w:val="20"/>
          <w:szCs w:val="20"/>
        </w:rPr>
        <w:t xml:space="preserve">. </w:t>
      </w:r>
      <w:r w:rsidRPr="001928E8">
        <w:rPr>
          <w:rFonts w:eastAsia="Arial"/>
          <w:b/>
          <w:bCs/>
          <w:sz w:val="20"/>
          <w:szCs w:val="20"/>
        </w:rPr>
        <w:t xml:space="preserve">Ve </w:t>
      </w:r>
      <w:proofErr w:type="spellStart"/>
      <w:r w:rsidRPr="001928E8">
        <w:rPr>
          <w:rFonts w:eastAsia="Arial"/>
          <w:b/>
          <w:bCs/>
          <w:sz w:val="20"/>
          <w:szCs w:val="20"/>
        </w:rPr>
        <w:t>školním</w:t>
      </w:r>
      <w:proofErr w:type="spellEnd"/>
      <w:r w:rsidRPr="001928E8">
        <w:rPr>
          <w:rFonts w:eastAsia="Arial"/>
          <w:b/>
          <w:bCs/>
          <w:sz w:val="20"/>
          <w:szCs w:val="20"/>
        </w:rPr>
        <w:t xml:space="preserve"> </w:t>
      </w:r>
      <w:proofErr w:type="spellStart"/>
      <w:r w:rsidRPr="001928E8">
        <w:rPr>
          <w:rFonts w:eastAsia="Arial"/>
          <w:b/>
          <w:bCs/>
          <w:sz w:val="20"/>
          <w:szCs w:val="20"/>
        </w:rPr>
        <w:t>roce</w:t>
      </w:r>
      <w:proofErr w:type="spellEnd"/>
      <w:r w:rsidRPr="001928E8">
        <w:rPr>
          <w:rFonts w:eastAsia="Arial"/>
          <w:b/>
          <w:bCs/>
          <w:sz w:val="20"/>
          <w:szCs w:val="20"/>
        </w:rPr>
        <w:t xml:space="preserve"> 2026/2027</w:t>
      </w:r>
      <w:r w:rsidRPr="001928E8">
        <w:rPr>
          <w:rFonts w:eastAsia="Arial"/>
          <w:sz w:val="20"/>
          <w:szCs w:val="20"/>
        </w:rPr>
        <w:t xml:space="preserve"> se proto </w:t>
      </w:r>
      <w:proofErr w:type="spellStart"/>
      <w:r w:rsidRPr="001928E8">
        <w:rPr>
          <w:rFonts w:eastAsia="Arial"/>
          <w:sz w:val="20"/>
          <w:szCs w:val="20"/>
        </w:rPr>
        <w:t>zaměříme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na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dokončení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nového</w:t>
      </w:r>
      <w:proofErr w:type="spellEnd"/>
      <w:r w:rsidRPr="001928E8">
        <w:rPr>
          <w:rFonts w:eastAsia="Arial"/>
          <w:sz w:val="20"/>
          <w:szCs w:val="20"/>
        </w:rPr>
        <w:t xml:space="preserve"> ŠVP ZŠ a </w:t>
      </w:r>
      <w:proofErr w:type="spellStart"/>
      <w:r w:rsidRPr="001928E8">
        <w:rPr>
          <w:rFonts w:eastAsia="Arial"/>
          <w:sz w:val="20"/>
          <w:szCs w:val="20"/>
        </w:rPr>
        <w:t>ověřování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aktualizovaného</w:t>
      </w:r>
      <w:proofErr w:type="spellEnd"/>
      <w:r w:rsidRPr="001928E8">
        <w:rPr>
          <w:rFonts w:eastAsia="Arial"/>
          <w:sz w:val="20"/>
          <w:szCs w:val="20"/>
        </w:rPr>
        <w:t xml:space="preserve"> ŠVP MŠ, </w:t>
      </w:r>
      <w:proofErr w:type="spellStart"/>
      <w:r w:rsidRPr="001928E8">
        <w:rPr>
          <w:rFonts w:eastAsia="Arial"/>
          <w:sz w:val="20"/>
          <w:szCs w:val="20"/>
        </w:rPr>
        <w:t>rozšíření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programu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psychické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odolnosti</w:t>
      </w:r>
      <w:proofErr w:type="spellEnd"/>
      <w:r w:rsidRPr="001928E8">
        <w:rPr>
          <w:rFonts w:eastAsia="Arial"/>
          <w:sz w:val="20"/>
          <w:szCs w:val="20"/>
        </w:rPr>
        <w:t xml:space="preserve"> do ZŠ, </w:t>
      </w:r>
      <w:proofErr w:type="spellStart"/>
      <w:r w:rsidRPr="001928E8">
        <w:rPr>
          <w:rFonts w:eastAsia="Arial"/>
          <w:sz w:val="20"/>
          <w:szCs w:val="20"/>
        </w:rPr>
        <w:t>další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rozvoj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formativního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hodnocení</w:t>
      </w:r>
      <w:proofErr w:type="spellEnd"/>
      <w:r w:rsidRPr="001928E8">
        <w:rPr>
          <w:rFonts w:eastAsia="Arial"/>
          <w:sz w:val="20"/>
          <w:szCs w:val="20"/>
        </w:rPr>
        <w:t xml:space="preserve"> a </w:t>
      </w:r>
      <w:proofErr w:type="spellStart"/>
      <w:r w:rsidRPr="001928E8">
        <w:rPr>
          <w:rFonts w:eastAsia="Arial"/>
          <w:sz w:val="20"/>
          <w:szCs w:val="20"/>
        </w:rPr>
        <w:t>diferenciace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výuky</w:t>
      </w:r>
      <w:proofErr w:type="spellEnd"/>
      <w:r w:rsidRPr="001928E8">
        <w:rPr>
          <w:rFonts w:eastAsia="Arial"/>
          <w:sz w:val="20"/>
          <w:szCs w:val="20"/>
        </w:rPr>
        <w:t xml:space="preserve">, </w:t>
      </w:r>
      <w:proofErr w:type="spellStart"/>
      <w:r w:rsidRPr="001928E8">
        <w:rPr>
          <w:rFonts w:eastAsia="Arial"/>
          <w:sz w:val="20"/>
          <w:szCs w:val="20"/>
        </w:rPr>
        <w:t>práci</w:t>
      </w:r>
      <w:proofErr w:type="spellEnd"/>
      <w:r w:rsidRPr="001928E8">
        <w:rPr>
          <w:rFonts w:eastAsia="Arial"/>
          <w:sz w:val="20"/>
          <w:szCs w:val="20"/>
        </w:rPr>
        <w:t xml:space="preserve"> s </w:t>
      </w:r>
      <w:proofErr w:type="spellStart"/>
      <w:r w:rsidRPr="001928E8">
        <w:rPr>
          <w:rFonts w:eastAsia="Arial"/>
          <w:sz w:val="20"/>
          <w:szCs w:val="20"/>
        </w:rPr>
        <w:t>ověřenými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informačními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zdroji</w:t>
      </w:r>
      <w:proofErr w:type="spellEnd"/>
      <w:r w:rsidRPr="001928E8">
        <w:rPr>
          <w:rFonts w:eastAsia="Arial"/>
          <w:sz w:val="20"/>
          <w:szCs w:val="20"/>
        </w:rPr>
        <w:t xml:space="preserve"> a </w:t>
      </w:r>
      <w:proofErr w:type="spellStart"/>
      <w:r w:rsidRPr="001928E8">
        <w:rPr>
          <w:rFonts w:eastAsia="Arial"/>
          <w:sz w:val="20"/>
          <w:szCs w:val="20"/>
        </w:rPr>
        <w:t>prohloubení</w:t>
      </w:r>
      <w:proofErr w:type="spellEnd"/>
      <w:r w:rsidRPr="001928E8">
        <w:rPr>
          <w:rFonts w:eastAsia="Arial"/>
          <w:sz w:val="20"/>
          <w:szCs w:val="20"/>
        </w:rPr>
        <w:t xml:space="preserve"> EVVO a </w:t>
      </w:r>
      <w:proofErr w:type="spellStart"/>
      <w:r w:rsidRPr="001928E8">
        <w:rPr>
          <w:rFonts w:eastAsia="Arial"/>
          <w:sz w:val="20"/>
          <w:szCs w:val="20"/>
        </w:rPr>
        <w:t>venkovního</w:t>
      </w:r>
      <w:proofErr w:type="spellEnd"/>
      <w:r w:rsidRPr="001928E8">
        <w:rPr>
          <w:rFonts w:eastAsia="Arial"/>
          <w:sz w:val="20"/>
          <w:szCs w:val="20"/>
        </w:rPr>
        <w:t xml:space="preserve"> </w:t>
      </w:r>
      <w:proofErr w:type="spellStart"/>
      <w:r w:rsidRPr="001928E8">
        <w:rPr>
          <w:rFonts w:eastAsia="Arial"/>
          <w:sz w:val="20"/>
          <w:szCs w:val="20"/>
        </w:rPr>
        <w:t>vzdělávání</w:t>
      </w:r>
      <w:proofErr w:type="spellEnd"/>
      <w:r w:rsidRPr="001928E8">
        <w:rPr>
          <w:rFonts w:eastAsia="Arial"/>
          <w:sz w:val="20"/>
          <w:szCs w:val="20"/>
        </w:rPr>
        <w:t>.</w:t>
      </w:r>
    </w:p>
    <w:p w14:paraId="78A3CBF3" w14:textId="77777777" w:rsidR="004F2747" w:rsidRPr="00261897" w:rsidRDefault="00261897" w:rsidP="00261897">
      <w:pPr>
        <w:pStyle w:val="Nadpis2"/>
      </w:pPr>
      <w:r>
        <w:t xml:space="preserve">15.2 </w:t>
      </w:r>
      <w:proofErr w:type="spellStart"/>
      <w:r w:rsidR="00B25EFB" w:rsidRPr="00261897">
        <w:t>Zpracování</w:t>
      </w:r>
      <w:proofErr w:type="spellEnd"/>
      <w:r w:rsidR="00B25EFB" w:rsidRPr="00261897">
        <w:t xml:space="preserve"> </w:t>
      </w:r>
      <w:proofErr w:type="spellStart"/>
      <w:r w:rsidR="00B25EFB" w:rsidRPr="00261897">
        <w:t>dokumentu</w:t>
      </w:r>
      <w:proofErr w:type="spellEnd"/>
    </w:p>
    <w:tbl>
      <w:tblPr>
        <w:tblW w:w="9864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6746"/>
      </w:tblGrid>
      <w:tr w:rsidR="004F2747" w:rsidRPr="001928E8" w14:paraId="71DF6555" w14:textId="77777777">
        <w:trPr>
          <w:cantSplit/>
          <w:tblHeader/>
        </w:trPr>
        <w:tc>
          <w:tcPr>
            <w:tcW w:w="3118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ED41FF7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Údaj</w:t>
            </w:r>
            <w:proofErr w:type="spellEnd"/>
          </w:p>
        </w:tc>
        <w:tc>
          <w:tcPr>
            <w:tcW w:w="6746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ADB15C7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Hodnota</w:t>
            </w:r>
            <w:proofErr w:type="spellEnd"/>
          </w:p>
        </w:tc>
      </w:tr>
      <w:tr w:rsidR="004F2747" w:rsidRPr="001928E8" w14:paraId="34AB3269" w14:textId="77777777">
        <w:trPr>
          <w:cantSplit/>
        </w:trPr>
        <w:tc>
          <w:tcPr>
            <w:tcW w:w="3118" w:type="dxa"/>
            <w:vAlign w:val="center"/>
          </w:tcPr>
          <w:p w14:paraId="223F5967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Místo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a datum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zpracování</w:t>
            </w:r>
            <w:proofErr w:type="spellEnd"/>
          </w:p>
        </w:tc>
        <w:tc>
          <w:tcPr>
            <w:tcW w:w="6746" w:type="dxa"/>
            <w:vAlign w:val="center"/>
          </w:tcPr>
          <w:p w14:paraId="73559111" w14:textId="688C2527" w:rsidR="004F2747" w:rsidRPr="001928E8" w:rsidRDefault="00261897" w:rsidP="00261897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 xml:space="preserve">V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Říčanech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cs="Arial"/>
                <w:sz w:val="20"/>
                <w:szCs w:val="20"/>
              </w:rPr>
              <w:t>dne</w:t>
            </w:r>
            <w:proofErr w:type="spellEnd"/>
            <w:r w:rsidRPr="001928E8">
              <w:rPr>
                <w:rFonts w:cs="Arial"/>
                <w:sz w:val="20"/>
                <w:szCs w:val="20"/>
              </w:rPr>
              <w:t xml:space="preserve"> </w:t>
            </w:r>
            <w:r w:rsidR="00A73FEA" w:rsidRPr="001928E8">
              <w:rPr>
                <w:rFonts w:cs="Arial"/>
                <w:sz w:val="20"/>
                <w:szCs w:val="20"/>
              </w:rPr>
              <w:t>6.9.2026</w:t>
            </w:r>
          </w:p>
        </w:tc>
      </w:tr>
      <w:tr w:rsidR="004F2747" w:rsidRPr="001928E8" w14:paraId="231FD36C" w14:textId="77777777">
        <w:trPr>
          <w:cantSplit/>
        </w:trPr>
        <w:tc>
          <w:tcPr>
            <w:tcW w:w="3118" w:type="dxa"/>
            <w:shd w:val="clear" w:color="auto" w:fill="F3F6F8"/>
            <w:vAlign w:val="center"/>
          </w:tcPr>
          <w:p w14:paraId="26B9BC17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Zpracovala</w:t>
            </w:r>
            <w:proofErr w:type="spellEnd"/>
          </w:p>
        </w:tc>
        <w:tc>
          <w:tcPr>
            <w:tcW w:w="6746" w:type="dxa"/>
            <w:shd w:val="clear" w:color="auto" w:fill="F3F6F8"/>
            <w:vAlign w:val="center"/>
          </w:tcPr>
          <w:p w14:paraId="3E717EF2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 xml:space="preserve">Mgr. Lenka Sosnovcová,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ředitelka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školy</w:t>
            </w:r>
            <w:proofErr w:type="spellEnd"/>
          </w:p>
        </w:tc>
      </w:tr>
      <w:tr w:rsidR="004F2747" w:rsidRPr="001928E8" w14:paraId="64D22A2A" w14:textId="77777777">
        <w:trPr>
          <w:cantSplit/>
        </w:trPr>
        <w:tc>
          <w:tcPr>
            <w:tcW w:w="3118" w:type="dxa"/>
            <w:vAlign w:val="center"/>
          </w:tcPr>
          <w:p w14:paraId="16FE90FB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Podpis</w:t>
            </w:r>
            <w:proofErr w:type="spellEnd"/>
          </w:p>
        </w:tc>
        <w:tc>
          <w:tcPr>
            <w:tcW w:w="6746" w:type="dxa"/>
            <w:vAlign w:val="center"/>
          </w:tcPr>
          <w:p w14:paraId="3F0CB03F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br/>
            </w:r>
            <w:r w:rsidRPr="001928E8">
              <w:rPr>
                <w:rFonts w:eastAsia="Arial" w:cs="Arial"/>
                <w:sz w:val="20"/>
                <w:szCs w:val="20"/>
              </w:rPr>
              <w:br/>
              <w:t>____________________________________________</w:t>
            </w:r>
          </w:p>
        </w:tc>
      </w:tr>
    </w:tbl>
    <w:p w14:paraId="6DA87FD2" w14:textId="77777777" w:rsidR="004F2747" w:rsidRPr="001928E8" w:rsidRDefault="004F2747">
      <w:pPr>
        <w:spacing w:after="20"/>
        <w:rPr>
          <w:rFonts w:cs="Arial"/>
          <w:sz w:val="20"/>
          <w:szCs w:val="20"/>
        </w:rPr>
      </w:pPr>
    </w:p>
    <w:p w14:paraId="743C9113" w14:textId="77777777" w:rsidR="004F2747" w:rsidRPr="001928E8" w:rsidRDefault="00261897" w:rsidP="00261897">
      <w:pPr>
        <w:pStyle w:val="Nadpis2"/>
        <w:rPr>
          <w:rFonts w:ascii="Arial" w:hAnsi="Arial" w:cs="Arial"/>
          <w:sz w:val="20"/>
          <w:szCs w:val="20"/>
        </w:rPr>
      </w:pPr>
      <w:r w:rsidRPr="001928E8">
        <w:rPr>
          <w:rFonts w:ascii="Arial" w:hAnsi="Arial" w:cs="Arial"/>
          <w:sz w:val="20"/>
          <w:szCs w:val="20"/>
        </w:rPr>
        <w:t xml:space="preserve">15.3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Schválení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školskou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radou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při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ZŠ NEMO</w:t>
      </w:r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5613"/>
      </w:tblGrid>
      <w:tr w:rsidR="004F2747" w:rsidRPr="001928E8" w14:paraId="3B4408BF" w14:textId="77777777">
        <w:trPr>
          <w:cantSplit/>
          <w:tblHeader/>
        </w:trPr>
        <w:tc>
          <w:tcPr>
            <w:tcW w:w="4252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296746C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Údaj</w:t>
            </w:r>
            <w:proofErr w:type="spellEnd"/>
          </w:p>
        </w:tc>
        <w:tc>
          <w:tcPr>
            <w:tcW w:w="5613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FD2A13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Hodnota</w:t>
            </w:r>
            <w:proofErr w:type="spellEnd"/>
          </w:p>
        </w:tc>
      </w:tr>
      <w:tr w:rsidR="004F2747" w:rsidRPr="001928E8" w14:paraId="0373ED3C" w14:textId="77777777">
        <w:trPr>
          <w:cantSplit/>
        </w:trPr>
        <w:tc>
          <w:tcPr>
            <w:tcW w:w="4252" w:type="dxa"/>
            <w:vAlign w:val="center"/>
          </w:tcPr>
          <w:p w14:paraId="3C106C51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 xml:space="preserve">Datum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předložení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školské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radě</w:t>
            </w:r>
            <w:proofErr w:type="spellEnd"/>
          </w:p>
        </w:tc>
        <w:tc>
          <w:tcPr>
            <w:tcW w:w="5613" w:type="dxa"/>
            <w:vAlign w:val="center"/>
          </w:tcPr>
          <w:p w14:paraId="5D182C9A" w14:textId="11CD5061" w:rsidR="004F2747" w:rsidRPr="001928E8" w:rsidRDefault="00A73FEA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7.9.2026</w:t>
            </w:r>
          </w:p>
        </w:tc>
      </w:tr>
      <w:tr w:rsidR="004F2747" w:rsidRPr="001928E8" w14:paraId="2A773DDB" w14:textId="77777777">
        <w:trPr>
          <w:cantSplit/>
        </w:trPr>
        <w:tc>
          <w:tcPr>
            <w:tcW w:w="4252" w:type="dxa"/>
            <w:shd w:val="clear" w:color="auto" w:fill="F3F6F8"/>
            <w:vAlign w:val="center"/>
          </w:tcPr>
          <w:p w14:paraId="1160CFBF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 xml:space="preserve">Datum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projednání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a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schválení</w:t>
            </w:r>
            <w:proofErr w:type="spellEnd"/>
          </w:p>
        </w:tc>
        <w:tc>
          <w:tcPr>
            <w:tcW w:w="5613" w:type="dxa"/>
            <w:shd w:val="clear" w:color="auto" w:fill="F3F6F8"/>
            <w:vAlign w:val="center"/>
          </w:tcPr>
          <w:p w14:paraId="4A0E87A9" w14:textId="62CE5D9B" w:rsidR="004F2747" w:rsidRPr="001928E8" w:rsidRDefault="00A73FEA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7.9.2026</w:t>
            </w:r>
          </w:p>
        </w:tc>
      </w:tr>
      <w:tr w:rsidR="004F2747" w:rsidRPr="001928E8" w14:paraId="6F3FB3FA" w14:textId="77777777">
        <w:trPr>
          <w:cantSplit/>
        </w:trPr>
        <w:tc>
          <w:tcPr>
            <w:tcW w:w="4252" w:type="dxa"/>
            <w:vAlign w:val="center"/>
          </w:tcPr>
          <w:p w14:paraId="3B8CBDC5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Číslo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usnesení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/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výsledek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hlasování</w:t>
            </w:r>
            <w:proofErr w:type="spellEnd"/>
          </w:p>
        </w:tc>
        <w:tc>
          <w:tcPr>
            <w:tcW w:w="5613" w:type="dxa"/>
            <w:vAlign w:val="center"/>
          </w:tcPr>
          <w:p w14:paraId="215905C9" w14:textId="3C3E96B1" w:rsidR="004F2747" w:rsidRPr="001928E8" w:rsidRDefault="00A73FEA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cs="Arial"/>
                <w:sz w:val="20"/>
                <w:szCs w:val="20"/>
              </w:rPr>
              <w:t>schváleno</w:t>
            </w:r>
            <w:proofErr w:type="spellEnd"/>
          </w:p>
        </w:tc>
      </w:tr>
      <w:tr w:rsidR="004F2747" w:rsidRPr="001928E8" w14:paraId="456E5181" w14:textId="77777777">
        <w:trPr>
          <w:cantSplit/>
        </w:trPr>
        <w:tc>
          <w:tcPr>
            <w:tcW w:w="4252" w:type="dxa"/>
            <w:shd w:val="clear" w:color="auto" w:fill="F3F6F8"/>
            <w:vAlign w:val="center"/>
          </w:tcPr>
          <w:p w14:paraId="79E8745B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Předseda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>/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předsedkyně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školské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rady</w:t>
            </w:r>
            <w:proofErr w:type="spellEnd"/>
          </w:p>
        </w:tc>
        <w:tc>
          <w:tcPr>
            <w:tcW w:w="5613" w:type="dxa"/>
            <w:shd w:val="clear" w:color="auto" w:fill="F3F6F8"/>
            <w:vAlign w:val="center"/>
          </w:tcPr>
          <w:p w14:paraId="65C4AEAF" w14:textId="5DFF62F5" w:rsidR="004F2747" w:rsidRPr="001928E8" w:rsidRDefault="00A73FEA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Mgr. Jan Kučera</w:t>
            </w:r>
          </w:p>
        </w:tc>
      </w:tr>
      <w:tr w:rsidR="004F2747" w:rsidRPr="001928E8" w14:paraId="393F5092" w14:textId="77777777">
        <w:trPr>
          <w:cantSplit/>
        </w:trPr>
        <w:tc>
          <w:tcPr>
            <w:tcW w:w="4252" w:type="dxa"/>
            <w:vAlign w:val="center"/>
          </w:tcPr>
          <w:p w14:paraId="3439AB37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Podpis</w:t>
            </w:r>
            <w:proofErr w:type="spellEnd"/>
          </w:p>
        </w:tc>
        <w:tc>
          <w:tcPr>
            <w:tcW w:w="5613" w:type="dxa"/>
            <w:vAlign w:val="center"/>
          </w:tcPr>
          <w:p w14:paraId="236A1F4B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br/>
            </w:r>
            <w:r w:rsidRPr="001928E8">
              <w:rPr>
                <w:rFonts w:eastAsia="Arial" w:cs="Arial"/>
                <w:sz w:val="20"/>
                <w:szCs w:val="20"/>
              </w:rPr>
              <w:br/>
              <w:t>____________________________________________</w:t>
            </w:r>
          </w:p>
        </w:tc>
      </w:tr>
    </w:tbl>
    <w:p w14:paraId="4D02C017" w14:textId="77777777" w:rsidR="004F2747" w:rsidRPr="001928E8" w:rsidRDefault="004F2747">
      <w:pPr>
        <w:spacing w:after="20"/>
        <w:rPr>
          <w:rFonts w:cs="Arial"/>
          <w:sz w:val="20"/>
          <w:szCs w:val="20"/>
        </w:rPr>
      </w:pPr>
    </w:p>
    <w:p w14:paraId="7D8FFE08" w14:textId="77777777" w:rsidR="004F2747" w:rsidRPr="001928E8" w:rsidRDefault="00261897" w:rsidP="00261897">
      <w:pPr>
        <w:pStyle w:val="Nadpis2"/>
        <w:rPr>
          <w:rFonts w:ascii="Arial" w:hAnsi="Arial" w:cs="Arial"/>
          <w:sz w:val="20"/>
          <w:szCs w:val="20"/>
        </w:rPr>
      </w:pPr>
      <w:r w:rsidRPr="001928E8">
        <w:rPr>
          <w:rFonts w:ascii="Arial" w:hAnsi="Arial" w:cs="Arial"/>
          <w:sz w:val="20"/>
          <w:szCs w:val="20"/>
        </w:rPr>
        <w:t xml:space="preserve">15.4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Předání</w:t>
      </w:r>
      <w:proofErr w:type="spellEnd"/>
      <w:r w:rsidR="00B25EFB" w:rsidRPr="001928E8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B25EFB" w:rsidRPr="001928E8">
        <w:rPr>
          <w:rFonts w:ascii="Arial" w:hAnsi="Arial" w:cs="Arial"/>
          <w:sz w:val="20"/>
          <w:szCs w:val="20"/>
        </w:rPr>
        <w:t>zveřejnění</w:t>
      </w:r>
      <w:proofErr w:type="spellEnd"/>
    </w:p>
    <w:tbl>
      <w:tblPr>
        <w:tblW w:w="9864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5272"/>
        <w:gridCol w:w="4592"/>
      </w:tblGrid>
      <w:tr w:rsidR="004F2747" w:rsidRPr="001928E8" w14:paraId="49663220" w14:textId="77777777">
        <w:trPr>
          <w:cantSplit/>
          <w:tblHeader/>
        </w:trPr>
        <w:tc>
          <w:tcPr>
            <w:tcW w:w="5272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8116448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Údaj</w:t>
            </w:r>
            <w:proofErr w:type="spellEnd"/>
          </w:p>
        </w:tc>
        <w:tc>
          <w:tcPr>
            <w:tcW w:w="4592" w:type="dxa"/>
            <w:shd w:val="clear" w:color="auto" w:fill="214A7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E40DCDE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b/>
                <w:color w:val="FFFFFF"/>
                <w:sz w:val="20"/>
                <w:szCs w:val="20"/>
              </w:rPr>
              <w:t>Hodnota</w:t>
            </w:r>
            <w:proofErr w:type="spellEnd"/>
          </w:p>
        </w:tc>
      </w:tr>
      <w:tr w:rsidR="004F2747" w:rsidRPr="001928E8" w14:paraId="4F15D374" w14:textId="77777777">
        <w:trPr>
          <w:cantSplit/>
        </w:trPr>
        <w:tc>
          <w:tcPr>
            <w:tcW w:w="5272" w:type="dxa"/>
            <w:vAlign w:val="center"/>
          </w:tcPr>
          <w:p w14:paraId="709DCAAA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 xml:space="preserve">Datum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zaslání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zřizovateli</w:t>
            </w:r>
            <w:proofErr w:type="spellEnd"/>
          </w:p>
        </w:tc>
        <w:tc>
          <w:tcPr>
            <w:tcW w:w="4592" w:type="dxa"/>
            <w:vAlign w:val="center"/>
          </w:tcPr>
          <w:p w14:paraId="7074E22D" w14:textId="686D7C97" w:rsidR="004F2747" w:rsidRPr="001928E8" w:rsidRDefault="00A73FEA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21.9.2026</w:t>
            </w:r>
          </w:p>
        </w:tc>
      </w:tr>
      <w:tr w:rsidR="004F2747" w:rsidRPr="001928E8" w14:paraId="1900BA76" w14:textId="77777777">
        <w:trPr>
          <w:cantSplit/>
        </w:trPr>
        <w:tc>
          <w:tcPr>
            <w:tcW w:w="5272" w:type="dxa"/>
            <w:shd w:val="clear" w:color="auto" w:fill="F3F6F8"/>
            <w:vAlign w:val="center"/>
          </w:tcPr>
          <w:p w14:paraId="135DF3C4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eastAsia="Arial" w:cs="Arial"/>
                <w:sz w:val="20"/>
                <w:szCs w:val="20"/>
              </w:rPr>
              <w:t xml:space="preserve">Datum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zveřejnění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způsobem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umožňujícím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dálkový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přístup</w:t>
            </w:r>
            <w:proofErr w:type="spellEnd"/>
          </w:p>
        </w:tc>
        <w:tc>
          <w:tcPr>
            <w:tcW w:w="4592" w:type="dxa"/>
            <w:shd w:val="clear" w:color="auto" w:fill="F3F6F8"/>
            <w:vAlign w:val="center"/>
          </w:tcPr>
          <w:p w14:paraId="165D6BE4" w14:textId="186AD15C" w:rsidR="004F2747" w:rsidRPr="001928E8" w:rsidRDefault="00A73FEA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22.9.2026</w:t>
            </w:r>
          </w:p>
        </w:tc>
      </w:tr>
      <w:tr w:rsidR="004F2747" w:rsidRPr="001928E8" w14:paraId="190BF66C" w14:textId="77777777">
        <w:trPr>
          <w:cantSplit/>
        </w:trPr>
        <w:tc>
          <w:tcPr>
            <w:tcW w:w="5272" w:type="dxa"/>
            <w:vAlign w:val="center"/>
          </w:tcPr>
          <w:p w14:paraId="4BFDEFEC" w14:textId="77777777" w:rsidR="004F2747" w:rsidRPr="001928E8" w:rsidRDefault="00B25EFB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Přímý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odkaz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na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zveřejněnou</w:t>
            </w:r>
            <w:proofErr w:type="spellEnd"/>
            <w:r w:rsidRPr="001928E8">
              <w:rPr>
                <w:rFonts w:eastAsia="Arial" w:cs="Arial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 w:cs="Arial"/>
                <w:sz w:val="20"/>
                <w:szCs w:val="20"/>
              </w:rPr>
              <w:t>zprávu</w:t>
            </w:r>
            <w:proofErr w:type="spellEnd"/>
          </w:p>
        </w:tc>
        <w:tc>
          <w:tcPr>
            <w:tcW w:w="4592" w:type="dxa"/>
            <w:vAlign w:val="center"/>
          </w:tcPr>
          <w:p w14:paraId="67EA0D45" w14:textId="2445E2CC" w:rsidR="004F2747" w:rsidRPr="001928E8" w:rsidRDefault="00A73FEA">
            <w:pPr>
              <w:spacing w:after="0" w:line="252" w:lineRule="auto"/>
              <w:rPr>
                <w:rFonts w:cs="Arial"/>
                <w:sz w:val="20"/>
                <w:szCs w:val="20"/>
              </w:rPr>
            </w:pPr>
            <w:r w:rsidRPr="001928E8">
              <w:rPr>
                <w:rFonts w:cs="Arial"/>
                <w:sz w:val="20"/>
                <w:szCs w:val="20"/>
              </w:rPr>
              <w:t>www.nemoricany.cz</w:t>
            </w:r>
          </w:p>
        </w:tc>
      </w:tr>
    </w:tbl>
    <w:p w14:paraId="7AF9455A" w14:textId="77777777" w:rsidR="004F2747" w:rsidRPr="001928E8" w:rsidRDefault="004F2747">
      <w:pPr>
        <w:spacing w:after="20"/>
        <w:rPr>
          <w:rFonts w:cs="Arial"/>
          <w:sz w:val="20"/>
          <w:szCs w:val="20"/>
        </w:rPr>
      </w:pPr>
    </w:p>
    <w:p w14:paraId="47E68FC5" w14:textId="77777777" w:rsidR="004F2747" w:rsidRPr="001928E8" w:rsidRDefault="00B25EFB">
      <w:pPr>
        <w:spacing w:after="0"/>
        <w:rPr>
          <w:rFonts w:cs="Arial"/>
          <w:sz w:val="20"/>
          <w:szCs w:val="20"/>
        </w:rPr>
      </w:pPr>
      <w:r w:rsidRPr="001928E8">
        <w:rPr>
          <w:rFonts w:cs="Arial"/>
          <w:sz w:val="20"/>
          <w:szCs w:val="20"/>
        </w:rPr>
        <w:br w:type="page"/>
      </w:r>
    </w:p>
    <w:p w14:paraId="73265EFE" w14:textId="6CC5ECBE" w:rsidR="004F2747" w:rsidRDefault="00B25EFB">
      <w:pPr>
        <w:pStyle w:val="Nadpis1"/>
      </w:pPr>
      <w:proofErr w:type="spellStart"/>
      <w:r>
        <w:rPr>
          <w:rFonts w:ascii="Arial" w:eastAsia="Arial" w:hAnsi="Arial"/>
        </w:rPr>
        <w:lastRenderedPageBreak/>
        <w:t>Seznam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příloh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výroční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zprávy</w:t>
      </w:r>
      <w:proofErr w:type="spellEnd"/>
    </w:p>
    <w:tbl>
      <w:tblPr>
        <w:tblW w:w="9865" w:type="dxa"/>
        <w:tblBorders>
          <w:top w:val="single" w:sz="6" w:space="0" w:color="D7E0E5"/>
          <w:left w:val="single" w:sz="6" w:space="0" w:color="D7E0E5"/>
          <w:bottom w:val="single" w:sz="6" w:space="0" w:color="D7E0E5"/>
          <w:right w:val="single" w:sz="6" w:space="0" w:color="D7E0E5"/>
          <w:insideH w:val="single" w:sz="6" w:space="0" w:color="D7E0E5"/>
          <w:insideV w:val="single" w:sz="6" w:space="0" w:color="D7E0E5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6236"/>
        <w:gridCol w:w="2835"/>
      </w:tblGrid>
      <w:tr w:rsidR="004F2747" w:rsidRPr="001928E8" w14:paraId="04DF9788" w14:textId="77777777">
        <w:trPr>
          <w:cantSplit/>
          <w:tblHeader/>
        </w:trPr>
        <w:tc>
          <w:tcPr>
            <w:tcW w:w="794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2171BBA" w14:textId="77777777" w:rsidR="004F2747" w:rsidRPr="001928E8" w:rsidRDefault="00B25EFB">
            <w:pPr>
              <w:spacing w:after="0" w:line="252" w:lineRule="auto"/>
              <w:jc w:val="center"/>
              <w:rPr>
                <w:sz w:val="20"/>
                <w:szCs w:val="20"/>
              </w:rPr>
            </w:pPr>
            <w:r w:rsidRPr="001928E8">
              <w:rPr>
                <w:rFonts w:eastAsia="Arial"/>
                <w:b/>
                <w:color w:val="FFFFFF"/>
                <w:sz w:val="20"/>
                <w:szCs w:val="20"/>
              </w:rPr>
              <w:t>Č.</w:t>
            </w:r>
          </w:p>
        </w:tc>
        <w:tc>
          <w:tcPr>
            <w:tcW w:w="6236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B8F864F" w14:textId="77777777" w:rsidR="004F2747" w:rsidRPr="001928E8" w:rsidRDefault="00B25EFB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rFonts w:eastAsia="Arial"/>
                <w:b/>
                <w:color w:val="FFFFFF"/>
                <w:sz w:val="20"/>
                <w:szCs w:val="20"/>
              </w:rPr>
              <w:t>Název</w:t>
            </w:r>
            <w:proofErr w:type="spellEnd"/>
            <w:r w:rsidRPr="001928E8">
              <w:rPr>
                <w:rFonts w:eastAsia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1928E8">
              <w:rPr>
                <w:rFonts w:eastAsia="Arial"/>
                <w:b/>
                <w:color w:val="FFFFFF"/>
                <w:sz w:val="20"/>
                <w:szCs w:val="20"/>
              </w:rPr>
              <w:t>přílohy</w:t>
            </w:r>
            <w:proofErr w:type="spellEnd"/>
          </w:p>
        </w:tc>
        <w:tc>
          <w:tcPr>
            <w:tcW w:w="2835" w:type="dxa"/>
            <w:shd w:val="clear" w:color="auto" w:fill="0E536C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C20796F" w14:textId="77777777" w:rsidR="004F2747" w:rsidRPr="001928E8" w:rsidRDefault="00B25EFB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rFonts w:eastAsia="Arial"/>
                <w:b/>
                <w:color w:val="FFFFFF"/>
                <w:sz w:val="20"/>
                <w:szCs w:val="20"/>
              </w:rPr>
              <w:t>Poznámka</w:t>
            </w:r>
            <w:proofErr w:type="spellEnd"/>
          </w:p>
        </w:tc>
      </w:tr>
      <w:tr w:rsidR="004F2747" w:rsidRPr="001928E8" w14:paraId="7082A530" w14:textId="77777777">
        <w:trPr>
          <w:cantSplit/>
        </w:trPr>
        <w:tc>
          <w:tcPr>
            <w:tcW w:w="794" w:type="dxa"/>
            <w:vAlign w:val="center"/>
          </w:tcPr>
          <w:p w14:paraId="10C4E7CB" w14:textId="77777777" w:rsidR="004F2747" w:rsidRPr="001928E8" w:rsidRDefault="00B25EFB">
            <w:pPr>
              <w:spacing w:after="0" w:line="252" w:lineRule="auto"/>
              <w:jc w:val="center"/>
              <w:rPr>
                <w:sz w:val="20"/>
                <w:szCs w:val="20"/>
              </w:rPr>
            </w:pPr>
            <w:r w:rsidRPr="001928E8">
              <w:rPr>
                <w:rFonts w:eastAsia="Arial"/>
                <w:sz w:val="20"/>
                <w:szCs w:val="20"/>
              </w:rPr>
              <w:t>1</w:t>
            </w:r>
          </w:p>
        </w:tc>
        <w:tc>
          <w:tcPr>
            <w:tcW w:w="6236" w:type="dxa"/>
            <w:vAlign w:val="center"/>
          </w:tcPr>
          <w:p w14:paraId="6CFD10BD" w14:textId="6BBD3026" w:rsidR="004F2747" w:rsidRPr="001928E8" w:rsidRDefault="004F2FB1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sz w:val="20"/>
                <w:szCs w:val="20"/>
              </w:rPr>
              <w:t>Rozpočet</w:t>
            </w:r>
            <w:proofErr w:type="spellEnd"/>
            <w:r w:rsidRPr="001928E8">
              <w:rPr>
                <w:sz w:val="20"/>
                <w:szCs w:val="20"/>
              </w:rPr>
              <w:t xml:space="preserve"> pro </w:t>
            </w:r>
            <w:proofErr w:type="spellStart"/>
            <w:r w:rsidRPr="001928E8">
              <w:rPr>
                <w:sz w:val="20"/>
                <w:szCs w:val="20"/>
              </w:rPr>
              <w:t>šk</w:t>
            </w:r>
            <w:proofErr w:type="spellEnd"/>
            <w:r w:rsidRPr="001928E8">
              <w:rPr>
                <w:sz w:val="20"/>
                <w:szCs w:val="20"/>
              </w:rPr>
              <w:t xml:space="preserve">. </w:t>
            </w:r>
            <w:proofErr w:type="spellStart"/>
            <w:r w:rsidR="00B86A7A" w:rsidRPr="001928E8">
              <w:rPr>
                <w:sz w:val="20"/>
                <w:szCs w:val="20"/>
              </w:rPr>
              <w:t>r</w:t>
            </w:r>
            <w:r w:rsidRPr="001928E8">
              <w:rPr>
                <w:sz w:val="20"/>
                <w:szCs w:val="20"/>
              </w:rPr>
              <w:t>ok</w:t>
            </w:r>
            <w:proofErr w:type="spellEnd"/>
            <w:r w:rsidRPr="001928E8">
              <w:rPr>
                <w:sz w:val="20"/>
                <w:szCs w:val="20"/>
              </w:rPr>
              <w:t xml:space="preserve"> 2026-2027</w:t>
            </w:r>
          </w:p>
        </w:tc>
        <w:tc>
          <w:tcPr>
            <w:tcW w:w="2835" w:type="dxa"/>
            <w:vAlign w:val="center"/>
          </w:tcPr>
          <w:p w14:paraId="43781321" w14:textId="617B67ED" w:rsidR="004F2747" w:rsidRPr="001928E8" w:rsidRDefault="004F2747">
            <w:pPr>
              <w:spacing w:after="0" w:line="252" w:lineRule="auto"/>
              <w:rPr>
                <w:sz w:val="20"/>
                <w:szCs w:val="20"/>
              </w:rPr>
            </w:pPr>
          </w:p>
        </w:tc>
      </w:tr>
      <w:tr w:rsidR="004F2747" w:rsidRPr="001928E8" w14:paraId="7F227C9D" w14:textId="77777777">
        <w:trPr>
          <w:cantSplit/>
        </w:trPr>
        <w:tc>
          <w:tcPr>
            <w:tcW w:w="794" w:type="dxa"/>
            <w:shd w:val="clear" w:color="auto" w:fill="F3F6F8"/>
            <w:vAlign w:val="center"/>
          </w:tcPr>
          <w:p w14:paraId="5F081839" w14:textId="77777777" w:rsidR="004F2747" w:rsidRPr="001928E8" w:rsidRDefault="00B25EFB">
            <w:pPr>
              <w:spacing w:after="0" w:line="252" w:lineRule="auto"/>
              <w:jc w:val="center"/>
              <w:rPr>
                <w:sz w:val="20"/>
                <w:szCs w:val="20"/>
              </w:rPr>
            </w:pPr>
            <w:r w:rsidRPr="001928E8">
              <w:rPr>
                <w:rFonts w:eastAsia="Arial"/>
                <w:sz w:val="20"/>
                <w:szCs w:val="20"/>
              </w:rPr>
              <w:t>2</w:t>
            </w:r>
          </w:p>
        </w:tc>
        <w:tc>
          <w:tcPr>
            <w:tcW w:w="6236" w:type="dxa"/>
            <w:shd w:val="clear" w:color="auto" w:fill="F3F6F8"/>
            <w:vAlign w:val="center"/>
          </w:tcPr>
          <w:p w14:paraId="5496313A" w14:textId="5FE40215" w:rsidR="004F2747" w:rsidRPr="001928E8" w:rsidRDefault="004F2FB1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sz w:val="20"/>
                <w:szCs w:val="20"/>
              </w:rPr>
              <w:t>Výsledky</w:t>
            </w:r>
            <w:proofErr w:type="spellEnd"/>
            <w:r w:rsidRPr="001928E8">
              <w:rPr>
                <w:sz w:val="20"/>
                <w:szCs w:val="20"/>
              </w:rPr>
              <w:t xml:space="preserve"> SCIO </w:t>
            </w:r>
            <w:proofErr w:type="spellStart"/>
            <w:r w:rsidRPr="001928E8">
              <w:rPr>
                <w:sz w:val="20"/>
                <w:szCs w:val="20"/>
              </w:rPr>
              <w:t>testování</w:t>
            </w:r>
            <w:proofErr w:type="spellEnd"/>
            <w:r w:rsidRPr="001928E8">
              <w:rPr>
                <w:sz w:val="20"/>
                <w:szCs w:val="20"/>
              </w:rPr>
              <w:t xml:space="preserve"> pro 3. </w:t>
            </w:r>
            <w:proofErr w:type="spellStart"/>
            <w:r w:rsidRPr="001928E8">
              <w:rPr>
                <w:sz w:val="20"/>
                <w:szCs w:val="20"/>
              </w:rPr>
              <w:t>ročník</w:t>
            </w:r>
            <w:proofErr w:type="spellEnd"/>
          </w:p>
        </w:tc>
        <w:tc>
          <w:tcPr>
            <w:tcW w:w="2835" w:type="dxa"/>
            <w:shd w:val="clear" w:color="auto" w:fill="F3F6F8"/>
            <w:vAlign w:val="center"/>
          </w:tcPr>
          <w:p w14:paraId="20EB54D7" w14:textId="564ECC75" w:rsidR="004F2747" w:rsidRPr="001928E8" w:rsidRDefault="004F2747">
            <w:pPr>
              <w:spacing w:after="0" w:line="252" w:lineRule="auto"/>
              <w:rPr>
                <w:sz w:val="20"/>
                <w:szCs w:val="20"/>
              </w:rPr>
            </w:pPr>
          </w:p>
        </w:tc>
      </w:tr>
      <w:tr w:rsidR="004F2747" w:rsidRPr="001928E8" w14:paraId="7CC8BC8B" w14:textId="77777777">
        <w:trPr>
          <w:cantSplit/>
        </w:trPr>
        <w:tc>
          <w:tcPr>
            <w:tcW w:w="794" w:type="dxa"/>
            <w:vAlign w:val="center"/>
          </w:tcPr>
          <w:p w14:paraId="6913A24C" w14:textId="77777777" w:rsidR="004F2747" w:rsidRPr="001928E8" w:rsidRDefault="00B25EFB">
            <w:pPr>
              <w:spacing w:after="0" w:line="252" w:lineRule="auto"/>
              <w:jc w:val="center"/>
              <w:rPr>
                <w:sz w:val="20"/>
                <w:szCs w:val="20"/>
              </w:rPr>
            </w:pPr>
            <w:r w:rsidRPr="001928E8">
              <w:rPr>
                <w:rFonts w:eastAsia="Arial"/>
                <w:sz w:val="20"/>
                <w:szCs w:val="20"/>
              </w:rPr>
              <w:t>3</w:t>
            </w:r>
          </w:p>
        </w:tc>
        <w:tc>
          <w:tcPr>
            <w:tcW w:w="6236" w:type="dxa"/>
            <w:vAlign w:val="center"/>
          </w:tcPr>
          <w:p w14:paraId="314622D7" w14:textId="495BCAAF" w:rsidR="004F2747" w:rsidRPr="001928E8" w:rsidRDefault="004F2FB1">
            <w:pPr>
              <w:spacing w:after="0" w:line="252" w:lineRule="auto"/>
              <w:rPr>
                <w:sz w:val="20"/>
                <w:szCs w:val="20"/>
              </w:rPr>
            </w:pPr>
            <w:proofErr w:type="spellStart"/>
            <w:r w:rsidRPr="001928E8">
              <w:rPr>
                <w:sz w:val="20"/>
                <w:szCs w:val="20"/>
              </w:rPr>
              <w:t>Výsledky</w:t>
            </w:r>
            <w:proofErr w:type="spellEnd"/>
            <w:r w:rsidRPr="001928E8">
              <w:rPr>
                <w:sz w:val="20"/>
                <w:szCs w:val="20"/>
              </w:rPr>
              <w:t xml:space="preserve"> SCIO </w:t>
            </w:r>
            <w:proofErr w:type="spellStart"/>
            <w:r w:rsidRPr="001928E8">
              <w:rPr>
                <w:sz w:val="20"/>
                <w:szCs w:val="20"/>
              </w:rPr>
              <w:t>testování</w:t>
            </w:r>
            <w:proofErr w:type="spellEnd"/>
            <w:r w:rsidRPr="001928E8">
              <w:rPr>
                <w:sz w:val="20"/>
                <w:szCs w:val="20"/>
              </w:rPr>
              <w:t xml:space="preserve"> pro 5. </w:t>
            </w:r>
            <w:proofErr w:type="spellStart"/>
            <w:r w:rsidRPr="001928E8">
              <w:rPr>
                <w:sz w:val="20"/>
                <w:szCs w:val="20"/>
              </w:rPr>
              <w:t>ročník</w:t>
            </w:r>
            <w:proofErr w:type="spellEnd"/>
          </w:p>
        </w:tc>
        <w:tc>
          <w:tcPr>
            <w:tcW w:w="2835" w:type="dxa"/>
            <w:vAlign w:val="center"/>
          </w:tcPr>
          <w:p w14:paraId="6AB354CA" w14:textId="28068AC8" w:rsidR="004F2747" w:rsidRPr="001928E8" w:rsidRDefault="004F2747">
            <w:pPr>
              <w:spacing w:after="0" w:line="252" w:lineRule="auto"/>
              <w:rPr>
                <w:sz w:val="20"/>
                <w:szCs w:val="20"/>
              </w:rPr>
            </w:pPr>
          </w:p>
        </w:tc>
      </w:tr>
    </w:tbl>
    <w:p w14:paraId="7698D0CC" w14:textId="58A9E36D" w:rsidR="004F2747" w:rsidRPr="001928E8" w:rsidRDefault="004F2747">
      <w:pPr>
        <w:spacing w:after="0"/>
        <w:rPr>
          <w:sz w:val="20"/>
          <w:szCs w:val="20"/>
        </w:rPr>
      </w:pPr>
    </w:p>
    <w:sectPr w:rsidR="004F2747" w:rsidRPr="001928E8" w:rsidSect="00034616">
      <w:headerReference w:type="default" r:id="rId12"/>
      <w:footerReference w:type="default" r:id="rId13"/>
      <w:pgSz w:w="11906" w:h="16838"/>
      <w:pgMar w:top="992" w:right="1020" w:bottom="935" w:left="1020" w:header="425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A1AF1" w14:textId="77777777" w:rsidR="00754E16" w:rsidRDefault="00754E16">
      <w:pPr>
        <w:spacing w:after="0" w:line="240" w:lineRule="auto"/>
      </w:pPr>
      <w:r>
        <w:separator/>
      </w:r>
    </w:p>
  </w:endnote>
  <w:endnote w:type="continuationSeparator" w:id="0">
    <w:p w14:paraId="2D15AE7E" w14:textId="77777777" w:rsidR="00754E16" w:rsidRDefault="00754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55400" w14:textId="77777777" w:rsidR="00673EF6" w:rsidRDefault="00673EF6">
    <w:pPr>
      <w:pStyle w:val="Zpat"/>
      <w:pBdr>
        <w:top w:val="single" w:sz="4" w:space="2" w:color="D7E0E5"/>
      </w:pBdr>
      <w:spacing w:before="40"/>
      <w:jc w:val="center"/>
    </w:pPr>
    <w:r>
      <w:rPr>
        <w:rFonts w:eastAsia="Arial"/>
        <w:color w:val="607583"/>
        <w:sz w:val="16"/>
      </w:rPr>
      <w:t xml:space="preserve">www.nemoricany.cz   •   </w:t>
    </w:r>
    <w:proofErr w:type="spellStart"/>
    <w:r>
      <w:rPr>
        <w:rFonts w:eastAsia="Arial"/>
        <w:color w:val="607583"/>
        <w:sz w:val="16"/>
      </w:rPr>
      <w:t>strana</w:t>
    </w:r>
    <w:proofErr w:type="spellEnd"/>
    <w:r>
      <w:rPr>
        <w:rFonts w:eastAsia="Arial"/>
        <w:color w:val="607583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 w:rsidR="00520B49">
      <w:rPr>
        <w:noProof/>
      </w:rPr>
      <w:t>16</w:t>
    </w:r>
    <w:r>
      <w:fldChar w:fldCharType="end"/>
    </w:r>
    <w:r>
      <w:rPr>
        <w:rFonts w:eastAsia="Arial"/>
        <w:color w:val="607583"/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 w:rsidR="00520B49">
      <w:rPr>
        <w:noProof/>
      </w:rPr>
      <w:t>22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EF093" w14:textId="77777777" w:rsidR="00754E16" w:rsidRDefault="00754E16">
      <w:pPr>
        <w:spacing w:after="0" w:line="240" w:lineRule="auto"/>
      </w:pPr>
      <w:r>
        <w:separator/>
      </w:r>
    </w:p>
  </w:footnote>
  <w:footnote w:type="continuationSeparator" w:id="0">
    <w:p w14:paraId="0293A361" w14:textId="77777777" w:rsidR="00754E16" w:rsidRDefault="00754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2B741" w14:textId="77777777" w:rsidR="00673EF6" w:rsidRDefault="00673EF6">
    <w:pPr>
      <w:pStyle w:val="Zhlav"/>
      <w:pBdr>
        <w:bottom w:val="single" w:sz="8" w:space="3" w:color="F28C28"/>
      </w:pBdr>
      <w:spacing w:after="40"/>
    </w:pPr>
    <w:r>
      <w:rPr>
        <w:rFonts w:eastAsia="Arial"/>
        <w:b/>
        <w:color w:val="0E536C"/>
        <w:sz w:val="16"/>
      </w:rPr>
      <w:t>MŠ A ZŠ NEMO  |  VÝROČNÍ ZPRÁVA 2025/2026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AF6604"/>
    <w:multiLevelType w:val="multilevel"/>
    <w:tmpl w:val="ED5449F4"/>
    <w:lvl w:ilvl="0">
      <w:start w:val="1"/>
      <w:numFmt w:val="decimal"/>
      <w:lvlText w:val="%1"/>
      <w:lvlJc w:val="left"/>
      <w:pPr>
        <w:ind w:left="360" w:hanging="360"/>
      </w:pPr>
      <w:rPr>
        <w:rFonts w:ascii="Arial" w:eastAsia="Arial" w:hAnsi="Arial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ascii="Arial" w:eastAsia="Arial" w:hAnsi="Arial" w:hint="default"/>
      </w:rPr>
    </w:lvl>
    <w:lvl w:ilvl="2">
      <w:start w:val="1"/>
      <w:numFmt w:val="decimal"/>
      <w:lvlText w:val="%1.%2.%3"/>
      <w:lvlJc w:val="left"/>
      <w:pPr>
        <w:ind w:left="1280" w:hanging="720"/>
      </w:pPr>
      <w:rPr>
        <w:rFonts w:ascii="Arial" w:eastAsia="Arial" w:hAnsi="Arial" w:hint="default"/>
      </w:rPr>
    </w:lvl>
    <w:lvl w:ilvl="3">
      <w:start w:val="1"/>
      <w:numFmt w:val="decimal"/>
      <w:lvlText w:val="%1.%2.%3.%4"/>
      <w:lvlJc w:val="left"/>
      <w:pPr>
        <w:ind w:left="1560" w:hanging="720"/>
      </w:pPr>
      <w:rPr>
        <w:rFonts w:ascii="Arial" w:eastAsia="Arial" w:hAnsi="Arial" w:hint="default"/>
      </w:rPr>
    </w:lvl>
    <w:lvl w:ilvl="4">
      <w:start w:val="1"/>
      <w:numFmt w:val="decimal"/>
      <w:lvlText w:val="%1.%2.%3.%4.%5"/>
      <w:lvlJc w:val="left"/>
      <w:pPr>
        <w:ind w:left="2200" w:hanging="1080"/>
      </w:pPr>
      <w:rPr>
        <w:rFonts w:ascii="Arial" w:eastAsia="Arial" w:hAnsi="Arial" w:hint="default"/>
      </w:rPr>
    </w:lvl>
    <w:lvl w:ilvl="5">
      <w:start w:val="1"/>
      <w:numFmt w:val="decimal"/>
      <w:lvlText w:val="%1.%2.%3.%4.%5.%6"/>
      <w:lvlJc w:val="left"/>
      <w:pPr>
        <w:ind w:left="2480" w:hanging="1080"/>
      </w:pPr>
      <w:rPr>
        <w:rFonts w:ascii="Arial" w:eastAsia="Arial" w:hAnsi="Arial" w:hint="default"/>
      </w:rPr>
    </w:lvl>
    <w:lvl w:ilvl="6">
      <w:start w:val="1"/>
      <w:numFmt w:val="decimal"/>
      <w:lvlText w:val="%1.%2.%3.%4.%5.%6.%7"/>
      <w:lvlJc w:val="left"/>
      <w:pPr>
        <w:ind w:left="3120" w:hanging="1440"/>
      </w:pPr>
      <w:rPr>
        <w:rFonts w:ascii="Arial" w:eastAsia="Arial" w:hAnsi="Arial" w:hint="default"/>
      </w:rPr>
    </w:lvl>
    <w:lvl w:ilvl="7">
      <w:start w:val="1"/>
      <w:numFmt w:val="decimal"/>
      <w:lvlText w:val="%1.%2.%3.%4.%5.%6.%7.%8"/>
      <w:lvlJc w:val="left"/>
      <w:pPr>
        <w:ind w:left="3760" w:hanging="1800"/>
      </w:pPr>
      <w:rPr>
        <w:rFonts w:ascii="Arial" w:eastAsia="Arial" w:hAnsi="Arial" w:hint="default"/>
      </w:rPr>
    </w:lvl>
    <w:lvl w:ilvl="8">
      <w:start w:val="1"/>
      <w:numFmt w:val="decimal"/>
      <w:lvlText w:val="%1.%2.%3.%4.%5.%6.%7.%8.%9"/>
      <w:lvlJc w:val="left"/>
      <w:pPr>
        <w:ind w:left="4040" w:hanging="1800"/>
      </w:pPr>
      <w:rPr>
        <w:rFonts w:ascii="Arial" w:eastAsia="Arial" w:hAnsi="Arial" w:hint="default"/>
      </w:rPr>
    </w:lvl>
  </w:abstractNum>
  <w:abstractNum w:abstractNumId="10" w15:restartNumberingAfterBreak="0">
    <w:nsid w:val="247317BC"/>
    <w:multiLevelType w:val="singleLevel"/>
    <w:tmpl w:val="6580557C"/>
    <w:lvl w:ilvl="0">
      <w:start w:val="1"/>
      <w:numFmt w:val="decimal"/>
      <w:pStyle w:val="Seznamsodrkami"/>
      <w:lvlText w:val="%1."/>
      <w:lvlJc w:val="left"/>
      <w:pPr>
        <w:tabs>
          <w:tab w:val="num" w:pos="540"/>
        </w:tabs>
        <w:spacing w:after="80" w:line="276" w:lineRule="auto"/>
        <w:ind w:left="540" w:hanging="260"/>
      </w:pPr>
    </w:lvl>
  </w:abstractNum>
  <w:abstractNum w:abstractNumId="11" w15:restartNumberingAfterBreak="0">
    <w:nsid w:val="27854C69"/>
    <w:multiLevelType w:val="multilevel"/>
    <w:tmpl w:val="17FC711C"/>
    <w:lvl w:ilvl="0">
      <w:start w:val="3"/>
      <w:numFmt w:val="decimal"/>
      <w:lvlText w:val="%1"/>
      <w:lvlJc w:val="left"/>
      <w:pPr>
        <w:ind w:left="360" w:hanging="360"/>
      </w:pPr>
      <w:rPr>
        <w:rFonts w:eastAsia="Arial" w:hint="default"/>
        <w:i/>
        <w:color w:val="C96514"/>
        <w:sz w:val="19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Arial" w:hint="default"/>
        <w:i/>
        <w:color w:val="C96514"/>
        <w:sz w:val="19"/>
      </w:rPr>
    </w:lvl>
    <w:lvl w:ilvl="2">
      <w:start w:val="1"/>
      <w:numFmt w:val="decimal"/>
      <w:lvlText w:val="%1.%2.%3"/>
      <w:lvlJc w:val="left"/>
      <w:pPr>
        <w:ind w:left="1280" w:hanging="720"/>
      </w:pPr>
      <w:rPr>
        <w:rFonts w:eastAsia="Arial" w:hint="default"/>
        <w:i/>
        <w:color w:val="C96514"/>
        <w:sz w:val="19"/>
      </w:rPr>
    </w:lvl>
    <w:lvl w:ilvl="3">
      <w:start w:val="1"/>
      <w:numFmt w:val="decimal"/>
      <w:lvlText w:val="%1.%2.%3.%4"/>
      <w:lvlJc w:val="left"/>
      <w:pPr>
        <w:ind w:left="1560" w:hanging="720"/>
      </w:pPr>
      <w:rPr>
        <w:rFonts w:eastAsia="Arial" w:hint="default"/>
        <w:i/>
        <w:color w:val="C96514"/>
        <w:sz w:val="19"/>
      </w:rPr>
    </w:lvl>
    <w:lvl w:ilvl="4">
      <w:start w:val="1"/>
      <w:numFmt w:val="decimal"/>
      <w:lvlText w:val="%1.%2.%3.%4.%5"/>
      <w:lvlJc w:val="left"/>
      <w:pPr>
        <w:ind w:left="2200" w:hanging="1080"/>
      </w:pPr>
      <w:rPr>
        <w:rFonts w:eastAsia="Arial" w:hint="default"/>
        <w:i/>
        <w:color w:val="C96514"/>
        <w:sz w:val="19"/>
      </w:rPr>
    </w:lvl>
    <w:lvl w:ilvl="5">
      <w:start w:val="1"/>
      <w:numFmt w:val="decimal"/>
      <w:lvlText w:val="%1.%2.%3.%4.%5.%6"/>
      <w:lvlJc w:val="left"/>
      <w:pPr>
        <w:ind w:left="2480" w:hanging="1080"/>
      </w:pPr>
      <w:rPr>
        <w:rFonts w:eastAsia="Arial" w:hint="default"/>
        <w:i/>
        <w:color w:val="C96514"/>
        <w:sz w:val="19"/>
      </w:rPr>
    </w:lvl>
    <w:lvl w:ilvl="6">
      <w:start w:val="1"/>
      <w:numFmt w:val="decimal"/>
      <w:lvlText w:val="%1.%2.%3.%4.%5.%6.%7"/>
      <w:lvlJc w:val="left"/>
      <w:pPr>
        <w:ind w:left="3120" w:hanging="1440"/>
      </w:pPr>
      <w:rPr>
        <w:rFonts w:eastAsia="Arial" w:hint="default"/>
        <w:i/>
        <w:color w:val="C96514"/>
        <w:sz w:val="19"/>
      </w:rPr>
    </w:lvl>
    <w:lvl w:ilvl="7">
      <w:start w:val="1"/>
      <w:numFmt w:val="decimal"/>
      <w:lvlText w:val="%1.%2.%3.%4.%5.%6.%7.%8"/>
      <w:lvlJc w:val="left"/>
      <w:pPr>
        <w:ind w:left="3400" w:hanging="1440"/>
      </w:pPr>
      <w:rPr>
        <w:rFonts w:eastAsia="Arial" w:hint="default"/>
        <w:i/>
        <w:color w:val="C96514"/>
        <w:sz w:val="19"/>
      </w:rPr>
    </w:lvl>
    <w:lvl w:ilvl="8">
      <w:start w:val="1"/>
      <w:numFmt w:val="decimal"/>
      <w:lvlText w:val="%1.%2.%3.%4.%5.%6.%7.%8.%9"/>
      <w:lvlJc w:val="left"/>
      <w:pPr>
        <w:ind w:left="4040" w:hanging="1800"/>
      </w:pPr>
      <w:rPr>
        <w:rFonts w:eastAsia="Arial" w:hint="default"/>
        <w:i/>
        <w:color w:val="C96514"/>
        <w:sz w:val="19"/>
      </w:rPr>
    </w:lvl>
  </w:abstractNum>
  <w:abstractNum w:abstractNumId="12" w15:restartNumberingAfterBreak="0">
    <w:nsid w:val="2BBF6A83"/>
    <w:multiLevelType w:val="singleLevel"/>
    <w:tmpl w:val="06740F3E"/>
    <w:lvl w:ilvl="0">
      <w:start w:val="1"/>
      <w:numFmt w:val="bullet"/>
      <w:lvlText w:val="•"/>
      <w:lvlJc w:val="left"/>
      <w:pPr>
        <w:tabs>
          <w:tab w:val="num" w:pos="540"/>
        </w:tabs>
        <w:spacing w:after="80" w:line="276" w:lineRule="auto"/>
        <w:ind w:left="540" w:hanging="260"/>
      </w:pPr>
    </w:lvl>
  </w:abstractNum>
  <w:abstractNum w:abstractNumId="13" w15:restartNumberingAfterBreak="0">
    <w:nsid w:val="47460077"/>
    <w:multiLevelType w:val="multilevel"/>
    <w:tmpl w:val="F7089E86"/>
    <w:lvl w:ilvl="0">
      <w:start w:val="1"/>
      <w:numFmt w:val="decimal"/>
      <w:lvlText w:val="%1."/>
      <w:lvlJc w:val="left"/>
      <w:pPr>
        <w:tabs>
          <w:tab w:val="num" w:pos="520"/>
        </w:tabs>
        <w:spacing w:after="80" w:line="276" w:lineRule="auto"/>
        <w:ind w:left="520" w:hanging="300"/>
      </w:pPr>
    </w:lvl>
    <w:lvl w:ilvl="1">
      <w:start w:val="1"/>
      <w:numFmt w:val="decimal"/>
      <w:lvlText w:val="%1.%2."/>
      <w:lvlJc w:val="left"/>
      <w:pPr>
        <w:tabs>
          <w:tab w:val="num" w:pos="880"/>
        </w:tabs>
        <w:spacing w:after="80" w:line="276" w:lineRule="auto"/>
        <w:ind w:left="880" w:hanging="300"/>
      </w:pPr>
    </w:lvl>
    <w:lvl w:ilvl="2">
      <w:start w:val="1"/>
      <w:numFmt w:val="decimal"/>
      <w:lvlText w:val="%1.%2.%3."/>
      <w:lvlJc w:val="left"/>
      <w:pPr>
        <w:tabs>
          <w:tab w:val="num" w:pos="1240"/>
        </w:tabs>
        <w:spacing w:after="80" w:line="276" w:lineRule="auto"/>
        <w:ind w:left="1240" w:hanging="30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47558815">
    <w:abstractNumId w:val="10"/>
  </w:num>
  <w:num w:numId="2" w16cid:durableId="1423867554">
    <w:abstractNumId w:val="11"/>
  </w:num>
  <w:num w:numId="3" w16cid:durableId="1304654024">
    <w:abstractNumId w:val="10"/>
    <w:lvlOverride w:ilvl="0">
      <w:startOverride w:val="4"/>
    </w:lvlOverride>
  </w:num>
  <w:num w:numId="4" w16cid:durableId="97254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5E09"/>
    <w:rsid w:val="000112E1"/>
    <w:rsid w:val="00034616"/>
    <w:rsid w:val="00041D78"/>
    <w:rsid w:val="00056A56"/>
    <w:rsid w:val="0006063C"/>
    <w:rsid w:val="00060AB1"/>
    <w:rsid w:val="0006227F"/>
    <w:rsid w:val="0008352B"/>
    <w:rsid w:val="000A2E04"/>
    <w:rsid w:val="000D501F"/>
    <w:rsid w:val="000D6C53"/>
    <w:rsid w:val="000E07B8"/>
    <w:rsid w:val="000F67CA"/>
    <w:rsid w:val="000F6FB2"/>
    <w:rsid w:val="00100468"/>
    <w:rsid w:val="001041FA"/>
    <w:rsid w:val="0010726B"/>
    <w:rsid w:val="00113B58"/>
    <w:rsid w:val="00123A66"/>
    <w:rsid w:val="00142CB3"/>
    <w:rsid w:val="0015074B"/>
    <w:rsid w:val="001515A0"/>
    <w:rsid w:val="00156B25"/>
    <w:rsid w:val="00171AE9"/>
    <w:rsid w:val="00172E55"/>
    <w:rsid w:val="00185312"/>
    <w:rsid w:val="001928E8"/>
    <w:rsid w:val="00192BC0"/>
    <w:rsid w:val="00196A49"/>
    <w:rsid w:val="001B0274"/>
    <w:rsid w:val="001C2611"/>
    <w:rsid w:val="001C2BF4"/>
    <w:rsid w:val="001C423C"/>
    <w:rsid w:val="001C6F81"/>
    <w:rsid w:val="001D0E43"/>
    <w:rsid w:val="001E47C6"/>
    <w:rsid w:val="002132C4"/>
    <w:rsid w:val="00225057"/>
    <w:rsid w:val="00225820"/>
    <w:rsid w:val="00226C4D"/>
    <w:rsid w:val="002303EA"/>
    <w:rsid w:val="00237C9F"/>
    <w:rsid w:val="00240C6D"/>
    <w:rsid w:val="00261897"/>
    <w:rsid w:val="0029639D"/>
    <w:rsid w:val="002A5B85"/>
    <w:rsid w:val="002A6F9E"/>
    <w:rsid w:val="002B06E7"/>
    <w:rsid w:val="002C0058"/>
    <w:rsid w:val="002F1BC0"/>
    <w:rsid w:val="002F6B85"/>
    <w:rsid w:val="00325227"/>
    <w:rsid w:val="00326F90"/>
    <w:rsid w:val="00344FA0"/>
    <w:rsid w:val="00383114"/>
    <w:rsid w:val="00385388"/>
    <w:rsid w:val="00387217"/>
    <w:rsid w:val="00390583"/>
    <w:rsid w:val="003A08DA"/>
    <w:rsid w:val="003B2612"/>
    <w:rsid w:val="003B6410"/>
    <w:rsid w:val="003E3CBB"/>
    <w:rsid w:val="003E5865"/>
    <w:rsid w:val="003E5B9D"/>
    <w:rsid w:val="00417CEE"/>
    <w:rsid w:val="0042670B"/>
    <w:rsid w:val="004348B7"/>
    <w:rsid w:val="004905BB"/>
    <w:rsid w:val="004B77DD"/>
    <w:rsid w:val="004E6485"/>
    <w:rsid w:val="004E7853"/>
    <w:rsid w:val="004F2747"/>
    <w:rsid w:val="004F2FB1"/>
    <w:rsid w:val="004F5F26"/>
    <w:rsid w:val="00517BE3"/>
    <w:rsid w:val="00520B49"/>
    <w:rsid w:val="00523C5F"/>
    <w:rsid w:val="00542FD1"/>
    <w:rsid w:val="0054397A"/>
    <w:rsid w:val="005623FF"/>
    <w:rsid w:val="00571F2C"/>
    <w:rsid w:val="00572F83"/>
    <w:rsid w:val="00590EA4"/>
    <w:rsid w:val="00597B00"/>
    <w:rsid w:val="005A31FA"/>
    <w:rsid w:val="00601030"/>
    <w:rsid w:val="0060712C"/>
    <w:rsid w:val="00635FF0"/>
    <w:rsid w:val="00647894"/>
    <w:rsid w:val="00654F30"/>
    <w:rsid w:val="00673EF6"/>
    <w:rsid w:val="0069486D"/>
    <w:rsid w:val="006A1FF0"/>
    <w:rsid w:val="006C6DC5"/>
    <w:rsid w:val="006E5BFF"/>
    <w:rsid w:val="006F01DE"/>
    <w:rsid w:val="006F1006"/>
    <w:rsid w:val="00702B69"/>
    <w:rsid w:val="00704DCC"/>
    <w:rsid w:val="007055BC"/>
    <w:rsid w:val="00744FF7"/>
    <w:rsid w:val="00754E16"/>
    <w:rsid w:val="00757B31"/>
    <w:rsid w:val="00761698"/>
    <w:rsid w:val="00764E1B"/>
    <w:rsid w:val="00774066"/>
    <w:rsid w:val="00783864"/>
    <w:rsid w:val="007878B5"/>
    <w:rsid w:val="00796BB3"/>
    <w:rsid w:val="007C31B9"/>
    <w:rsid w:val="007D0C48"/>
    <w:rsid w:val="007D47B0"/>
    <w:rsid w:val="007D7865"/>
    <w:rsid w:val="00803E3D"/>
    <w:rsid w:val="00812A69"/>
    <w:rsid w:val="0082231F"/>
    <w:rsid w:val="00826751"/>
    <w:rsid w:val="00833B7E"/>
    <w:rsid w:val="00865ACF"/>
    <w:rsid w:val="00876BD9"/>
    <w:rsid w:val="008859A2"/>
    <w:rsid w:val="008B2F80"/>
    <w:rsid w:val="008B7B15"/>
    <w:rsid w:val="008D2931"/>
    <w:rsid w:val="008F1580"/>
    <w:rsid w:val="009303CA"/>
    <w:rsid w:val="00933E55"/>
    <w:rsid w:val="00954D31"/>
    <w:rsid w:val="0098242E"/>
    <w:rsid w:val="00991B9D"/>
    <w:rsid w:val="009A7E96"/>
    <w:rsid w:val="009B1F57"/>
    <w:rsid w:val="009D18A1"/>
    <w:rsid w:val="009E1096"/>
    <w:rsid w:val="009E3E8F"/>
    <w:rsid w:val="00A05FF4"/>
    <w:rsid w:val="00A209C7"/>
    <w:rsid w:val="00A2383E"/>
    <w:rsid w:val="00A451B6"/>
    <w:rsid w:val="00A73FEA"/>
    <w:rsid w:val="00A77CB6"/>
    <w:rsid w:val="00A9088F"/>
    <w:rsid w:val="00A96EFA"/>
    <w:rsid w:val="00AA1D8D"/>
    <w:rsid w:val="00AC5B11"/>
    <w:rsid w:val="00AF05A1"/>
    <w:rsid w:val="00AF6F09"/>
    <w:rsid w:val="00B25EFB"/>
    <w:rsid w:val="00B2707E"/>
    <w:rsid w:val="00B27744"/>
    <w:rsid w:val="00B47730"/>
    <w:rsid w:val="00B56AB8"/>
    <w:rsid w:val="00B6654B"/>
    <w:rsid w:val="00B75709"/>
    <w:rsid w:val="00B86A7A"/>
    <w:rsid w:val="00BB0CC6"/>
    <w:rsid w:val="00BD7B1A"/>
    <w:rsid w:val="00BE2072"/>
    <w:rsid w:val="00BE2B8B"/>
    <w:rsid w:val="00BE2C43"/>
    <w:rsid w:val="00BE4CC1"/>
    <w:rsid w:val="00C04A6A"/>
    <w:rsid w:val="00C1633C"/>
    <w:rsid w:val="00C23744"/>
    <w:rsid w:val="00C246FE"/>
    <w:rsid w:val="00C263B3"/>
    <w:rsid w:val="00C335E5"/>
    <w:rsid w:val="00C4594E"/>
    <w:rsid w:val="00CB0664"/>
    <w:rsid w:val="00CC5014"/>
    <w:rsid w:val="00CC5B5A"/>
    <w:rsid w:val="00CD15CC"/>
    <w:rsid w:val="00CF2497"/>
    <w:rsid w:val="00D07929"/>
    <w:rsid w:val="00D12BA6"/>
    <w:rsid w:val="00D13298"/>
    <w:rsid w:val="00D34427"/>
    <w:rsid w:val="00D34C6F"/>
    <w:rsid w:val="00D41CDB"/>
    <w:rsid w:val="00D44800"/>
    <w:rsid w:val="00D62AD1"/>
    <w:rsid w:val="00DB5CA6"/>
    <w:rsid w:val="00E02486"/>
    <w:rsid w:val="00E262CE"/>
    <w:rsid w:val="00E47BB7"/>
    <w:rsid w:val="00E603A7"/>
    <w:rsid w:val="00E642ED"/>
    <w:rsid w:val="00E64BEC"/>
    <w:rsid w:val="00E80058"/>
    <w:rsid w:val="00E9024B"/>
    <w:rsid w:val="00E95889"/>
    <w:rsid w:val="00EA53B4"/>
    <w:rsid w:val="00EA7898"/>
    <w:rsid w:val="00EC5F7E"/>
    <w:rsid w:val="00EC66F2"/>
    <w:rsid w:val="00EE4851"/>
    <w:rsid w:val="00EF146C"/>
    <w:rsid w:val="00EF1955"/>
    <w:rsid w:val="00EF3475"/>
    <w:rsid w:val="00F07F7A"/>
    <w:rsid w:val="00F30031"/>
    <w:rsid w:val="00F3315A"/>
    <w:rsid w:val="00F341A5"/>
    <w:rsid w:val="00F44B80"/>
    <w:rsid w:val="00F80DB0"/>
    <w:rsid w:val="00FC1D2A"/>
    <w:rsid w:val="00FC693F"/>
    <w:rsid w:val="00FE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6C764B"/>
  <w14:defaultImageDpi w14:val="300"/>
  <w15:docId w15:val="{7C4A06D3-2CB7-4247-9B59-7860BE299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64" w:lineRule="auto"/>
    </w:pPr>
    <w:rPr>
      <w:rFonts w:ascii="Arial" w:hAnsi="Arial"/>
      <w:color w:val="243746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214A7C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0E536C"/>
      <w:sz w:val="25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tabs>
        <w:tab w:val="num" w:pos="360"/>
      </w:tabs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tabs>
        <w:tab w:val="num" w:pos="360"/>
      </w:tabs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tabs>
        <w:tab w:val="num" w:pos="360"/>
      </w:tabs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tabs>
        <w:tab w:val="num" w:pos="360"/>
      </w:tabs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tabs>
        <w:tab w:val="num" w:pos="360"/>
      </w:tabs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Doplnit">
    <w:name w:val="Doplnit"/>
    <w:rPr>
      <w:rFonts w:ascii="Arial" w:hAnsi="Arial"/>
      <w:i/>
      <w:color w:val="C96514"/>
      <w:shd w:val="clear" w:color="auto" w:fill="FFF1E3"/>
    </w:rPr>
  </w:style>
  <w:style w:type="character" w:styleId="Hypertextovodkaz">
    <w:name w:val="Hyperlink"/>
    <w:basedOn w:val="Standardnpsmoodstavce"/>
    <w:uiPriority w:val="99"/>
    <w:unhideWhenUsed/>
    <w:rsid w:val="000F6F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emoricany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nemoricany.cz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DDC4BC4-FDD6-4686-8B25-BEB9DC1D9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20</Pages>
  <Words>6616</Words>
  <Characters>39036</Characters>
  <Application>Microsoft Office Word</Application>
  <DocSecurity>0</DocSecurity>
  <Lines>325</Lines>
  <Paragraphs>91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Výroční zpráva o činnosti MŠ a ZŠ NEMO za školní rok 2025/2026 – pracovní šablona</vt:lpstr>
      <vt:lpstr/>
    </vt:vector>
  </TitlesOfParts>
  <Manager/>
  <Company/>
  <LinksUpToDate>false</LinksUpToDate>
  <CharactersWithSpaces>45561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Výroční zpráva o činnosti MŠ a ZŠ NEMO za školní rok 2025/2026 – pracovní šablona</dc:title>
  <dc:subject>Pracovní šablona výroční zprávy podle § 7 vyhlášky č. 15/2005 Sb.</dc:subject>
  <dc:creator>Mateřská škola a Základní škola NEMO</dc:creator>
  <cp:keywords>výroční zpráva, MŠ, ZŠ, NEMO, 2025/2026</cp:keywords>
  <dc:description>generated by python-docx</dc:description>
  <cp:lastModifiedBy>Lenka Sosnovcová</cp:lastModifiedBy>
  <cp:revision>40</cp:revision>
  <cp:lastPrinted>2026-09-07T11:07:00Z</cp:lastPrinted>
  <dcterms:created xsi:type="dcterms:W3CDTF">2026-09-14T10:30:00Z</dcterms:created>
  <dcterms:modified xsi:type="dcterms:W3CDTF">2026-09-18T07:53:00Z</dcterms:modified>
  <cp:category/>
</cp:coreProperties>
</file>